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4BFE1" w14:textId="77777777" w:rsidR="00C103D1" w:rsidRPr="00292E0F" w:rsidRDefault="003D6905">
      <w:pPr>
        <w:spacing w:after="240"/>
        <w:jc w:val="center"/>
        <w:rPr>
          <w:rFonts w:cs="Arial"/>
        </w:rPr>
      </w:pPr>
      <w:r w:rsidRPr="00292E0F">
        <w:rPr>
          <w:rFonts w:cs="Arial"/>
          <w:noProof/>
        </w:rPr>
        <w:drawing>
          <wp:inline distT="0" distB="0" distL="0" distR="0" wp14:anchorId="4C3637C1" wp14:editId="5705B4D0">
            <wp:extent cx="1051560" cy="15251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52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C103D1" w:rsidRPr="00292E0F" w14:paraId="338BEC39" w14:textId="77777777">
        <w:trPr>
          <w:jc w:val="center"/>
        </w:trPr>
        <w:tc>
          <w:tcPr>
            <w:tcW w:w="10224" w:type="dxa"/>
            <w:shd w:val="clear" w:color="auto" w:fill="AD0049"/>
            <w:tcMar>
              <w:top w:w="300" w:type="dxa"/>
              <w:left w:w="220" w:type="dxa"/>
              <w:bottom w:w="300" w:type="dxa"/>
              <w:right w:w="220" w:type="dxa"/>
            </w:tcMar>
          </w:tcPr>
          <w:p w14:paraId="6F71EC1C" w14:textId="77777777" w:rsidR="00C103D1" w:rsidRPr="00292E0F" w:rsidRDefault="003D6905">
            <w:pPr>
              <w:jc w:val="center"/>
              <w:rPr>
                <w:rFonts w:cs="Arial"/>
              </w:rPr>
            </w:pPr>
            <w:r w:rsidRPr="00292E0F">
              <w:rPr>
                <w:rFonts w:cs="Arial"/>
                <w:b/>
                <w:color w:val="FFFFFF"/>
                <w:sz w:val="26"/>
              </w:rPr>
              <w:t>DISCRETIONARY GRANT</w:t>
            </w:r>
          </w:p>
          <w:p w14:paraId="007BD20E" w14:textId="77777777" w:rsidR="00C103D1" w:rsidRPr="00292E0F" w:rsidRDefault="003D6905">
            <w:pPr>
              <w:jc w:val="center"/>
              <w:rPr>
                <w:rFonts w:cs="Arial"/>
              </w:rPr>
            </w:pPr>
            <w:r w:rsidRPr="00292E0F">
              <w:rPr>
                <w:rFonts w:cs="Arial"/>
                <w:b/>
                <w:color w:val="D9B262"/>
                <w:sz w:val="36"/>
              </w:rPr>
              <w:t>CAREER DEVELOPMENT PRACTITIONERS’ WORKSHOPS</w:t>
            </w:r>
          </w:p>
          <w:p w14:paraId="29361B82" w14:textId="77777777" w:rsidR="00C103D1" w:rsidRPr="00292E0F" w:rsidRDefault="003D6905">
            <w:pPr>
              <w:jc w:val="center"/>
              <w:rPr>
                <w:rFonts w:cs="Arial"/>
              </w:rPr>
            </w:pPr>
            <w:r w:rsidRPr="00292E0F">
              <w:rPr>
                <w:rFonts w:cs="Arial"/>
                <w:b/>
                <w:color w:val="FFFFFF"/>
                <w:sz w:val="30"/>
              </w:rPr>
              <w:t>FUNDING WINDOW APPLICATION FORM</w:t>
            </w:r>
          </w:p>
          <w:p w14:paraId="1BCA1B74" w14:textId="77777777" w:rsidR="00C103D1" w:rsidRPr="00292E0F" w:rsidRDefault="003D6905">
            <w:pPr>
              <w:jc w:val="center"/>
              <w:rPr>
                <w:rFonts w:cs="Arial"/>
              </w:rPr>
            </w:pPr>
            <w:r w:rsidRPr="00292E0F">
              <w:rPr>
                <w:rFonts w:cs="Arial"/>
                <w:b/>
                <w:color w:val="FFFFFF"/>
                <w:sz w:val="30"/>
              </w:rPr>
              <w:t>2026–2027</w:t>
            </w:r>
          </w:p>
        </w:tc>
      </w:tr>
    </w:tbl>
    <w:p w14:paraId="5DB5B4A6" w14:textId="23DCBC9E" w:rsidR="00C103D1" w:rsidRPr="00292E0F" w:rsidRDefault="00C103D1">
      <w:pPr>
        <w:rPr>
          <w:rFonts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432"/>
      </w:tblGrid>
      <w:tr w:rsidR="00C103D1" w:rsidRPr="00292E0F" w14:paraId="627C867D" w14:textId="77777777">
        <w:trPr>
          <w:jc w:val="center"/>
        </w:trPr>
        <w:tc>
          <w:tcPr>
            <w:tcW w:w="792" w:type="dxa"/>
            <w:shd w:val="clear" w:color="auto" w:fill="AD004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022A4" w14:textId="77777777" w:rsidR="00C103D1" w:rsidRPr="00292E0F" w:rsidRDefault="003D6905">
            <w:pPr>
              <w:jc w:val="center"/>
              <w:rPr>
                <w:rFonts w:cs="Arial"/>
              </w:rPr>
            </w:pPr>
            <w:r w:rsidRPr="00292E0F">
              <w:rPr>
                <w:rFonts w:cs="Arial"/>
                <w:b/>
                <w:color w:val="FFFFFF"/>
                <w:sz w:val="24"/>
              </w:rPr>
              <w:t>A</w:t>
            </w:r>
          </w:p>
        </w:tc>
        <w:tc>
          <w:tcPr>
            <w:tcW w:w="9432" w:type="dxa"/>
            <w:shd w:val="clear" w:color="auto" w:fill="D9B262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79DBB5B" w14:textId="77777777" w:rsidR="00C103D1" w:rsidRPr="00292E0F" w:rsidRDefault="003D6905">
            <w:pPr>
              <w:rPr>
                <w:rFonts w:cs="Arial"/>
              </w:rPr>
            </w:pPr>
            <w:r w:rsidRPr="00292E0F">
              <w:rPr>
                <w:rFonts w:cs="Arial"/>
                <w:b/>
                <w:color w:val="AD0049"/>
                <w:sz w:val="24"/>
              </w:rPr>
              <w:t>GENERAL APPLICATION INFORMATION</w:t>
            </w:r>
          </w:p>
          <w:p w14:paraId="19295A5E" w14:textId="77777777" w:rsidR="00C103D1" w:rsidRPr="00292E0F" w:rsidRDefault="003D6905">
            <w:pPr>
              <w:rPr>
                <w:rFonts w:cs="Arial"/>
              </w:rPr>
            </w:pPr>
            <w:r w:rsidRPr="00292E0F">
              <w:rPr>
                <w:rFonts w:cs="Arial"/>
                <w:i/>
                <w:color w:val="666666"/>
                <w:sz w:val="16"/>
                <w:szCs w:val="16"/>
              </w:rPr>
              <w:t>Complete this section for all BANKSETA funding-window applications.</w:t>
            </w:r>
          </w:p>
        </w:tc>
      </w:tr>
    </w:tbl>
    <w:p w14:paraId="5E40480B" w14:textId="77777777" w:rsidR="00C103D1" w:rsidRPr="00292E0F" w:rsidRDefault="00C103D1">
      <w:pPr>
        <w:spacing w:after="0"/>
        <w:rPr>
          <w:rFonts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C103D1" w:rsidRPr="00292E0F" w14:paraId="4C2DA361" w14:textId="77777777">
        <w:trPr>
          <w:jc w:val="center"/>
        </w:trPr>
        <w:tc>
          <w:tcPr>
            <w:tcW w:w="10512" w:type="dxa"/>
            <w:tcBorders>
              <w:top w:val="single" w:sz="12" w:space="0" w:color="D9B262"/>
              <w:left w:val="single" w:sz="12" w:space="0" w:color="D9B262"/>
              <w:bottom w:val="single" w:sz="12" w:space="0" w:color="D9B262"/>
              <w:right w:val="single" w:sz="12" w:space="0" w:color="D9B262"/>
            </w:tcBorders>
            <w:shd w:val="clear" w:color="auto" w:fill="F2F1EC"/>
            <w:tcMar>
              <w:top w:w="120" w:type="dxa"/>
              <w:left w:w="130" w:type="dxa"/>
              <w:bottom w:w="110" w:type="dxa"/>
              <w:right w:w="130" w:type="dxa"/>
            </w:tcMar>
          </w:tcPr>
          <w:p w14:paraId="6318B7A5" w14:textId="77777777" w:rsidR="00C103D1" w:rsidRPr="00292E0F" w:rsidRDefault="003D6905">
            <w:pPr>
              <w:rPr>
                <w:rFonts w:cs="Arial"/>
              </w:rPr>
            </w:pPr>
            <w:r w:rsidRPr="00292E0F">
              <w:rPr>
                <w:rFonts w:cs="Arial"/>
                <w:b/>
                <w:color w:val="AD0049"/>
              </w:rPr>
              <w:t>Important submission requirements</w:t>
            </w:r>
          </w:p>
          <w:p w14:paraId="464A1320" w14:textId="07A0A468" w:rsidR="00C103D1" w:rsidRPr="00382D92" w:rsidRDefault="003D6905" w:rsidP="00F71FDA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18"/>
                <w:szCs w:val="18"/>
              </w:rPr>
            </w:pPr>
            <w:r w:rsidRPr="00382D92">
              <w:rPr>
                <w:rFonts w:cs="Arial"/>
                <w:color w:val="333333"/>
                <w:sz w:val="18"/>
                <w:szCs w:val="18"/>
              </w:rPr>
              <w:t>Submit the completed and signed application form and all prescribed supporting documents through SIMS before the published closing date and time.</w:t>
            </w:r>
          </w:p>
          <w:p w14:paraId="22CC98D4" w14:textId="1C7E15CB" w:rsidR="00C103D1" w:rsidRPr="00382D92" w:rsidRDefault="003D6905" w:rsidP="00F71FDA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18"/>
                <w:szCs w:val="18"/>
              </w:rPr>
            </w:pPr>
            <w:r w:rsidRPr="00382D92">
              <w:rPr>
                <w:rFonts w:cs="Arial"/>
                <w:color w:val="333333"/>
                <w:sz w:val="18"/>
                <w:szCs w:val="18"/>
              </w:rPr>
              <w:t xml:space="preserve">Applications received late, through an incorrect channel, or without the prescribed BANKSETA templates </w:t>
            </w:r>
            <w:r w:rsidR="005707A7" w:rsidRPr="00382D92">
              <w:rPr>
                <w:rFonts w:cs="Arial"/>
                <w:color w:val="333333"/>
                <w:sz w:val="18"/>
                <w:szCs w:val="18"/>
              </w:rPr>
              <w:t>will</w:t>
            </w:r>
            <w:r w:rsidRPr="00382D92">
              <w:rPr>
                <w:rFonts w:cs="Arial"/>
                <w:color w:val="333333"/>
                <w:sz w:val="18"/>
                <w:szCs w:val="18"/>
              </w:rPr>
              <w:t xml:space="preserve"> be disqualified.</w:t>
            </w:r>
          </w:p>
          <w:p w14:paraId="3B3474C7" w14:textId="14AE34E6" w:rsidR="00382D92" w:rsidRPr="00382D92" w:rsidRDefault="00382D92" w:rsidP="00F71FDA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18"/>
                <w:szCs w:val="18"/>
              </w:rPr>
            </w:pPr>
            <w:r w:rsidRPr="00382D92">
              <w:rPr>
                <w:rFonts w:cs="Arial"/>
                <w:sz w:val="18"/>
                <w:szCs w:val="18"/>
              </w:rPr>
              <w:t>Only one application form may be submitted per applicant. More than one proposed workshop delivery site may be included in the application</w:t>
            </w:r>
          </w:p>
          <w:p w14:paraId="16FC91AD" w14:textId="77777777" w:rsidR="00495F05" w:rsidRPr="00382D92" w:rsidRDefault="003D6905" w:rsidP="00495F05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18"/>
                <w:szCs w:val="18"/>
              </w:rPr>
            </w:pPr>
            <w:r w:rsidRPr="00382D92">
              <w:rPr>
                <w:rFonts w:cs="Arial"/>
                <w:color w:val="333333"/>
                <w:sz w:val="18"/>
                <w:szCs w:val="18"/>
              </w:rPr>
              <w:t>Keep a complete copy of the submitted application and supporting documentation for your records.</w:t>
            </w:r>
          </w:p>
          <w:p w14:paraId="5F4DF144" w14:textId="7C9C65DC" w:rsidR="00C103D1" w:rsidRPr="00292E0F" w:rsidRDefault="003D6905" w:rsidP="00495F05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382D92">
              <w:rPr>
                <w:rFonts w:cs="Arial"/>
                <w:color w:val="333333"/>
                <w:sz w:val="18"/>
                <w:szCs w:val="18"/>
              </w:rPr>
              <w:t xml:space="preserve">Information supplied </w:t>
            </w:r>
            <w:r w:rsidR="005707A7" w:rsidRPr="00382D92">
              <w:rPr>
                <w:rFonts w:cs="Arial"/>
                <w:color w:val="333333"/>
                <w:sz w:val="18"/>
                <w:szCs w:val="18"/>
              </w:rPr>
              <w:t>will</w:t>
            </w:r>
            <w:r w:rsidRPr="00382D92">
              <w:rPr>
                <w:rFonts w:cs="Arial"/>
                <w:color w:val="333333"/>
                <w:sz w:val="18"/>
                <w:szCs w:val="18"/>
              </w:rPr>
              <w:t xml:space="preserve"> be verified through due diligence, monitoring, audit and BANKSETA project records.</w:t>
            </w:r>
          </w:p>
        </w:tc>
      </w:tr>
    </w:tbl>
    <w:p w14:paraId="0DE1ACBD" w14:textId="77777777" w:rsidR="00C103D1" w:rsidRPr="00292E0F" w:rsidRDefault="00C103D1">
      <w:pPr>
        <w:spacing w:after="0"/>
        <w:rPr>
          <w:rFonts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432"/>
      </w:tblGrid>
      <w:tr w:rsidR="00C103D1" w:rsidRPr="00292E0F" w14:paraId="7FAAE07A" w14:textId="77777777">
        <w:trPr>
          <w:jc w:val="center"/>
        </w:trPr>
        <w:tc>
          <w:tcPr>
            <w:tcW w:w="792" w:type="dxa"/>
            <w:shd w:val="clear" w:color="auto" w:fill="AD004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C82BD" w14:textId="77777777" w:rsidR="00C103D1" w:rsidRPr="00292E0F" w:rsidRDefault="003D6905">
            <w:pPr>
              <w:jc w:val="center"/>
              <w:rPr>
                <w:rFonts w:cs="Arial"/>
              </w:rPr>
            </w:pPr>
            <w:r w:rsidRPr="00292E0F">
              <w:rPr>
                <w:rFonts w:cs="Arial"/>
                <w:b/>
                <w:color w:val="FFFFFF"/>
                <w:sz w:val="24"/>
              </w:rPr>
              <w:t>1</w:t>
            </w:r>
          </w:p>
        </w:tc>
        <w:tc>
          <w:tcPr>
            <w:tcW w:w="9432" w:type="dxa"/>
            <w:shd w:val="clear" w:color="auto" w:fill="D9B262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620495A" w14:textId="27217BE8" w:rsidR="00C103D1" w:rsidRPr="00292E0F" w:rsidRDefault="003D6905">
            <w:pPr>
              <w:rPr>
                <w:rFonts w:cs="Arial"/>
              </w:rPr>
            </w:pPr>
            <w:r w:rsidRPr="00292E0F">
              <w:rPr>
                <w:rFonts w:cs="Arial"/>
                <w:b/>
                <w:color w:val="AD0049"/>
                <w:sz w:val="24"/>
              </w:rPr>
              <w:t xml:space="preserve">Applicant </w:t>
            </w:r>
            <w:r w:rsidR="00854EA7">
              <w:rPr>
                <w:rFonts w:cs="Arial"/>
                <w:b/>
                <w:color w:val="AD0049"/>
                <w:sz w:val="24"/>
              </w:rPr>
              <w:t>I</w:t>
            </w:r>
            <w:r w:rsidRPr="00292E0F">
              <w:rPr>
                <w:rFonts w:cs="Arial"/>
                <w:b/>
                <w:color w:val="AD0049"/>
                <w:sz w:val="24"/>
              </w:rPr>
              <w:t>nstitution details</w:t>
            </w:r>
          </w:p>
        </w:tc>
      </w:tr>
    </w:tbl>
    <w:p w14:paraId="59729FE8" w14:textId="77777777" w:rsidR="00C103D1" w:rsidRPr="00292E0F" w:rsidRDefault="00C103D1">
      <w:pPr>
        <w:spacing w:after="0"/>
        <w:rPr>
          <w:rFonts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736"/>
        <w:gridCol w:w="2376"/>
        <w:gridCol w:w="2736"/>
      </w:tblGrid>
      <w:tr w:rsidR="005707A7" w:rsidRPr="00292E0F" w14:paraId="6B6852D1" w14:textId="77777777">
        <w:trPr>
          <w:cantSplit/>
          <w:jc w:val="center"/>
        </w:trPr>
        <w:tc>
          <w:tcPr>
            <w:tcW w:w="237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1D6D5D3A" w14:textId="77777777" w:rsidR="005707A7" w:rsidRPr="00292E0F" w:rsidRDefault="005707A7" w:rsidP="005707A7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Institution name</w:t>
            </w:r>
          </w:p>
        </w:tc>
        <w:tc>
          <w:tcPr>
            <w:tcW w:w="273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079E3AAA" w14:textId="564F4244" w:rsidR="005707A7" w:rsidRPr="00292E0F" w:rsidRDefault="005707A7" w:rsidP="005707A7">
            <w:pPr>
              <w:rPr>
                <w:rFonts w:cs="Arial"/>
              </w:rPr>
            </w:pPr>
          </w:p>
        </w:tc>
        <w:tc>
          <w:tcPr>
            <w:tcW w:w="237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5C3D2EE6" w14:textId="3326E682" w:rsidR="005707A7" w:rsidRPr="00292E0F" w:rsidRDefault="005707A7" w:rsidP="005707A7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Physical address</w:t>
            </w:r>
          </w:p>
        </w:tc>
        <w:tc>
          <w:tcPr>
            <w:tcW w:w="273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323D0EAA" w14:textId="4513B5CA" w:rsidR="005707A7" w:rsidRPr="00292E0F" w:rsidRDefault="005707A7" w:rsidP="005707A7">
            <w:pPr>
              <w:rPr>
                <w:rFonts w:cs="Arial"/>
              </w:rPr>
            </w:pPr>
          </w:p>
        </w:tc>
      </w:tr>
      <w:tr w:rsidR="005707A7" w:rsidRPr="00292E0F" w14:paraId="26B94080" w14:textId="77777777">
        <w:trPr>
          <w:cantSplit/>
          <w:jc w:val="center"/>
        </w:trPr>
        <w:tc>
          <w:tcPr>
            <w:tcW w:w="237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1C3E0B92" w14:textId="15C66DF7" w:rsidR="005707A7" w:rsidRPr="00292E0F" w:rsidRDefault="005707A7" w:rsidP="005707A7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Institution registration number</w:t>
            </w:r>
          </w:p>
        </w:tc>
        <w:tc>
          <w:tcPr>
            <w:tcW w:w="273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134EAC65" w14:textId="4FB51DF9" w:rsidR="005707A7" w:rsidRPr="00292E0F" w:rsidRDefault="005707A7" w:rsidP="005707A7">
            <w:pPr>
              <w:rPr>
                <w:rFonts w:cs="Arial"/>
              </w:rPr>
            </w:pPr>
          </w:p>
        </w:tc>
        <w:tc>
          <w:tcPr>
            <w:tcW w:w="237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4C3855B0" w14:textId="77777777" w:rsidR="005707A7" w:rsidRPr="00292E0F" w:rsidRDefault="005707A7" w:rsidP="005707A7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Postal address</w:t>
            </w:r>
          </w:p>
        </w:tc>
        <w:tc>
          <w:tcPr>
            <w:tcW w:w="273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283C2737" w14:textId="584B9706" w:rsidR="005707A7" w:rsidRPr="00292E0F" w:rsidRDefault="005707A7" w:rsidP="005707A7">
            <w:pPr>
              <w:rPr>
                <w:rFonts w:cs="Arial"/>
              </w:rPr>
            </w:pPr>
          </w:p>
        </w:tc>
      </w:tr>
      <w:tr w:rsidR="00B46254" w:rsidRPr="00292E0F" w14:paraId="3C4AEF52" w14:textId="77777777">
        <w:trPr>
          <w:cantSplit/>
          <w:jc w:val="center"/>
        </w:trPr>
        <w:tc>
          <w:tcPr>
            <w:tcW w:w="237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2BEC27F9" w14:textId="39031216" w:rsidR="00B46254" w:rsidRPr="00292E0F" w:rsidRDefault="00B46254" w:rsidP="00B46254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Previous BANKSETA funding</w:t>
            </w:r>
          </w:p>
        </w:tc>
        <w:tc>
          <w:tcPr>
            <w:tcW w:w="273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1DC63B26" w14:textId="3BA57A0B" w:rsidR="00B46254" w:rsidRPr="00292E0F" w:rsidRDefault="00B46254" w:rsidP="00B46254">
            <w:pPr>
              <w:rPr>
                <w:rFonts w:cs="Arial"/>
              </w:rPr>
            </w:pPr>
          </w:p>
        </w:tc>
        <w:tc>
          <w:tcPr>
            <w:tcW w:w="237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58D7E36A" w14:textId="4EC4744C" w:rsidR="00B46254" w:rsidRPr="00292E0F" w:rsidRDefault="00B46254" w:rsidP="00B46254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Telephone</w:t>
            </w:r>
          </w:p>
        </w:tc>
        <w:tc>
          <w:tcPr>
            <w:tcW w:w="273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6D3C45B4" w14:textId="00ED8087" w:rsidR="00B46254" w:rsidRPr="00292E0F" w:rsidRDefault="00B46254" w:rsidP="00B46254">
            <w:pPr>
              <w:rPr>
                <w:rFonts w:cs="Arial"/>
              </w:rPr>
            </w:pPr>
          </w:p>
        </w:tc>
      </w:tr>
    </w:tbl>
    <w:p w14:paraId="5703599D" w14:textId="083D8780" w:rsidR="00435250" w:rsidRPr="00292E0F" w:rsidRDefault="00435250">
      <w:pPr>
        <w:spacing w:after="0"/>
        <w:rPr>
          <w:rFonts w:cs="Arial"/>
        </w:rPr>
      </w:pPr>
    </w:p>
    <w:p w14:paraId="3B83DFB7" w14:textId="77777777" w:rsidR="00435250" w:rsidRPr="00292E0F" w:rsidRDefault="00435250">
      <w:pPr>
        <w:spacing w:after="200" w:line="276" w:lineRule="auto"/>
        <w:rPr>
          <w:rFonts w:cs="Arial"/>
        </w:rPr>
      </w:pPr>
      <w:r w:rsidRPr="00292E0F">
        <w:rPr>
          <w:rFonts w:cs="Arial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432"/>
      </w:tblGrid>
      <w:tr w:rsidR="00C103D1" w:rsidRPr="00292E0F" w14:paraId="37AC00AE" w14:textId="77777777">
        <w:trPr>
          <w:jc w:val="center"/>
        </w:trPr>
        <w:tc>
          <w:tcPr>
            <w:tcW w:w="792" w:type="dxa"/>
            <w:shd w:val="clear" w:color="auto" w:fill="AD004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1C5AF" w14:textId="77777777" w:rsidR="00C103D1" w:rsidRPr="00292E0F" w:rsidRDefault="003D6905">
            <w:pPr>
              <w:jc w:val="center"/>
              <w:rPr>
                <w:rFonts w:cs="Arial"/>
              </w:rPr>
            </w:pPr>
            <w:r w:rsidRPr="00292E0F">
              <w:rPr>
                <w:rFonts w:cs="Arial"/>
                <w:b/>
                <w:color w:val="FFFFFF"/>
                <w:sz w:val="24"/>
              </w:rPr>
              <w:lastRenderedPageBreak/>
              <w:t>2</w:t>
            </w:r>
          </w:p>
        </w:tc>
        <w:tc>
          <w:tcPr>
            <w:tcW w:w="9432" w:type="dxa"/>
            <w:shd w:val="clear" w:color="auto" w:fill="D9B262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159A8C3" w14:textId="77777777" w:rsidR="00C103D1" w:rsidRPr="00292E0F" w:rsidRDefault="003D6905">
            <w:pPr>
              <w:rPr>
                <w:rFonts w:cs="Arial"/>
              </w:rPr>
            </w:pPr>
            <w:r w:rsidRPr="00292E0F">
              <w:rPr>
                <w:rFonts w:cs="Arial"/>
                <w:b/>
                <w:color w:val="AD0049"/>
                <w:sz w:val="24"/>
              </w:rPr>
              <w:t>Authorised representative and project contacts</w:t>
            </w:r>
          </w:p>
        </w:tc>
      </w:tr>
    </w:tbl>
    <w:p w14:paraId="5CA2E3C2" w14:textId="77777777" w:rsidR="00C103D1" w:rsidRPr="00292E0F" w:rsidRDefault="00C103D1">
      <w:pPr>
        <w:spacing w:after="0"/>
        <w:rPr>
          <w:rFonts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2880"/>
        <w:gridCol w:w="2232"/>
        <w:gridCol w:w="2869"/>
      </w:tblGrid>
      <w:tr w:rsidR="00C103D1" w:rsidRPr="00292E0F" w14:paraId="0156FBA5" w14:textId="77777777" w:rsidTr="000F6A3F">
        <w:trPr>
          <w:cantSplit/>
          <w:jc w:val="center"/>
        </w:trPr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0E5AFAA4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Authorised representative</w:t>
            </w:r>
          </w:p>
        </w:tc>
        <w:tc>
          <w:tcPr>
            <w:tcW w:w="28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534E2BC9" w14:textId="32686D9F" w:rsidR="00C103D1" w:rsidRPr="00292E0F" w:rsidRDefault="00C103D1">
            <w:pPr>
              <w:rPr>
                <w:rFonts w:cs="Arial"/>
                <w:szCs w:val="20"/>
              </w:rPr>
            </w:pPr>
          </w:p>
        </w:tc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78F29F6C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Designation</w:t>
            </w:r>
          </w:p>
        </w:tc>
        <w:tc>
          <w:tcPr>
            <w:tcW w:w="2869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0EDAF789" w14:textId="69748EFE" w:rsidR="00C103D1" w:rsidRPr="00292E0F" w:rsidRDefault="00C103D1">
            <w:pPr>
              <w:rPr>
                <w:rFonts w:cs="Arial"/>
                <w:szCs w:val="20"/>
              </w:rPr>
            </w:pPr>
          </w:p>
        </w:tc>
      </w:tr>
      <w:tr w:rsidR="00C103D1" w:rsidRPr="00292E0F" w14:paraId="4E0F0883" w14:textId="77777777" w:rsidTr="000F6A3F">
        <w:trPr>
          <w:cantSplit/>
          <w:jc w:val="center"/>
        </w:trPr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01009740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Email</w:t>
            </w:r>
          </w:p>
        </w:tc>
        <w:tc>
          <w:tcPr>
            <w:tcW w:w="28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0EB72F79" w14:textId="5969FDD7" w:rsidR="00C103D1" w:rsidRPr="00292E0F" w:rsidRDefault="00C103D1">
            <w:pPr>
              <w:rPr>
                <w:rFonts w:cs="Arial"/>
                <w:szCs w:val="20"/>
              </w:rPr>
            </w:pPr>
          </w:p>
        </w:tc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24A4DCEE" w14:textId="6570FC9C" w:rsidR="00C103D1" w:rsidRPr="00292E0F" w:rsidRDefault="008965DF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Cell phone</w:t>
            </w:r>
          </w:p>
        </w:tc>
        <w:tc>
          <w:tcPr>
            <w:tcW w:w="2869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63BC68D8" w14:textId="58160E88" w:rsidR="00C103D1" w:rsidRPr="00292E0F" w:rsidRDefault="00C103D1">
            <w:pPr>
              <w:rPr>
                <w:rFonts w:cs="Arial"/>
                <w:szCs w:val="20"/>
              </w:rPr>
            </w:pPr>
          </w:p>
        </w:tc>
      </w:tr>
      <w:tr w:rsidR="00C103D1" w:rsidRPr="00292E0F" w14:paraId="65394C14" w14:textId="77777777" w:rsidTr="000F6A3F">
        <w:trPr>
          <w:cantSplit/>
          <w:jc w:val="center"/>
        </w:trPr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31C66A40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Project contact</w:t>
            </w:r>
          </w:p>
        </w:tc>
        <w:tc>
          <w:tcPr>
            <w:tcW w:w="28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23E6D8DE" w14:textId="4C7E53F5" w:rsidR="00C103D1" w:rsidRPr="00292E0F" w:rsidRDefault="00C103D1">
            <w:pPr>
              <w:rPr>
                <w:rFonts w:cs="Arial"/>
                <w:szCs w:val="20"/>
              </w:rPr>
            </w:pPr>
          </w:p>
        </w:tc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6A1A784A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Designation</w:t>
            </w:r>
          </w:p>
        </w:tc>
        <w:tc>
          <w:tcPr>
            <w:tcW w:w="2869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14859F34" w14:textId="693434BA" w:rsidR="00C103D1" w:rsidRPr="00292E0F" w:rsidRDefault="00C103D1">
            <w:pPr>
              <w:rPr>
                <w:rFonts w:cs="Arial"/>
                <w:szCs w:val="20"/>
              </w:rPr>
            </w:pPr>
          </w:p>
        </w:tc>
      </w:tr>
      <w:tr w:rsidR="00C103D1" w:rsidRPr="00292E0F" w14:paraId="5C61E0A6" w14:textId="77777777" w:rsidTr="000F6A3F">
        <w:trPr>
          <w:cantSplit/>
          <w:jc w:val="center"/>
        </w:trPr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62289253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Email</w:t>
            </w:r>
          </w:p>
        </w:tc>
        <w:tc>
          <w:tcPr>
            <w:tcW w:w="28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49826C0B" w14:textId="3919F35A" w:rsidR="00C103D1" w:rsidRPr="00292E0F" w:rsidRDefault="00C103D1">
            <w:pPr>
              <w:rPr>
                <w:rFonts w:cs="Arial"/>
                <w:szCs w:val="20"/>
              </w:rPr>
            </w:pPr>
          </w:p>
        </w:tc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2B77BF6F" w14:textId="676E9AD9" w:rsidR="00C103D1" w:rsidRPr="00292E0F" w:rsidRDefault="008965DF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Cell phone</w:t>
            </w:r>
          </w:p>
        </w:tc>
        <w:tc>
          <w:tcPr>
            <w:tcW w:w="2869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2BF7CC35" w14:textId="09064D53" w:rsidR="00C103D1" w:rsidRPr="00292E0F" w:rsidRDefault="00C103D1">
            <w:pPr>
              <w:rPr>
                <w:rFonts w:cs="Arial"/>
                <w:szCs w:val="20"/>
              </w:rPr>
            </w:pPr>
          </w:p>
        </w:tc>
      </w:tr>
      <w:tr w:rsidR="00C103D1" w:rsidRPr="00292E0F" w14:paraId="21AFCC03" w14:textId="77777777" w:rsidTr="000F6A3F">
        <w:trPr>
          <w:cantSplit/>
          <w:jc w:val="center"/>
        </w:trPr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31F42084" w14:textId="6D38518D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Finance contact</w:t>
            </w:r>
          </w:p>
        </w:tc>
        <w:tc>
          <w:tcPr>
            <w:tcW w:w="28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7D90241E" w14:textId="3842CB95" w:rsidR="00C103D1" w:rsidRPr="00292E0F" w:rsidRDefault="00C103D1">
            <w:pPr>
              <w:rPr>
                <w:rFonts w:cs="Arial"/>
                <w:szCs w:val="20"/>
              </w:rPr>
            </w:pPr>
          </w:p>
        </w:tc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1DC68DA2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Designation</w:t>
            </w:r>
          </w:p>
        </w:tc>
        <w:tc>
          <w:tcPr>
            <w:tcW w:w="2869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653447B5" w14:textId="61A34736" w:rsidR="00C103D1" w:rsidRPr="00292E0F" w:rsidRDefault="00C103D1">
            <w:pPr>
              <w:rPr>
                <w:rFonts w:cs="Arial"/>
                <w:szCs w:val="20"/>
              </w:rPr>
            </w:pPr>
          </w:p>
        </w:tc>
      </w:tr>
      <w:tr w:rsidR="00C103D1" w:rsidRPr="00292E0F" w14:paraId="58507576" w14:textId="77777777" w:rsidTr="000F6A3F">
        <w:trPr>
          <w:cantSplit/>
          <w:jc w:val="center"/>
        </w:trPr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70326016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Email</w:t>
            </w:r>
          </w:p>
        </w:tc>
        <w:tc>
          <w:tcPr>
            <w:tcW w:w="28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579D1364" w14:textId="3E3C79F3" w:rsidR="00C103D1" w:rsidRPr="00292E0F" w:rsidRDefault="00C103D1">
            <w:pPr>
              <w:rPr>
                <w:rFonts w:cs="Arial"/>
                <w:szCs w:val="20"/>
              </w:rPr>
            </w:pPr>
          </w:p>
        </w:tc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3FFDD6A5" w14:textId="5F8D956C" w:rsidR="00C103D1" w:rsidRPr="00292E0F" w:rsidRDefault="008965DF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Cell phone</w:t>
            </w:r>
          </w:p>
        </w:tc>
        <w:tc>
          <w:tcPr>
            <w:tcW w:w="2869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08204053" w14:textId="0E01B771" w:rsidR="00C103D1" w:rsidRPr="00292E0F" w:rsidRDefault="00C103D1">
            <w:pPr>
              <w:rPr>
                <w:rFonts w:cs="Arial"/>
                <w:szCs w:val="20"/>
              </w:rPr>
            </w:pPr>
          </w:p>
        </w:tc>
      </w:tr>
    </w:tbl>
    <w:p w14:paraId="21B70A62" w14:textId="33DBBF46" w:rsidR="00C103D1" w:rsidRPr="00292E0F" w:rsidRDefault="00C103D1">
      <w:pPr>
        <w:spacing w:after="0"/>
        <w:rPr>
          <w:rFonts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432"/>
      </w:tblGrid>
      <w:tr w:rsidR="00C103D1" w:rsidRPr="00292E0F" w14:paraId="1072A0CB" w14:textId="77777777">
        <w:trPr>
          <w:jc w:val="center"/>
        </w:trPr>
        <w:tc>
          <w:tcPr>
            <w:tcW w:w="792" w:type="dxa"/>
            <w:shd w:val="clear" w:color="auto" w:fill="AD004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61544" w14:textId="77777777" w:rsidR="00C103D1" w:rsidRPr="00292E0F" w:rsidRDefault="003D6905">
            <w:pPr>
              <w:jc w:val="center"/>
              <w:rPr>
                <w:rFonts w:cs="Arial"/>
              </w:rPr>
            </w:pPr>
            <w:r w:rsidRPr="00292E0F">
              <w:rPr>
                <w:rFonts w:cs="Arial"/>
                <w:b/>
                <w:color w:val="FFFFFF"/>
                <w:sz w:val="24"/>
              </w:rPr>
              <w:t>B</w:t>
            </w:r>
          </w:p>
        </w:tc>
        <w:tc>
          <w:tcPr>
            <w:tcW w:w="9432" w:type="dxa"/>
            <w:shd w:val="clear" w:color="auto" w:fill="D9B262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83A8601" w14:textId="77777777" w:rsidR="00C103D1" w:rsidRPr="00292E0F" w:rsidRDefault="003D6905">
            <w:pPr>
              <w:rPr>
                <w:rFonts w:cs="Arial"/>
              </w:rPr>
            </w:pPr>
            <w:r w:rsidRPr="00292E0F">
              <w:rPr>
                <w:rFonts w:cs="Arial"/>
                <w:b/>
                <w:color w:val="AD0049"/>
                <w:sz w:val="24"/>
              </w:rPr>
              <w:t>FUNDING WINDOW–SPECIFIC INFORMATION</w:t>
            </w:r>
          </w:p>
          <w:p w14:paraId="1833A5F7" w14:textId="77777777" w:rsidR="00C103D1" w:rsidRPr="00292E0F" w:rsidRDefault="003D6905">
            <w:pPr>
              <w:rPr>
                <w:rFonts w:cs="Arial"/>
              </w:rPr>
            </w:pPr>
            <w:r w:rsidRPr="00292E0F">
              <w:rPr>
                <w:rFonts w:cs="Arial"/>
                <w:i/>
                <w:color w:val="666666"/>
                <w:sz w:val="16"/>
                <w:szCs w:val="16"/>
              </w:rPr>
              <w:t>Career Development Practitioners’ Workshops</w:t>
            </w:r>
          </w:p>
        </w:tc>
      </w:tr>
    </w:tbl>
    <w:p w14:paraId="188F37BB" w14:textId="77777777" w:rsidR="00C103D1" w:rsidRPr="00292E0F" w:rsidRDefault="00C103D1">
      <w:pPr>
        <w:spacing w:after="0"/>
        <w:rPr>
          <w:rFonts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C103D1" w:rsidRPr="00292E0F" w14:paraId="1B03BB5D" w14:textId="77777777">
        <w:trPr>
          <w:jc w:val="center"/>
        </w:trPr>
        <w:tc>
          <w:tcPr>
            <w:tcW w:w="10512" w:type="dxa"/>
            <w:tcBorders>
              <w:top w:val="single" w:sz="12" w:space="0" w:color="D9B262"/>
              <w:left w:val="single" w:sz="12" w:space="0" w:color="D9B262"/>
              <w:bottom w:val="single" w:sz="12" w:space="0" w:color="D9B262"/>
              <w:right w:val="single" w:sz="12" w:space="0" w:color="D9B262"/>
            </w:tcBorders>
            <w:shd w:val="clear" w:color="auto" w:fill="FFF8E8"/>
            <w:tcMar>
              <w:top w:w="120" w:type="dxa"/>
              <w:left w:w="130" w:type="dxa"/>
              <w:bottom w:w="110" w:type="dxa"/>
              <w:right w:w="130" w:type="dxa"/>
            </w:tcMar>
          </w:tcPr>
          <w:p w14:paraId="4959CC50" w14:textId="43A8CCDC" w:rsidR="00C103D1" w:rsidRPr="00292E0F" w:rsidRDefault="003D6905">
            <w:pPr>
              <w:rPr>
                <w:rFonts w:cs="Arial"/>
              </w:rPr>
            </w:pPr>
            <w:r w:rsidRPr="00292E0F">
              <w:rPr>
                <w:rFonts w:cs="Arial"/>
                <w:b/>
                <w:color w:val="AD0049"/>
              </w:rPr>
              <w:t xml:space="preserve">Funding </w:t>
            </w:r>
            <w:r w:rsidR="006B121E">
              <w:rPr>
                <w:rFonts w:cs="Arial"/>
                <w:b/>
                <w:color w:val="AD0049"/>
              </w:rPr>
              <w:t>W</w:t>
            </w:r>
            <w:r w:rsidRPr="00292E0F">
              <w:rPr>
                <w:rFonts w:cs="Arial"/>
                <w:b/>
                <w:color w:val="AD0049"/>
              </w:rPr>
              <w:t xml:space="preserve">indow </w:t>
            </w:r>
            <w:r w:rsidR="007F2D38" w:rsidRPr="00292E0F">
              <w:rPr>
                <w:rFonts w:cs="Arial"/>
                <w:b/>
                <w:color w:val="AD0049"/>
              </w:rPr>
              <w:t>briefly</w:t>
            </w:r>
          </w:p>
          <w:p w14:paraId="14FFE890" w14:textId="38BD1DFF" w:rsidR="00C103D1" w:rsidRPr="00292E0F" w:rsidRDefault="003D6905" w:rsidP="00495F05">
            <w:pPr>
              <w:pStyle w:val="ListParagraph"/>
              <w:numPr>
                <w:ilvl w:val="0"/>
                <w:numId w:val="11"/>
              </w:numPr>
              <w:rPr>
                <w:rFonts w:cs="Arial"/>
                <w:color w:val="333333"/>
                <w:sz w:val="18"/>
              </w:rPr>
            </w:pPr>
            <w:r w:rsidRPr="00292E0F">
              <w:rPr>
                <w:rFonts w:cs="Arial"/>
                <w:color w:val="333333"/>
                <w:sz w:val="18"/>
              </w:rPr>
              <w:t>Intervention: One-day</w:t>
            </w:r>
            <w:r w:rsidR="00A73791" w:rsidRPr="00292E0F">
              <w:rPr>
                <w:rFonts w:cs="Arial"/>
                <w:color w:val="333333"/>
                <w:sz w:val="18"/>
              </w:rPr>
              <w:t xml:space="preserve">, </w:t>
            </w:r>
            <w:r w:rsidR="00CA6C64" w:rsidRPr="00292E0F">
              <w:rPr>
                <w:rFonts w:cs="Arial"/>
                <w:color w:val="333333"/>
                <w:sz w:val="18"/>
              </w:rPr>
              <w:t>i</w:t>
            </w:r>
            <w:r w:rsidR="00A73791" w:rsidRPr="00292E0F">
              <w:rPr>
                <w:rFonts w:cs="Arial"/>
                <w:color w:val="333333"/>
                <w:sz w:val="18"/>
              </w:rPr>
              <w:t xml:space="preserve">n person </w:t>
            </w:r>
            <w:r w:rsidRPr="00292E0F">
              <w:rPr>
                <w:rFonts w:cs="Arial"/>
                <w:color w:val="333333"/>
                <w:sz w:val="18"/>
              </w:rPr>
              <w:t>Career Development Workshop.</w:t>
            </w:r>
          </w:p>
          <w:p w14:paraId="3889AB70" w14:textId="72052163" w:rsidR="00C103D1" w:rsidRPr="00292E0F" w:rsidRDefault="003D6905" w:rsidP="00495F05">
            <w:pPr>
              <w:pStyle w:val="ListParagraph"/>
              <w:numPr>
                <w:ilvl w:val="0"/>
                <w:numId w:val="11"/>
              </w:numPr>
              <w:rPr>
                <w:rFonts w:cs="Arial"/>
                <w:color w:val="333333"/>
                <w:sz w:val="18"/>
              </w:rPr>
            </w:pPr>
            <w:r w:rsidRPr="00292E0F">
              <w:rPr>
                <w:rFonts w:cs="Arial"/>
                <w:color w:val="333333"/>
                <w:sz w:val="18"/>
              </w:rPr>
              <w:t xml:space="preserve">Delegates: Teachers, retired teachers and/or </w:t>
            </w:r>
            <w:r w:rsidR="005A7186">
              <w:rPr>
                <w:rFonts w:cs="Arial"/>
                <w:color w:val="333333"/>
                <w:sz w:val="18"/>
              </w:rPr>
              <w:t>C</w:t>
            </w:r>
            <w:r w:rsidRPr="00292E0F">
              <w:rPr>
                <w:rFonts w:cs="Arial"/>
                <w:color w:val="333333"/>
                <w:sz w:val="18"/>
              </w:rPr>
              <w:t xml:space="preserve">areer </w:t>
            </w:r>
            <w:r w:rsidR="005A7186">
              <w:rPr>
                <w:rFonts w:cs="Arial"/>
                <w:color w:val="333333"/>
                <w:sz w:val="18"/>
              </w:rPr>
              <w:t>D</w:t>
            </w:r>
            <w:r w:rsidRPr="00292E0F">
              <w:rPr>
                <w:rFonts w:cs="Arial"/>
                <w:color w:val="333333"/>
                <w:sz w:val="18"/>
              </w:rPr>
              <w:t xml:space="preserve">evelopment </w:t>
            </w:r>
            <w:r w:rsidR="005A7186">
              <w:rPr>
                <w:rFonts w:cs="Arial"/>
                <w:color w:val="333333"/>
                <w:sz w:val="18"/>
              </w:rPr>
              <w:t>P</w:t>
            </w:r>
            <w:r w:rsidRPr="00292E0F">
              <w:rPr>
                <w:rFonts w:cs="Arial"/>
                <w:color w:val="333333"/>
                <w:sz w:val="18"/>
              </w:rPr>
              <w:t>ractitioners.</w:t>
            </w:r>
          </w:p>
          <w:p w14:paraId="1482BA56" w14:textId="280B2893" w:rsidR="00C103D1" w:rsidRPr="00292E0F" w:rsidRDefault="003D6905" w:rsidP="00495F05">
            <w:pPr>
              <w:pStyle w:val="ListParagraph"/>
              <w:numPr>
                <w:ilvl w:val="0"/>
                <w:numId w:val="11"/>
              </w:numPr>
              <w:rPr>
                <w:rFonts w:cs="Arial"/>
                <w:color w:val="333333"/>
                <w:sz w:val="18"/>
              </w:rPr>
            </w:pPr>
            <w:r w:rsidRPr="00292E0F">
              <w:rPr>
                <w:rFonts w:cs="Arial"/>
                <w:color w:val="333333"/>
                <w:sz w:val="18"/>
              </w:rPr>
              <w:t xml:space="preserve">Purpose: Equip delegates to provide </w:t>
            </w:r>
            <w:r w:rsidR="006C2ADA" w:rsidRPr="00292E0F">
              <w:rPr>
                <w:rFonts w:cs="Arial"/>
                <w:color w:val="333333"/>
                <w:sz w:val="18"/>
              </w:rPr>
              <w:t>career information to Learners/Beneficiaries</w:t>
            </w:r>
            <w:r w:rsidR="000528C3">
              <w:rPr>
                <w:rFonts w:cs="Arial"/>
                <w:color w:val="333333"/>
                <w:sz w:val="18"/>
              </w:rPr>
              <w:t>.</w:t>
            </w:r>
          </w:p>
          <w:p w14:paraId="76333621" w14:textId="1CA90870" w:rsidR="00C103D1" w:rsidRPr="00292E0F" w:rsidRDefault="003D6905" w:rsidP="00495F05">
            <w:pPr>
              <w:pStyle w:val="ListParagraph"/>
              <w:numPr>
                <w:ilvl w:val="0"/>
                <w:numId w:val="11"/>
              </w:numPr>
              <w:rPr>
                <w:rFonts w:cs="Arial"/>
                <w:color w:val="333333"/>
                <w:sz w:val="18"/>
              </w:rPr>
            </w:pPr>
            <w:r w:rsidRPr="00292E0F">
              <w:rPr>
                <w:rFonts w:cs="Arial"/>
                <w:color w:val="333333"/>
                <w:sz w:val="18"/>
              </w:rPr>
              <w:t>Funding cap: R2 000 per delegate, VAT inclusive.</w:t>
            </w:r>
          </w:p>
          <w:p w14:paraId="25B0755E" w14:textId="1ADB9965" w:rsidR="00C103D1" w:rsidRPr="00292E0F" w:rsidRDefault="003D6905" w:rsidP="00495F05">
            <w:pPr>
              <w:pStyle w:val="ListParagraph"/>
              <w:numPr>
                <w:ilvl w:val="0"/>
                <w:numId w:val="11"/>
              </w:numPr>
              <w:rPr>
                <w:rFonts w:cs="Arial"/>
                <w:color w:val="333333"/>
                <w:sz w:val="18"/>
              </w:rPr>
            </w:pPr>
            <w:r w:rsidRPr="00292E0F">
              <w:rPr>
                <w:rFonts w:cs="Arial"/>
                <w:color w:val="333333"/>
                <w:sz w:val="18"/>
              </w:rPr>
              <w:t>Administration allocation: 5% of approved direct workshop-delivery costs.</w:t>
            </w:r>
          </w:p>
          <w:p w14:paraId="7341FC2E" w14:textId="77777777" w:rsidR="00C103D1" w:rsidRPr="007B25B1" w:rsidRDefault="00581B10" w:rsidP="00495F05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292E0F">
              <w:rPr>
                <w:rFonts w:cs="Arial"/>
                <w:color w:val="333333"/>
                <w:sz w:val="18"/>
              </w:rPr>
              <w:t xml:space="preserve">Applicants may include more than one </w:t>
            </w:r>
            <w:r w:rsidR="004451D4">
              <w:rPr>
                <w:rFonts w:cs="Arial"/>
                <w:color w:val="333333"/>
                <w:sz w:val="18"/>
              </w:rPr>
              <w:t>workshop</w:t>
            </w:r>
            <w:r w:rsidRPr="00292E0F">
              <w:rPr>
                <w:rFonts w:cs="Arial"/>
                <w:color w:val="333333"/>
                <w:sz w:val="18"/>
              </w:rPr>
              <w:t xml:space="preserve"> site in a single application, provided that each site is clearly identified</w:t>
            </w:r>
            <w:r w:rsidR="00857971">
              <w:rPr>
                <w:rFonts w:cs="Arial"/>
                <w:color w:val="333333"/>
                <w:sz w:val="18"/>
              </w:rPr>
              <w:t>.</w:t>
            </w:r>
          </w:p>
          <w:p w14:paraId="7D9367D8" w14:textId="2017C0D7" w:rsidR="007B25B1" w:rsidRPr="00292E0F" w:rsidRDefault="007B25B1" w:rsidP="00495F05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7B25B1">
              <w:rPr>
                <w:rFonts w:cs="Arial"/>
                <w:color w:val="333333"/>
                <w:sz w:val="18"/>
              </w:rPr>
              <w:t>Maximum of 25 delegates are permitted per workshop</w:t>
            </w:r>
          </w:p>
        </w:tc>
      </w:tr>
    </w:tbl>
    <w:p w14:paraId="793795DB" w14:textId="77777777" w:rsidR="00C103D1" w:rsidRPr="00292E0F" w:rsidRDefault="00C103D1">
      <w:pPr>
        <w:spacing w:after="0"/>
        <w:rPr>
          <w:rFonts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432"/>
      </w:tblGrid>
      <w:tr w:rsidR="00C103D1" w:rsidRPr="00292E0F" w14:paraId="6E153861" w14:textId="77777777">
        <w:trPr>
          <w:jc w:val="center"/>
        </w:trPr>
        <w:tc>
          <w:tcPr>
            <w:tcW w:w="792" w:type="dxa"/>
            <w:shd w:val="clear" w:color="auto" w:fill="AD004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CDFCD" w14:textId="7CA5924F" w:rsidR="00C103D1" w:rsidRPr="00292E0F" w:rsidRDefault="007F2D38">
            <w:pPr>
              <w:jc w:val="center"/>
              <w:rPr>
                <w:rFonts w:cs="Arial"/>
              </w:rPr>
            </w:pPr>
            <w:r w:rsidRPr="00292E0F">
              <w:rPr>
                <w:rFonts w:cs="Arial"/>
                <w:b/>
                <w:color w:val="FFFFFF"/>
                <w:sz w:val="24"/>
              </w:rPr>
              <w:t>1</w:t>
            </w:r>
          </w:p>
        </w:tc>
        <w:tc>
          <w:tcPr>
            <w:tcW w:w="9432" w:type="dxa"/>
            <w:shd w:val="clear" w:color="auto" w:fill="D9B262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5A2B562" w14:textId="3B3101D6" w:rsidR="00C103D1" w:rsidRPr="00292E0F" w:rsidRDefault="007F2D38">
            <w:pPr>
              <w:rPr>
                <w:rFonts w:cs="Arial"/>
              </w:rPr>
            </w:pPr>
            <w:r w:rsidRPr="00292E0F">
              <w:rPr>
                <w:rFonts w:cs="Arial"/>
                <w:b/>
                <w:color w:val="AD0049"/>
                <w:sz w:val="24"/>
              </w:rPr>
              <w:t xml:space="preserve">Delivery </w:t>
            </w:r>
            <w:r w:rsidR="00280D41">
              <w:rPr>
                <w:rFonts w:cs="Arial"/>
                <w:b/>
                <w:color w:val="AD0049"/>
                <w:sz w:val="24"/>
              </w:rPr>
              <w:t>I</w:t>
            </w:r>
            <w:r w:rsidRPr="00292E0F">
              <w:rPr>
                <w:rFonts w:cs="Arial"/>
                <w:b/>
                <w:color w:val="AD0049"/>
                <w:sz w:val="24"/>
              </w:rPr>
              <w:t xml:space="preserve">nstitution </w:t>
            </w:r>
            <w:r w:rsidR="00280D41">
              <w:rPr>
                <w:rFonts w:cs="Arial"/>
                <w:b/>
                <w:color w:val="AD0049"/>
                <w:sz w:val="24"/>
              </w:rPr>
              <w:t>D</w:t>
            </w:r>
            <w:r w:rsidRPr="00292E0F">
              <w:rPr>
                <w:rFonts w:cs="Arial"/>
                <w:b/>
                <w:color w:val="AD0049"/>
                <w:sz w:val="24"/>
              </w:rPr>
              <w:t>etails</w:t>
            </w:r>
          </w:p>
        </w:tc>
      </w:tr>
    </w:tbl>
    <w:p w14:paraId="3F20E1E4" w14:textId="77777777" w:rsidR="00C103D1" w:rsidRPr="00292E0F" w:rsidRDefault="00C103D1">
      <w:pPr>
        <w:spacing w:after="0"/>
        <w:rPr>
          <w:rFonts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63"/>
        <w:gridCol w:w="2563"/>
        <w:gridCol w:w="2563"/>
        <w:gridCol w:w="2563"/>
      </w:tblGrid>
      <w:tr w:rsidR="005707A7" w:rsidRPr="00292E0F" w14:paraId="0024A81B" w14:textId="77777777" w:rsidTr="00B22B7B">
        <w:trPr>
          <w:cantSplit/>
          <w:jc w:val="center"/>
        </w:trPr>
        <w:tc>
          <w:tcPr>
            <w:tcW w:w="10252" w:type="dxa"/>
            <w:gridSpan w:val="4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D9B26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E88D9" w14:textId="6D9AEFC1" w:rsidR="005707A7" w:rsidRPr="00292E0F" w:rsidRDefault="005707A7" w:rsidP="00485181">
            <w:pPr>
              <w:rPr>
                <w:rFonts w:cs="Arial"/>
                <w:sz w:val="22"/>
              </w:rPr>
            </w:pPr>
            <w:r w:rsidRPr="00292E0F">
              <w:rPr>
                <w:rFonts w:cs="Arial"/>
                <w:b/>
                <w:color w:val="AD0049"/>
                <w:sz w:val="22"/>
              </w:rPr>
              <w:t xml:space="preserve">Eligible </w:t>
            </w:r>
            <w:r w:rsidR="00280D41">
              <w:rPr>
                <w:rFonts w:cs="Arial"/>
                <w:b/>
                <w:color w:val="AD0049"/>
                <w:sz w:val="22"/>
              </w:rPr>
              <w:t>I</w:t>
            </w:r>
            <w:r w:rsidRPr="00292E0F">
              <w:rPr>
                <w:rFonts w:cs="Arial"/>
                <w:b/>
                <w:color w:val="AD0049"/>
                <w:sz w:val="22"/>
              </w:rPr>
              <w:t xml:space="preserve">nstitution </w:t>
            </w:r>
            <w:r w:rsidR="00280D41">
              <w:rPr>
                <w:rFonts w:cs="Arial"/>
                <w:b/>
                <w:color w:val="AD0049"/>
                <w:sz w:val="22"/>
              </w:rPr>
              <w:t>T</w:t>
            </w:r>
            <w:r w:rsidRPr="00292E0F">
              <w:rPr>
                <w:rFonts w:cs="Arial"/>
                <w:b/>
                <w:color w:val="AD0049"/>
                <w:sz w:val="22"/>
              </w:rPr>
              <w:t>ype (tick one)</w:t>
            </w:r>
          </w:p>
        </w:tc>
      </w:tr>
      <w:tr w:rsidR="005707A7" w:rsidRPr="00292E0F" w14:paraId="6C7CF8C8" w14:textId="77777777" w:rsidTr="00B22B7B">
        <w:trPr>
          <w:cantSplit/>
          <w:jc w:val="center"/>
        </w:trPr>
        <w:tc>
          <w:tcPr>
            <w:tcW w:w="2563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1BAED" w14:textId="68826D47" w:rsidR="005707A7" w:rsidRPr="00292E0F" w:rsidRDefault="004208BB" w:rsidP="00485181">
            <w:pPr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color w:val="333333"/>
                  <w:szCs w:val="20"/>
                </w:rPr>
                <w:id w:val="-1045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5B1">
                  <w:rPr>
                    <w:rFonts w:ascii="MS Gothic" w:eastAsia="MS Gothic" w:hAnsi="MS Gothic" w:cs="Arial" w:hint="eastAsia"/>
                    <w:color w:val="333333"/>
                    <w:szCs w:val="20"/>
                  </w:rPr>
                  <w:t>☐</w:t>
                </w:r>
              </w:sdtContent>
            </w:sdt>
            <w:r w:rsidR="005707A7" w:rsidRPr="00292E0F">
              <w:rPr>
                <w:rFonts w:cs="Arial"/>
                <w:color w:val="333333"/>
                <w:szCs w:val="20"/>
              </w:rPr>
              <w:t xml:space="preserve"> Public University</w:t>
            </w:r>
          </w:p>
        </w:tc>
        <w:tc>
          <w:tcPr>
            <w:tcW w:w="2563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CC287" w14:textId="77777777" w:rsidR="005707A7" w:rsidRPr="00292E0F" w:rsidRDefault="005707A7" w:rsidP="00485181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ascii="Segoe UI Symbol" w:hAnsi="Segoe UI Symbol" w:cs="Segoe UI Symbol"/>
                <w:color w:val="333333"/>
                <w:szCs w:val="20"/>
              </w:rPr>
              <w:t>☐</w:t>
            </w:r>
            <w:r w:rsidRPr="00292E0F">
              <w:rPr>
                <w:rFonts w:cs="Arial"/>
                <w:color w:val="333333"/>
                <w:szCs w:val="20"/>
              </w:rPr>
              <w:t xml:space="preserve"> Public University of Technology</w:t>
            </w:r>
          </w:p>
        </w:tc>
        <w:tc>
          <w:tcPr>
            <w:tcW w:w="2563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FB89A" w14:textId="77777777" w:rsidR="005707A7" w:rsidRPr="00292E0F" w:rsidRDefault="005707A7" w:rsidP="00485181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ascii="Segoe UI Symbol" w:hAnsi="Segoe UI Symbol" w:cs="Segoe UI Symbol"/>
                <w:color w:val="333333"/>
                <w:szCs w:val="20"/>
              </w:rPr>
              <w:t>☐</w:t>
            </w:r>
            <w:r w:rsidRPr="00292E0F">
              <w:rPr>
                <w:rFonts w:cs="Arial"/>
                <w:color w:val="333333"/>
                <w:szCs w:val="20"/>
              </w:rPr>
              <w:t xml:space="preserve"> Public TVET College</w:t>
            </w:r>
          </w:p>
        </w:tc>
        <w:tc>
          <w:tcPr>
            <w:tcW w:w="2563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99A5DD" w14:textId="77777777" w:rsidR="005707A7" w:rsidRPr="00292E0F" w:rsidRDefault="005707A7" w:rsidP="00485181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ascii="Segoe UI Symbol" w:hAnsi="Segoe UI Symbol" w:cs="Segoe UI Symbol"/>
                <w:color w:val="333333"/>
                <w:szCs w:val="20"/>
              </w:rPr>
              <w:t>☐</w:t>
            </w:r>
            <w:r w:rsidRPr="00292E0F">
              <w:rPr>
                <w:rFonts w:cs="Arial"/>
                <w:color w:val="333333"/>
                <w:szCs w:val="20"/>
              </w:rPr>
              <w:t xml:space="preserve"> Public CET College</w:t>
            </w:r>
          </w:p>
        </w:tc>
      </w:tr>
    </w:tbl>
    <w:p w14:paraId="007307AD" w14:textId="77777777" w:rsidR="005707A7" w:rsidRPr="00292E0F" w:rsidRDefault="005707A7">
      <w:pPr>
        <w:spacing w:after="0"/>
        <w:rPr>
          <w:rFonts w:cs="Arial"/>
        </w:rPr>
      </w:pPr>
    </w:p>
    <w:tbl>
      <w:tblPr>
        <w:tblW w:w="10247" w:type="dxa"/>
        <w:tblInd w:w="148" w:type="dxa"/>
        <w:tblLayout w:type="fixed"/>
        <w:tblLook w:val="04A0" w:firstRow="1" w:lastRow="0" w:firstColumn="1" w:lastColumn="0" w:noHBand="0" w:noVBand="1"/>
      </w:tblPr>
      <w:tblGrid>
        <w:gridCol w:w="2592"/>
        <w:gridCol w:w="2520"/>
        <w:gridCol w:w="2592"/>
        <w:gridCol w:w="2543"/>
      </w:tblGrid>
      <w:tr w:rsidR="00C103D1" w:rsidRPr="00292E0F" w14:paraId="19300F6E" w14:textId="77777777" w:rsidTr="00B22B7B">
        <w:trPr>
          <w:cantSplit/>
        </w:trPr>
        <w:tc>
          <w:tcPr>
            <w:tcW w:w="259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B86BD05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Total number of workshops</w:t>
            </w:r>
          </w:p>
        </w:tc>
        <w:tc>
          <w:tcPr>
            <w:tcW w:w="252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B0E56D0" w14:textId="72E714D5" w:rsidR="00C103D1" w:rsidRPr="00292E0F" w:rsidRDefault="00C103D1">
            <w:pPr>
              <w:rPr>
                <w:rFonts w:cs="Arial"/>
                <w:szCs w:val="20"/>
              </w:rPr>
            </w:pPr>
          </w:p>
        </w:tc>
        <w:tc>
          <w:tcPr>
            <w:tcW w:w="259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02535EA" w14:textId="41BA5E2B" w:rsidR="00C103D1" w:rsidRPr="00292E0F" w:rsidRDefault="00BA50E0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Overall,</w:t>
            </w:r>
            <w:r w:rsidR="00AB41B8" w:rsidRPr="00292E0F">
              <w:rPr>
                <w:rFonts w:cs="Arial"/>
                <w:b/>
                <w:color w:val="AD0049"/>
                <w:szCs w:val="20"/>
              </w:rPr>
              <w:t xml:space="preserve"> no of</w:t>
            </w:r>
            <w:r w:rsidR="003D6905" w:rsidRPr="00292E0F">
              <w:rPr>
                <w:rFonts w:cs="Arial"/>
                <w:b/>
                <w:color w:val="AD0049"/>
                <w:szCs w:val="20"/>
              </w:rPr>
              <w:t xml:space="preserve"> delegates requested</w:t>
            </w:r>
          </w:p>
        </w:tc>
        <w:tc>
          <w:tcPr>
            <w:tcW w:w="2543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E922F5F" w14:textId="7F938039" w:rsidR="00C103D1" w:rsidRPr="00292E0F" w:rsidRDefault="00C103D1">
            <w:pPr>
              <w:rPr>
                <w:rFonts w:cs="Arial"/>
                <w:szCs w:val="20"/>
              </w:rPr>
            </w:pPr>
          </w:p>
        </w:tc>
      </w:tr>
      <w:tr w:rsidR="00C103D1" w:rsidRPr="00292E0F" w14:paraId="2845E7B3" w14:textId="77777777" w:rsidTr="00B22B7B">
        <w:trPr>
          <w:cantSplit/>
        </w:trPr>
        <w:tc>
          <w:tcPr>
            <w:tcW w:w="259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3CCA01D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Proposed start date</w:t>
            </w:r>
          </w:p>
        </w:tc>
        <w:tc>
          <w:tcPr>
            <w:tcW w:w="252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C27585E" w14:textId="52139A4B" w:rsidR="00C103D1" w:rsidRPr="00292E0F" w:rsidRDefault="00C103D1">
            <w:pPr>
              <w:rPr>
                <w:rFonts w:cs="Arial"/>
                <w:szCs w:val="20"/>
              </w:rPr>
            </w:pPr>
          </w:p>
        </w:tc>
        <w:tc>
          <w:tcPr>
            <w:tcW w:w="259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C75F433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Proposed completion date</w:t>
            </w:r>
          </w:p>
        </w:tc>
        <w:tc>
          <w:tcPr>
            <w:tcW w:w="2543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4263180" w14:textId="4B6C954E" w:rsidR="00C103D1" w:rsidRPr="00292E0F" w:rsidRDefault="00C103D1">
            <w:pPr>
              <w:rPr>
                <w:rFonts w:cs="Arial"/>
                <w:szCs w:val="20"/>
              </w:rPr>
            </w:pPr>
          </w:p>
        </w:tc>
      </w:tr>
      <w:tr w:rsidR="00C103D1" w:rsidRPr="00292E0F" w14:paraId="50B1427F" w14:textId="77777777" w:rsidTr="00B22B7B">
        <w:trPr>
          <w:cantSplit/>
        </w:trPr>
        <w:tc>
          <w:tcPr>
            <w:tcW w:w="259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CD67C98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Total direct workshop-delivery costs (VAT inclusive)</w:t>
            </w:r>
          </w:p>
        </w:tc>
        <w:tc>
          <w:tcPr>
            <w:tcW w:w="252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B76A064" w14:textId="344C3B6F" w:rsidR="00C103D1" w:rsidRPr="00292E0F" w:rsidRDefault="00C103D1">
            <w:pPr>
              <w:rPr>
                <w:rFonts w:cs="Arial"/>
                <w:szCs w:val="20"/>
              </w:rPr>
            </w:pPr>
          </w:p>
        </w:tc>
        <w:tc>
          <w:tcPr>
            <w:tcW w:w="259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0F41FFA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Administration allocation (5%)</w:t>
            </w:r>
          </w:p>
        </w:tc>
        <w:tc>
          <w:tcPr>
            <w:tcW w:w="2543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07B9934" w14:textId="6D053A17" w:rsidR="00C103D1" w:rsidRPr="00292E0F" w:rsidRDefault="00C103D1">
            <w:pPr>
              <w:rPr>
                <w:rFonts w:cs="Arial"/>
                <w:szCs w:val="20"/>
              </w:rPr>
            </w:pPr>
          </w:p>
        </w:tc>
      </w:tr>
      <w:tr w:rsidR="00B926B8" w:rsidRPr="00292E0F" w14:paraId="06AA4F2F" w14:textId="77777777" w:rsidTr="00B22B7B">
        <w:trPr>
          <w:cantSplit/>
        </w:trPr>
        <w:tc>
          <w:tcPr>
            <w:tcW w:w="259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B50DD7A" w14:textId="73D6F088" w:rsidR="00B926B8" w:rsidRPr="00292E0F" w:rsidRDefault="00B926B8" w:rsidP="00B926B8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Total amount requested</w:t>
            </w:r>
            <w:r w:rsidR="00FB400B">
              <w:rPr>
                <w:rFonts w:cs="Arial"/>
                <w:b/>
                <w:color w:val="AD0049"/>
                <w:szCs w:val="20"/>
              </w:rPr>
              <w:t xml:space="preserve"> – Capped at R2 000 per delegate</w:t>
            </w:r>
          </w:p>
        </w:tc>
        <w:tc>
          <w:tcPr>
            <w:tcW w:w="252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84D54E8" w14:textId="2CF8BC93" w:rsidR="00B926B8" w:rsidRPr="00292E0F" w:rsidRDefault="00B926B8" w:rsidP="00B926B8">
            <w:pPr>
              <w:rPr>
                <w:rFonts w:cs="Arial"/>
                <w:szCs w:val="20"/>
              </w:rPr>
            </w:pPr>
          </w:p>
        </w:tc>
        <w:tc>
          <w:tcPr>
            <w:tcW w:w="259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F2F1EC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9BF1BFA" w14:textId="5364E1F8" w:rsidR="00B926B8" w:rsidRPr="00292E0F" w:rsidRDefault="00CA116C" w:rsidP="00B926B8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color w:val="AD0049"/>
                <w:szCs w:val="20"/>
              </w:rPr>
              <w:t>Delivery P</w:t>
            </w:r>
            <w:r w:rsidR="00B926B8" w:rsidRPr="00292E0F">
              <w:rPr>
                <w:rFonts w:cs="Arial"/>
                <w:b/>
                <w:color w:val="AD0049"/>
                <w:szCs w:val="20"/>
              </w:rPr>
              <w:t>rovince</w:t>
            </w:r>
          </w:p>
        </w:tc>
        <w:tc>
          <w:tcPr>
            <w:tcW w:w="2543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3A11B89" w14:textId="220403BD" w:rsidR="00B926B8" w:rsidRPr="00292E0F" w:rsidRDefault="00B926B8" w:rsidP="00B926B8">
            <w:pPr>
              <w:rPr>
                <w:rFonts w:cs="Arial"/>
                <w:szCs w:val="20"/>
              </w:rPr>
            </w:pPr>
          </w:p>
        </w:tc>
      </w:tr>
    </w:tbl>
    <w:p w14:paraId="44BC62E4" w14:textId="6C94A9A1" w:rsidR="00260995" w:rsidRPr="00292E0F" w:rsidRDefault="00260995">
      <w:pPr>
        <w:rPr>
          <w:rFonts w:cs="Arial"/>
        </w:rPr>
      </w:pPr>
    </w:p>
    <w:p w14:paraId="1E3C7C1A" w14:textId="77777777" w:rsidR="00260995" w:rsidRPr="00292E0F" w:rsidRDefault="00260995">
      <w:pPr>
        <w:spacing w:after="200" w:line="276" w:lineRule="auto"/>
        <w:rPr>
          <w:rFonts w:cs="Arial"/>
        </w:rPr>
      </w:pPr>
      <w:r w:rsidRPr="00292E0F">
        <w:rPr>
          <w:rFonts w:cs="Arial"/>
        </w:rPr>
        <w:br w:type="page"/>
      </w:r>
    </w:p>
    <w:tbl>
      <w:tblPr>
        <w:tblW w:w="10247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826"/>
        <w:gridCol w:w="9421"/>
      </w:tblGrid>
      <w:tr w:rsidR="00C103D1" w:rsidRPr="00292E0F" w14:paraId="2170E0F9" w14:textId="77777777" w:rsidTr="005707A7">
        <w:tc>
          <w:tcPr>
            <w:tcW w:w="826" w:type="dxa"/>
            <w:shd w:val="clear" w:color="auto" w:fill="AD004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50968" w14:textId="286A3635" w:rsidR="00C103D1" w:rsidRPr="00292E0F" w:rsidRDefault="007F2D38">
            <w:pPr>
              <w:jc w:val="center"/>
              <w:rPr>
                <w:rFonts w:cs="Arial"/>
              </w:rPr>
            </w:pPr>
            <w:r w:rsidRPr="00292E0F">
              <w:rPr>
                <w:rFonts w:cs="Arial"/>
                <w:b/>
                <w:color w:val="FFFFFF"/>
                <w:sz w:val="24"/>
              </w:rPr>
              <w:lastRenderedPageBreak/>
              <w:t>2</w:t>
            </w:r>
          </w:p>
        </w:tc>
        <w:tc>
          <w:tcPr>
            <w:tcW w:w="9421" w:type="dxa"/>
            <w:shd w:val="clear" w:color="auto" w:fill="D9B262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A17CD0B" w14:textId="6F52181D" w:rsidR="00C103D1" w:rsidRDefault="003D6905">
            <w:pPr>
              <w:rPr>
                <w:rFonts w:cs="Arial"/>
                <w:b/>
                <w:color w:val="AD0049"/>
                <w:sz w:val="24"/>
              </w:rPr>
            </w:pPr>
            <w:r w:rsidRPr="00292E0F">
              <w:rPr>
                <w:rFonts w:cs="Arial"/>
                <w:b/>
                <w:color w:val="AD0049"/>
                <w:sz w:val="24"/>
              </w:rPr>
              <w:t xml:space="preserve">Delivery </w:t>
            </w:r>
            <w:r w:rsidR="00D72A6B">
              <w:rPr>
                <w:rFonts w:cs="Arial"/>
                <w:b/>
                <w:color w:val="AD0049"/>
                <w:sz w:val="24"/>
              </w:rPr>
              <w:t>S</w:t>
            </w:r>
            <w:r w:rsidRPr="00292E0F">
              <w:rPr>
                <w:rFonts w:cs="Arial"/>
                <w:b/>
                <w:color w:val="AD0049"/>
                <w:sz w:val="24"/>
              </w:rPr>
              <w:t>ites</w:t>
            </w:r>
            <w:r w:rsidR="006347D8">
              <w:rPr>
                <w:rFonts w:cs="Arial"/>
                <w:b/>
                <w:color w:val="AD0049"/>
                <w:sz w:val="24"/>
              </w:rPr>
              <w:t xml:space="preserve"> (</w:t>
            </w:r>
            <w:r w:rsidR="00336B5B">
              <w:rPr>
                <w:rFonts w:cs="Arial"/>
                <w:b/>
                <w:color w:val="AD0049"/>
                <w:sz w:val="24"/>
              </w:rPr>
              <w:t>w</w:t>
            </w:r>
            <w:r w:rsidR="006347D8">
              <w:rPr>
                <w:rFonts w:cs="Arial"/>
                <w:b/>
                <w:color w:val="AD0049"/>
                <w:sz w:val="24"/>
              </w:rPr>
              <w:t>orkshops)</w:t>
            </w:r>
            <w:r w:rsidRPr="00292E0F">
              <w:rPr>
                <w:rFonts w:cs="Arial"/>
                <w:b/>
                <w:color w:val="AD0049"/>
                <w:sz w:val="24"/>
              </w:rPr>
              <w:t xml:space="preserve"> and </w:t>
            </w:r>
            <w:r w:rsidR="00D72A6B">
              <w:rPr>
                <w:rFonts w:cs="Arial"/>
                <w:b/>
                <w:color w:val="AD0049"/>
                <w:sz w:val="24"/>
              </w:rPr>
              <w:t>D</w:t>
            </w:r>
            <w:r w:rsidRPr="00292E0F">
              <w:rPr>
                <w:rFonts w:cs="Arial"/>
                <w:b/>
                <w:color w:val="AD0049"/>
                <w:sz w:val="24"/>
              </w:rPr>
              <w:t xml:space="preserve">elegate </w:t>
            </w:r>
            <w:r w:rsidR="00D72A6B">
              <w:rPr>
                <w:rFonts w:cs="Arial"/>
                <w:b/>
                <w:color w:val="AD0049"/>
                <w:sz w:val="24"/>
              </w:rPr>
              <w:t>P</w:t>
            </w:r>
            <w:r w:rsidRPr="00292E0F">
              <w:rPr>
                <w:rFonts w:cs="Arial"/>
                <w:b/>
                <w:color w:val="AD0049"/>
                <w:sz w:val="24"/>
              </w:rPr>
              <w:t>rofile</w:t>
            </w:r>
          </w:p>
          <w:p w14:paraId="0E8A4FDD" w14:textId="77777777" w:rsidR="00D72A6B" w:rsidRDefault="00D72A6B">
            <w:pPr>
              <w:rPr>
                <w:rFonts w:cs="Arial"/>
                <w:i/>
                <w:color w:val="666666"/>
                <w:sz w:val="16"/>
                <w:szCs w:val="16"/>
              </w:rPr>
            </w:pPr>
            <w:r w:rsidRPr="00292E0F">
              <w:rPr>
                <w:rFonts w:cs="Arial"/>
                <w:i/>
                <w:color w:val="666666"/>
                <w:sz w:val="16"/>
                <w:szCs w:val="16"/>
              </w:rPr>
              <w:t xml:space="preserve">Complete one row for each proposed </w:t>
            </w:r>
            <w:r>
              <w:rPr>
                <w:rFonts w:cs="Arial"/>
                <w:i/>
                <w:color w:val="666666"/>
                <w:sz w:val="16"/>
                <w:szCs w:val="16"/>
              </w:rPr>
              <w:t>workshop</w:t>
            </w:r>
            <w:r w:rsidRPr="00292E0F">
              <w:rPr>
                <w:rFonts w:cs="Arial"/>
                <w:i/>
                <w:color w:val="666666"/>
                <w:sz w:val="16"/>
                <w:szCs w:val="16"/>
              </w:rPr>
              <w:t>. Add rows in Word where additional sites are required.</w:t>
            </w:r>
          </w:p>
          <w:p w14:paraId="50F6A6FC" w14:textId="6E81D5B1" w:rsidR="00DE037A" w:rsidRPr="00292E0F" w:rsidRDefault="00DE037A">
            <w:pPr>
              <w:rPr>
                <w:rFonts w:cs="Arial"/>
              </w:rPr>
            </w:pPr>
            <w:r>
              <w:rPr>
                <w:rFonts w:cs="Arial"/>
                <w:i/>
                <w:color w:val="666666"/>
                <w:sz w:val="16"/>
                <w:szCs w:val="16"/>
              </w:rPr>
              <w:t>Each Workshop may not exceed 25 delegates</w:t>
            </w:r>
            <w:r w:rsidR="006B1A37">
              <w:rPr>
                <w:rFonts w:cs="Arial"/>
                <w:i/>
                <w:color w:val="666666"/>
                <w:sz w:val="16"/>
                <w:szCs w:val="16"/>
              </w:rPr>
              <w:t>.</w:t>
            </w:r>
          </w:p>
        </w:tc>
      </w:tr>
    </w:tbl>
    <w:p w14:paraId="0273789E" w14:textId="77777777" w:rsidR="00C103D1" w:rsidRPr="00292E0F" w:rsidRDefault="00C103D1">
      <w:pPr>
        <w:spacing w:after="0"/>
        <w:rPr>
          <w:rFonts w:cs="Arial"/>
        </w:rPr>
      </w:pPr>
    </w:p>
    <w:tbl>
      <w:tblPr>
        <w:tblW w:w="10225" w:type="dxa"/>
        <w:tblInd w:w="204" w:type="dxa"/>
        <w:tblLayout w:type="fixed"/>
        <w:tblLook w:val="04A0" w:firstRow="1" w:lastRow="0" w:firstColumn="1" w:lastColumn="0" w:noHBand="0" w:noVBand="1"/>
      </w:tblPr>
      <w:tblGrid>
        <w:gridCol w:w="432"/>
        <w:gridCol w:w="1910"/>
        <w:gridCol w:w="2126"/>
        <w:gridCol w:w="2349"/>
        <w:gridCol w:w="2127"/>
        <w:gridCol w:w="1281"/>
      </w:tblGrid>
      <w:tr w:rsidR="00CB6EA2" w:rsidRPr="00292E0F" w14:paraId="2CA15BAC" w14:textId="77777777" w:rsidTr="006C1C38">
        <w:trPr>
          <w:cantSplit/>
          <w:trHeight w:val="605"/>
        </w:trPr>
        <w:tc>
          <w:tcPr>
            <w:tcW w:w="4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AD0049"/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1170A05B" w14:textId="77777777" w:rsidR="00CB6EA2" w:rsidRPr="00292E0F" w:rsidRDefault="00CB6EA2" w:rsidP="00EC25FA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FFFFFF"/>
                <w:szCs w:val="20"/>
              </w:rPr>
              <w:t>No.</w:t>
            </w:r>
          </w:p>
        </w:tc>
        <w:tc>
          <w:tcPr>
            <w:tcW w:w="191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AD0049"/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28C4763D" w14:textId="77777777" w:rsidR="00CB6EA2" w:rsidRPr="00292E0F" w:rsidRDefault="00CB6EA2" w:rsidP="00EC25FA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FFFFFF"/>
                <w:szCs w:val="20"/>
              </w:rPr>
              <w:t>Province</w:t>
            </w:r>
          </w:p>
        </w:tc>
        <w:tc>
          <w:tcPr>
            <w:tcW w:w="212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AD0049"/>
          </w:tcPr>
          <w:p w14:paraId="0AF0E8DD" w14:textId="2B9FF5BD" w:rsidR="00CB6EA2" w:rsidRPr="00292E0F" w:rsidRDefault="00CB6EA2" w:rsidP="00EC25FA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Town/City</w:t>
            </w:r>
          </w:p>
        </w:tc>
        <w:tc>
          <w:tcPr>
            <w:tcW w:w="2349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AD0049"/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13F8B7F6" w14:textId="31D6726F" w:rsidR="00CB6EA2" w:rsidRPr="00292E0F" w:rsidRDefault="00CB6EA2" w:rsidP="00EC25FA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FFFFFF"/>
                <w:szCs w:val="20"/>
              </w:rPr>
              <w:t xml:space="preserve">District / </w:t>
            </w:r>
            <w:r>
              <w:rPr>
                <w:rFonts w:cs="Arial"/>
                <w:b/>
                <w:color w:val="FFFFFF"/>
                <w:szCs w:val="20"/>
              </w:rPr>
              <w:t>L</w:t>
            </w:r>
            <w:r w:rsidRPr="00292E0F">
              <w:rPr>
                <w:rFonts w:cs="Arial"/>
                <w:b/>
                <w:color w:val="FFFFFF"/>
                <w:szCs w:val="20"/>
              </w:rPr>
              <w:t xml:space="preserve">ocal </w:t>
            </w:r>
            <w:r>
              <w:rPr>
                <w:rFonts w:cs="Arial"/>
                <w:b/>
                <w:color w:val="FFFFFF"/>
                <w:szCs w:val="20"/>
              </w:rPr>
              <w:t>M</w:t>
            </w:r>
            <w:r w:rsidRPr="00292E0F">
              <w:rPr>
                <w:rFonts w:cs="Arial"/>
                <w:b/>
                <w:color w:val="FFFFFF"/>
                <w:szCs w:val="20"/>
              </w:rPr>
              <w:t>unicipality</w:t>
            </w:r>
          </w:p>
        </w:tc>
        <w:tc>
          <w:tcPr>
            <w:tcW w:w="2127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AD0049"/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30585377" w14:textId="77777777" w:rsidR="00CB6EA2" w:rsidRPr="00292E0F" w:rsidRDefault="00CB6EA2" w:rsidP="00EC25FA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FFFFFF"/>
                <w:szCs w:val="20"/>
              </w:rPr>
              <w:t>Urban / Rural</w:t>
            </w:r>
          </w:p>
        </w:tc>
        <w:tc>
          <w:tcPr>
            <w:tcW w:w="1281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AD0049"/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1ACF4237" w14:textId="67B275A7" w:rsidR="00CB6EA2" w:rsidRPr="00292E0F" w:rsidRDefault="00CB6EA2" w:rsidP="00EC25FA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FFFFFF"/>
                <w:szCs w:val="20"/>
              </w:rPr>
              <w:t>No of delegates</w:t>
            </w:r>
          </w:p>
        </w:tc>
      </w:tr>
      <w:tr w:rsidR="00CB6EA2" w:rsidRPr="00292E0F" w14:paraId="13E3EB39" w14:textId="77777777" w:rsidTr="006C1C38">
        <w:trPr>
          <w:cantSplit/>
          <w:trHeight w:val="605"/>
        </w:trPr>
        <w:tc>
          <w:tcPr>
            <w:tcW w:w="4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45469001" w14:textId="77777777" w:rsidR="00CB6EA2" w:rsidRPr="00292E0F" w:rsidRDefault="00CB6EA2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1</w:t>
            </w:r>
          </w:p>
        </w:tc>
        <w:tc>
          <w:tcPr>
            <w:tcW w:w="191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3F0F4AE2" w14:textId="5F55FCC7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</w:tcPr>
          <w:p w14:paraId="34796646" w14:textId="77777777" w:rsidR="00CB6EA2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349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48B895BF" w14:textId="6D82807C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28D42E39" w14:textId="1437768C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1281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206DB6A9" w14:textId="0F102395" w:rsidR="00CB6EA2" w:rsidRPr="00292E0F" w:rsidRDefault="00CB6EA2">
            <w:pPr>
              <w:rPr>
                <w:rFonts w:cs="Arial"/>
                <w:szCs w:val="20"/>
              </w:rPr>
            </w:pPr>
          </w:p>
        </w:tc>
      </w:tr>
      <w:tr w:rsidR="00CB6EA2" w:rsidRPr="00292E0F" w14:paraId="096EAAD5" w14:textId="77777777" w:rsidTr="006C1C38">
        <w:trPr>
          <w:cantSplit/>
          <w:trHeight w:val="605"/>
        </w:trPr>
        <w:tc>
          <w:tcPr>
            <w:tcW w:w="4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29C39CE2" w14:textId="77777777" w:rsidR="00CB6EA2" w:rsidRPr="00292E0F" w:rsidRDefault="00CB6EA2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2</w:t>
            </w:r>
          </w:p>
        </w:tc>
        <w:tc>
          <w:tcPr>
            <w:tcW w:w="191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50666643" w14:textId="000E245F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</w:tcPr>
          <w:p w14:paraId="19694590" w14:textId="77777777" w:rsidR="00CB6EA2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349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036E0238" w14:textId="3CC581B7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78222D97" w14:textId="3FABCC32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1281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60BB915E" w14:textId="622850AC" w:rsidR="00CB6EA2" w:rsidRPr="00292E0F" w:rsidRDefault="00CB6EA2">
            <w:pPr>
              <w:rPr>
                <w:rFonts w:cs="Arial"/>
                <w:szCs w:val="20"/>
              </w:rPr>
            </w:pPr>
          </w:p>
        </w:tc>
      </w:tr>
      <w:tr w:rsidR="00CB6EA2" w:rsidRPr="00292E0F" w14:paraId="48A53FB3" w14:textId="77777777" w:rsidTr="006C1C38">
        <w:trPr>
          <w:cantSplit/>
          <w:trHeight w:val="605"/>
        </w:trPr>
        <w:tc>
          <w:tcPr>
            <w:tcW w:w="4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759C58AF" w14:textId="77777777" w:rsidR="00CB6EA2" w:rsidRPr="00292E0F" w:rsidRDefault="00CB6EA2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3</w:t>
            </w:r>
          </w:p>
        </w:tc>
        <w:tc>
          <w:tcPr>
            <w:tcW w:w="191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0A033155" w14:textId="39D845A5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</w:tcPr>
          <w:p w14:paraId="3127B177" w14:textId="77777777" w:rsidR="00CB6EA2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349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378831D1" w14:textId="67D6E33B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3CA23529" w14:textId="656ED464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1281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2B5F540A" w14:textId="49ABF8A6" w:rsidR="00CB6EA2" w:rsidRPr="00292E0F" w:rsidRDefault="00CB6EA2">
            <w:pPr>
              <w:rPr>
                <w:rFonts w:cs="Arial"/>
                <w:szCs w:val="20"/>
              </w:rPr>
            </w:pPr>
          </w:p>
        </w:tc>
      </w:tr>
      <w:tr w:rsidR="00CB6EA2" w:rsidRPr="00292E0F" w14:paraId="709467C3" w14:textId="77777777" w:rsidTr="006C1C38">
        <w:trPr>
          <w:cantSplit/>
          <w:trHeight w:val="605"/>
        </w:trPr>
        <w:tc>
          <w:tcPr>
            <w:tcW w:w="4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0689895A" w14:textId="77777777" w:rsidR="00CB6EA2" w:rsidRPr="00292E0F" w:rsidRDefault="00CB6EA2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4</w:t>
            </w:r>
          </w:p>
        </w:tc>
        <w:tc>
          <w:tcPr>
            <w:tcW w:w="191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6566F492" w14:textId="680DF973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</w:tcPr>
          <w:p w14:paraId="3EDCD1DF" w14:textId="77777777" w:rsidR="00CB6EA2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349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39C16BB1" w14:textId="7C29BB93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499BE3D6" w14:textId="3EB68C1B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1281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666F277C" w14:textId="32A6A938" w:rsidR="00CB6EA2" w:rsidRPr="00292E0F" w:rsidRDefault="00CB6EA2">
            <w:pPr>
              <w:rPr>
                <w:rFonts w:cs="Arial"/>
                <w:szCs w:val="20"/>
              </w:rPr>
            </w:pPr>
          </w:p>
        </w:tc>
      </w:tr>
      <w:tr w:rsidR="00CB6EA2" w:rsidRPr="00292E0F" w14:paraId="44E7CA3F" w14:textId="77777777" w:rsidTr="006C1C38">
        <w:trPr>
          <w:cantSplit/>
          <w:trHeight w:val="605"/>
        </w:trPr>
        <w:tc>
          <w:tcPr>
            <w:tcW w:w="4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085D8493" w14:textId="77777777" w:rsidR="00CB6EA2" w:rsidRPr="00292E0F" w:rsidRDefault="00CB6EA2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5</w:t>
            </w:r>
          </w:p>
        </w:tc>
        <w:tc>
          <w:tcPr>
            <w:tcW w:w="191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06B3C210" w14:textId="09A948FC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</w:tcPr>
          <w:p w14:paraId="7A3A88DB" w14:textId="77777777" w:rsidR="00CB6EA2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349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39289E4E" w14:textId="39CD0799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5412A1E7" w14:textId="79FB53DC" w:rsidR="00CB6EA2" w:rsidRPr="00292E0F" w:rsidRDefault="00CB6EA2">
            <w:pPr>
              <w:rPr>
                <w:rFonts w:cs="Arial"/>
                <w:szCs w:val="20"/>
              </w:rPr>
            </w:pPr>
          </w:p>
        </w:tc>
        <w:tc>
          <w:tcPr>
            <w:tcW w:w="1281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40" w:type="dxa"/>
              <w:left w:w="35" w:type="dxa"/>
              <w:bottom w:w="40" w:type="dxa"/>
              <w:right w:w="35" w:type="dxa"/>
            </w:tcMar>
          </w:tcPr>
          <w:p w14:paraId="6A52FF5A" w14:textId="4242065F" w:rsidR="00CB6EA2" w:rsidRPr="00292E0F" w:rsidRDefault="00CB6EA2">
            <w:pPr>
              <w:rPr>
                <w:rFonts w:cs="Arial"/>
                <w:szCs w:val="20"/>
              </w:rPr>
            </w:pPr>
          </w:p>
        </w:tc>
      </w:tr>
    </w:tbl>
    <w:p w14:paraId="6921B083" w14:textId="50F5E2AF" w:rsidR="00C103D1" w:rsidRPr="00292E0F" w:rsidRDefault="00C103D1">
      <w:pPr>
        <w:spacing w:after="0"/>
        <w:rPr>
          <w:rFonts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556"/>
      </w:tblGrid>
      <w:tr w:rsidR="00C103D1" w:rsidRPr="00292E0F" w14:paraId="75CB2C65" w14:textId="77777777" w:rsidTr="00A111D2">
        <w:trPr>
          <w:jc w:val="center"/>
        </w:trPr>
        <w:tc>
          <w:tcPr>
            <w:tcW w:w="792" w:type="dxa"/>
            <w:shd w:val="clear" w:color="auto" w:fill="AD004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AD8E9" w14:textId="13B281B2" w:rsidR="00C103D1" w:rsidRPr="00292E0F" w:rsidRDefault="0007186F">
            <w:pPr>
              <w:jc w:val="center"/>
              <w:rPr>
                <w:rFonts w:cs="Arial"/>
              </w:rPr>
            </w:pPr>
            <w:r w:rsidRPr="00292E0F">
              <w:rPr>
                <w:rFonts w:cs="Arial"/>
                <w:b/>
                <w:color w:val="FFFFFF"/>
                <w:sz w:val="24"/>
              </w:rPr>
              <w:t>3</w:t>
            </w:r>
          </w:p>
        </w:tc>
        <w:tc>
          <w:tcPr>
            <w:tcW w:w="9556" w:type="dxa"/>
            <w:shd w:val="clear" w:color="auto" w:fill="D9B262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07C9A5B" w14:textId="77777777" w:rsidR="00C103D1" w:rsidRDefault="003D6905">
            <w:pPr>
              <w:rPr>
                <w:rFonts w:cs="Arial"/>
                <w:b/>
                <w:color w:val="AD0049"/>
                <w:sz w:val="24"/>
              </w:rPr>
            </w:pPr>
            <w:r w:rsidRPr="00292E0F">
              <w:rPr>
                <w:rFonts w:cs="Arial"/>
                <w:b/>
                <w:color w:val="AD0049"/>
                <w:sz w:val="24"/>
              </w:rPr>
              <w:t xml:space="preserve">Previous BANKSETA </w:t>
            </w:r>
            <w:r w:rsidR="00D72A6B">
              <w:rPr>
                <w:rFonts w:cs="Arial"/>
                <w:b/>
                <w:color w:val="AD0049"/>
                <w:sz w:val="24"/>
              </w:rPr>
              <w:t>F</w:t>
            </w:r>
            <w:r w:rsidRPr="00292E0F">
              <w:rPr>
                <w:rFonts w:cs="Arial"/>
                <w:b/>
                <w:color w:val="AD0049"/>
                <w:sz w:val="24"/>
              </w:rPr>
              <w:t xml:space="preserve">unding and </w:t>
            </w:r>
            <w:r w:rsidR="00D72A6B">
              <w:rPr>
                <w:rFonts w:cs="Arial"/>
                <w:b/>
                <w:color w:val="AD0049"/>
                <w:sz w:val="24"/>
              </w:rPr>
              <w:t>P</w:t>
            </w:r>
            <w:r w:rsidRPr="00292E0F">
              <w:rPr>
                <w:rFonts w:cs="Arial"/>
                <w:b/>
                <w:color w:val="AD0049"/>
                <w:sz w:val="24"/>
              </w:rPr>
              <w:t xml:space="preserve">ast-performance </w:t>
            </w:r>
            <w:r w:rsidR="00D72A6B">
              <w:rPr>
                <w:rFonts w:cs="Arial"/>
                <w:b/>
                <w:color w:val="AD0049"/>
                <w:sz w:val="24"/>
              </w:rPr>
              <w:t>D</w:t>
            </w:r>
            <w:r w:rsidRPr="00292E0F">
              <w:rPr>
                <w:rFonts w:cs="Arial"/>
                <w:b/>
                <w:color w:val="AD0049"/>
                <w:sz w:val="24"/>
              </w:rPr>
              <w:t>isclosure</w:t>
            </w:r>
          </w:p>
          <w:p w14:paraId="66701B10" w14:textId="273A7232" w:rsidR="00D72A6B" w:rsidRPr="00292E0F" w:rsidRDefault="00D72A6B">
            <w:pPr>
              <w:rPr>
                <w:rFonts w:cs="Arial"/>
              </w:rPr>
            </w:pPr>
            <w:r w:rsidRPr="00292E0F">
              <w:rPr>
                <w:rFonts w:cs="Arial"/>
                <w:i/>
                <w:color w:val="666666"/>
                <w:sz w:val="16"/>
                <w:szCs w:val="16"/>
              </w:rPr>
              <w:t>Complete this section where the applicant has previously received BANKSETA funding. BANKSETA will verify the information against its contract register, Commitment Schedule and project records.</w:t>
            </w:r>
          </w:p>
        </w:tc>
      </w:tr>
    </w:tbl>
    <w:p w14:paraId="70DF8FA9" w14:textId="22692386" w:rsidR="00C103D1" w:rsidRPr="00292E0F" w:rsidRDefault="003F195C">
      <w:pPr>
        <w:rPr>
          <w:rFonts w:cs="Arial"/>
          <w:i/>
          <w:color w:val="666666"/>
          <w:sz w:val="16"/>
          <w:szCs w:val="16"/>
        </w:rPr>
      </w:pPr>
      <w:r>
        <w:rPr>
          <w:rFonts w:cs="Arial"/>
          <w:i/>
          <w:color w:val="666666"/>
          <w:sz w:val="16"/>
          <w:szCs w:val="16"/>
        </w:rPr>
        <w:t xml:space="preserve"> </w:t>
      </w:r>
    </w:p>
    <w:tbl>
      <w:tblPr>
        <w:tblW w:w="10219" w:type="dxa"/>
        <w:tblInd w:w="148" w:type="dxa"/>
        <w:tblLayout w:type="fixed"/>
        <w:tblLook w:val="04A0" w:firstRow="1" w:lastRow="0" w:firstColumn="1" w:lastColumn="0" w:noHBand="0" w:noVBand="1"/>
      </w:tblPr>
      <w:tblGrid>
        <w:gridCol w:w="503"/>
        <w:gridCol w:w="4215"/>
        <w:gridCol w:w="3527"/>
        <w:gridCol w:w="1974"/>
      </w:tblGrid>
      <w:tr w:rsidR="008E6B3F" w:rsidRPr="00292E0F" w14:paraId="4CFCB187" w14:textId="77777777" w:rsidTr="000F6A3F">
        <w:trPr>
          <w:cantSplit/>
        </w:trPr>
        <w:tc>
          <w:tcPr>
            <w:tcW w:w="503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AD004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73D3B" w14:textId="77777777" w:rsidR="008E6B3F" w:rsidRPr="00292E0F" w:rsidRDefault="008E6B3F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FFFFFF"/>
                <w:szCs w:val="20"/>
              </w:rPr>
              <w:t>No.</w:t>
            </w:r>
          </w:p>
        </w:tc>
        <w:tc>
          <w:tcPr>
            <w:tcW w:w="4215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AD004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4DD93" w14:textId="77777777" w:rsidR="008E6B3F" w:rsidRPr="00292E0F" w:rsidRDefault="008E6B3F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FFFFFF"/>
                <w:szCs w:val="20"/>
              </w:rPr>
              <w:t>Project / contract reference</w:t>
            </w:r>
          </w:p>
        </w:tc>
        <w:tc>
          <w:tcPr>
            <w:tcW w:w="3527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AD004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4FB6A" w14:textId="77777777" w:rsidR="008E6B3F" w:rsidRPr="00292E0F" w:rsidRDefault="008E6B3F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FFFFFF"/>
                <w:szCs w:val="20"/>
              </w:rPr>
              <w:t>Funding year</w:t>
            </w:r>
          </w:p>
        </w:tc>
        <w:tc>
          <w:tcPr>
            <w:tcW w:w="1974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AD004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DCF07" w14:textId="77777777" w:rsidR="008E6B3F" w:rsidRPr="00292E0F" w:rsidRDefault="008E6B3F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FFFFFF"/>
                <w:szCs w:val="20"/>
              </w:rPr>
              <w:t>Approved amount</w:t>
            </w:r>
          </w:p>
        </w:tc>
      </w:tr>
      <w:tr w:rsidR="008E6B3F" w:rsidRPr="00292E0F" w14:paraId="36F7B8E1" w14:textId="77777777" w:rsidTr="000F6A3F">
        <w:trPr>
          <w:cantSplit/>
        </w:trPr>
        <w:tc>
          <w:tcPr>
            <w:tcW w:w="503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353A6" w14:textId="77777777" w:rsidR="008E6B3F" w:rsidRPr="00292E0F" w:rsidRDefault="008E6B3F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1</w:t>
            </w:r>
          </w:p>
        </w:tc>
        <w:tc>
          <w:tcPr>
            <w:tcW w:w="4215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CC558" w14:textId="4AE73B09" w:rsidR="008E6B3F" w:rsidRPr="00292E0F" w:rsidRDefault="008E6B3F">
            <w:pPr>
              <w:rPr>
                <w:rFonts w:cs="Arial"/>
                <w:szCs w:val="20"/>
              </w:rPr>
            </w:pPr>
          </w:p>
        </w:tc>
        <w:tc>
          <w:tcPr>
            <w:tcW w:w="3527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BAA19" w14:textId="56C26853" w:rsidR="008E6B3F" w:rsidRPr="00292E0F" w:rsidRDefault="008E6B3F">
            <w:pPr>
              <w:rPr>
                <w:rFonts w:cs="Arial"/>
                <w:szCs w:val="20"/>
              </w:rPr>
            </w:pPr>
          </w:p>
        </w:tc>
        <w:tc>
          <w:tcPr>
            <w:tcW w:w="1974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92E90" w14:textId="3E619B34" w:rsidR="008E6B3F" w:rsidRPr="00292E0F" w:rsidRDefault="008E6B3F">
            <w:pPr>
              <w:rPr>
                <w:rFonts w:cs="Arial"/>
                <w:szCs w:val="20"/>
              </w:rPr>
            </w:pPr>
          </w:p>
        </w:tc>
      </w:tr>
      <w:tr w:rsidR="008E6B3F" w:rsidRPr="00292E0F" w14:paraId="081BE840" w14:textId="77777777" w:rsidTr="000F6A3F">
        <w:trPr>
          <w:cantSplit/>
        </w:trPr>
        <w:tc>
          <w:tcPr>
            <w:tcW w:w="503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C4DDA" w14:textId="77777777" w:rsidR="008E6B3F" w:rsidRPr="00292E0F" w:rsidRDefault="008E6B3F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2</w:t>
            </w:r>
          </w:p>
        </w:tc>
        <w:tc>
          <w:tcPr>
            <w:tcW w:w="4215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3944A" w14:textId="5064BD0E" w:rsidR="008E6B3F" w:rsidRPr="00292E0F" w:rsidRDefault="008E6B3F">
            <w:pPr>
              <w:rPr>
                <w:rFonts w:cs="Arial"/>
                <w:szCs w:val="20"/>
              </w:rPr>
            </w:pPr>
          </w:p>
        </w:tc>
        <w:tc>
          <w:tcPr>
            <w:tcW w:w="3527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CAA87" w14:textId="78939269" w:rsidR="008E6B3F" w:rsidRPr="00292E0F" w:rsidRDefault="008E6B3F">
            <w:pPr>
              <w:rPr>
                <w:rFonts w:cs="Arial"/>
                <w:szCs w:val="20"/>
              </w:rPr>
            </w:pPr>
          </w:p>
        </w:tc>
        <w:tc>
          <w:tcPr>
            <w:tcW w:w="1974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70077" w14:textId="22036DAF" w:rsidR="008E6B3F" w:rsidRPr="00292E0F" w:rsidRDefault="008E6B3F">
            <w:pPr>
              <w:rPr>
                <w:rFonts w:cs="Arial"/>
                <w:szCs w:val="20"/>
              </w:rPr>
            </w:pPr>
          </w:p>
        </w:tc>
      </w:tr>
      <w:tr w:rsidR="008E6B3F" w:rsidRPr="00292E0F" w14:paraId="7BECD744" w14:textId="77777777" w:rsidTr="000F6A3F">
        <w:trPr>
          <w:cantSplit/>
        </w:trPr>
        <w:tc>
          <w:tcPr>
            <w:tcW w:w="503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99739" w14:textId="77777777" w:rsidR="008E6B3F" w:rsidRPr="00292E0F" w:rsidRDefault="008E6B3F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3</w:t>
            </w:r>
          </w:p>
        </w:tc>
        <w:tc>
          <w:tcPr>
            <w:tcW w:w="4215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1B337B" w14:textId="2087C1CA" w:rsidR="008E6B3F" w:rsidRPr="00292E0F" w:rsidRDefault="008E6B3F">
            <w:pPr>
              <w:rPr>
                <w:rFonts w:cs="Arial"/>
                <w:szCs w:val="20"/>
              </w:rPr>
            </w:pPr>
          </w:p>
        </w:tc>
        <w:tc>
          <w:tcPr>
            <w:tcW w:w="3527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2E459" w14:textId="0FB4A76D" w:rsidR="008E6B3F" w:rsidRPr="00292E0F" w:rsidRDefault="008E6B3F">
            <w:pPr>
              <w:rPr>
                <w:rFonts w:cs="Arial"/>
                <w:szCs w:val="20"/>
              </w:rPr>
            </w:pPr>
          </w:p>
        </w:tc>
        <w:tc>
          <w:tcPr>
            <w:tcW w:w="1974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F3566" w14:textId="1BDD312F" w:rsidR="008E6B3F" w:rsidRPr="00292E0F" w:rsidRDefault="008E6B3F">
            <w:pPr>
              <w:rPr>
                <w:rFonts w:cs="Arial"/>
                <w:szCs w:val="20"/>
              </w:rPr>
            </w:pPr>
          </w:p>
        </w:tc>
      </w:tr>
    </w:tbl>
    <w:p w14:paraId="480B5618" w14:textId="77777777" w:rsidR="00C103D1" w:rsidRPr="00292E0F" w:rsidRDefault="003D6905">
      <w:pPr>
        <w:keepNext/>
        <w:rPr>
          <w:rFonts w:cs="Arial"/>
        </w:rPr>
      </w:pPr>
      <w:r w:rsidRPr="00292E0F">
        <w:rPr>
          <w:rFonts w:cs="Arial"/>
          <w:b/>
          <w:color w:val="AD0049"/>
        </w:rPr>
        <w:t>Provide any additional explanation of past underperformance, contract termination, outstanding reporting or compliance matters:</w:t>
      </w:r>
    </w:p>
    <w:tbl>
      <w:tblPr>
        <w:tblW w:w="10294" w:type="dxa"/>
        <w:jc w:val="center"/>
        <w:tblLook w:val="04A0" w:firstRow="1" w:lastRow="0" w:firstColumn="1" w:lastColumn="0" w:noHBand="0" w:noVBand="1"/>
      </w:tblPr>
      <w:tblGrid>
        <w:gridCol w:w="10294"/>
      </w:tblGrid>
      <w:tr w:rsidR="00C103D1" w:rsidRPr="00292E0F" w14:paraId="7D408F07" w14:textId="77777777" w:rsidTr="000F6A3F">
        <w:trPr>
          <w:trHeight w:val="1440"/>
          <w:jc w:val="center"/>
        </w:trPr>
        <w:tc>
          <w:tcPr>
            <w:tcW w:w="10294" w:type="dxa"/>
            <w:tcBorders>
              <w:top w:val="single" w:sz="7" w:space="0" w:color="BBBAA6"/>
              <w:left w:val="single" w:sz="7" w:space="0" w:color="BBBAA6"/>
              <w:bottom w:val="single" w:sz="7" w:space="0" w:color="BBBAA6"/>
              <w:right w:val="single" w:sz="7" w:space="0" w:color="BBBAA6"/>
            </w:tcBorders>
            <w:shd w:val="clear" w:color="auto" w:fill="FFFFFF"/>
          </w:tcPr>
          <w:p w14:paraId="75F2C370" w14:textId="71C82A67" w:rsidR="00C103D1" w:rsidRPr="00292E0F" w:rsidRDefault="004208BB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alias w:val="PAST_PERFORMANCE_EXPLANATION"/>
                <w:tag w:val="PAST_PERFORMANCE_EXPLANATION"/>
                <w:id w:val="-857812070"/>
                <w:showingPlcHdr/>
                <w:text/>
              </w:sdtPr>
              <w:sdtEndPr/>
              <w:sdtContent>
                <w:r w:rsidR="004C30F7">
                  <w:rPr>
                    <w:rFonts w:cs="Arial"/>
                  </w:rPr>
                  <w:t xml:space="preserve">     </w:t>
                </w:r>
              </w:sdtContent>
            </w:sdt>
          </w:p>
        </w:tc>
      </w:tr>
    </w:tbl>
    <w:p w14:paraId="30BBFCC0" w14:textId="77777777" w:rsidR="00C103D1" w:rsidRPr="00292E0F" w:rsidRDefault="00C103D1">
      <w:pPr>
        <w:spacing w:after="0"/>
        <w:rPr>
          <w:rFonts w:cs="Arial"/>
        </w:rPr>
      </w:pPr>
    </w:p>
    <w:p w14:paraId="36DC194F" w14:textId="77777777" w:rsidR="00C103D1" w:rsidRPr="00292E0F" w:rsidRDefault="003D6905">
      <w:pPr>
        <w:spacing w:after="0"/>
        <w:rPr>
          <w:rFonts w:cs="Arial"/>
        </w:rPr>
      </w:pPr>
      <w:r w:rsidRPr="00292E0F">
        <w:rPr>
          <w:rFonts w:cs="Arial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432"/>
      </w:tblGrid>
      <w:tr w:rsidR="00C103D1" w:rsidRPr="00292E0F" w14:paraId="39962287" w14:textId="77777777">
        <w:trPr>
          <w:jc w:val="center"/>
        </w:trPr>
        <w:tc>
          <w:tcPr>
            <w:tcW w:w="792" w:type="dxa"/>
            <w:shd w:val="clear" w:color="auto" w:fill="AD004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449BB" w14:textId="4FAE23A1" w:rsidR="00C103D1" w:rsidRPr="00292E0F" w:rsidRDefault="0007186F">
            <w:pPr>
              <w:jc w:val="center"/>
              <w:rPr>
                <w:rFonts w:cs="Arial"/>
              </w:rPr>
            </w:pPr>
            <w:r w:rsidRPr="00292E0F">
              <w:rPr>
                <w:rFonts w:cs="Arial"/>
                <w:b/>
                <w:color w:val="FFFFFF"/>
                <w:sz w:val="24"/>
              </w:rPr>
              <w:lastRenderedPageBreak/>
              <w:t>4</w:t>
            </w:r>
          </w:p>
        </w:tc>
        <w:tc>
          <w:tcPr>
            <w:tcW w:w="9432" w:type="dxa"/>
            <w:shd w:val="clear" w:color="auto" w:fill="D9B262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A1FFC46" w14:textId="3131DA3D" w:rsidR="00C103D1" w:rsidRDefault="003D6905">
            <w:pPr>
              <w:rPr>
                <w:rFonts w:cs="Arial"/>
                <w:b/>
                <w:color w:val="AD0049"/>
                <w:sz w:val="24"/>
              </w:rPr>
            </w:pPr>
            <w:r w:rsidRPr="00292E0F">
              <w:rPr>
                <w:rFonts w:cs="Arial"/>
                <w:b/>
                <w:color w:val="AD0049"/>
                <w:sz w:val="24"/>
              </w:rPr>
              <w:t xml:space="preserve">Applicant </w:t>
            </w:r>
            <w:r w:rsidR="0085360C">
              <w:rPr>
                <w:rFonts w:cs="Arial"/>
                <w:b/>
                <w:color w:val="AD0049"/>
                <w:sz w:val="24"/>
              </w:rPr>
              <w:t>C</w:t>
            </w:r>
            <w:r w:rsidRPr="00292E0F">
              <w:rPr>
                <w:rFonts w:cs="Arial"/>
                <w:b/>
                <w:color w:val="AD0049"/>
                <w:sz w:val="24"/>
              </w:rPr>
              <w:t xml:space="preserve">ompliance </w:t>
            </w:r>
            <w:r w:rsidR="0085360C">
              <w:rPr>
                <w:rFonts w:cs="Arial"/>
                <w:b/>
                <w:color w:val="AD0049"/>
                <w:sz w:val="24"/>
              </w:rPr>
              <w:t>D</w:t>
            </w:r>
            <w:r w:rsidRPr="00292E0F">
              <w:rPr>
                <w:rFonts w:cs="Arial"/>
                <w:b/>
                <w:color w:val="AD0049"/>
                <w:sz w:val="24"/>
              </w:rPr>
              <w:t xml:space="preserve">eclaration and </w:t>
            </w:r>
            <w:r w:rsidR="0085360C">
              <w:rPr>
                <w:rFonts w:cs="Arial"/>
                <w:b/>
                <w:color w:val="AD0049"/>
                <w:sz w:val="24"/>
              </w:rPr>
              <w:t>A</w:t>
            </w:r>
            <w:r w:rsidRPr="00292E0F">
              <w:rPr>
                <w:rFonts w:cs="Arial"/>
                <w:b/>
                <w:color w:val="AD0049"/>
                <w:sz w:val="24"/>
              </w:rPr>
              <w:t>uthorisation</w:t>
            </w:r>
          </w:p>
          <w:p w14:paraId="312D800C" w14:textId="081DC441" w:rsidR="00163EAC" w:rsidRPr="00292E0F" w:rsidRDefault="00163EAC">
            <w:pPr>
              <w:rPr>
                <w:rFonts w:cs="Arial"/>
              </w:rPr>
            </w:pPr>
            <w:r w:rsidRPr="00292E0F">
              <w:rPr>
                <w:rFonts w:cs="Arial"/>
                <w:i/>
                <w:color w:val="666666"/>
                <w:sz w:val="16"/>
                <w:szCs w:val="16"/>
              </w:rPr>
              <w:t>To be completed by the authorised representative. Tick Yes or No for each statement. Any “No” response must be explained below.</w:t>
            </w:r>
          </w:p>
        </w:tc>
      </w:tr>
    </w:tbl>
    <w:p w14:paraId="4FB76A89" w14:textId="77777777" w:rsidR="00C103D1" w:rsidRPr="00292E0F" w:rsidRDefault="00C103D1" w:rsidP="00F71FDA">
      <w:pPr>
        <w:rPr>
          <w:rFonts w:cs="Arial"/>
          <w:i/>
          <w:color w:val="666666"/>
          <w:sz w:val="16"/>
          <w:szCs w:val="1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8"/>
        <w:gridCol w:w="8280"/>
        <w:gridCol w:w="648"/>
        <w:gridCol w:w="648"/>
      </w:tblGrid>
      <w:tr w:rsidR="00C103D1" w:rsidRPr="00292E0F" w14:paraId="52FD6BBA" w14:textId="77777777" w:rsidTr="00982552">
        <w:trPr>
          <w:cantSplit/>
          <w:tblHeader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AD0049"/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026178AA" w14:textId="77777777" w:rsidR="00C103D1" w:rsidRPr="00292E0F" w:rsidRDefault="003D6905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FFFFFF"/>
                <w:szCs w:val="20"/>
              </w:rPr>
              <w:t>No.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AD0049"/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705ECA40" w14:textId="60F63C6F" w:rsidR="00C103D1" w:rsidRPr="00292E0F" w:rsidRDefault="003D6905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FFFFFF"/>
                <w:szCs w:val="20"/>
              </w:rPr>
              <w:t xml:space="preserve">Applicant </w:t>
            </w:r>
            <w:r w:rsidR="004663A8">
              <w:rPr>
                <w:rFonts w:cs="Arial"/>
                <w:b/>
                <w:color w:val="FFFFFF"/>
                <w:szCs w:val="20"/>
              </w:rPr>
              <w:t>C</w:t>
            </w:r>
            <w:r w:rsidRPr="00292E0F">
              <w:rPr>
                <w:rFonts w:cs="Arial"/>
                <w:b/>
                <w:color w:val="FFFFFF"/>
                <w:szCs w:val="20"/>
              </w:rPr>
              <w:t xml:space="preserve">ompliance </w:t>
            </w:r>
            <w:r w:rsidR="004663A8">
              <w:rPr>
                <w:rFonts w:cs="Arial"/>
                <w:b/>
                <w:color w:val="FFFFFF"/>
                <w:szCs w:val="20"/>
              </w:rPr>
              <w:t>D</w:t>
            </w:r>
            <w:r w:rsidRPr="00292E0F">
              <w:rPr>
                <w:rFonts w:cs="Arial"/>
                <w:b/>
                <w:color w:val="FFFFFF"/>
                <w:szCs w:val="20"/>
              </w:rPr>
              <w:t>eclaration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AD0049"/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7F81F7CD" w14:textId="77777777" w:rsidR="00C103D1" w:rsidRPr="00292E0F" w:rsidRDefault="003D6905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FFFFFF"/>
                <w:szCs w:val="20"/>
              </w:rPr>
              <w:t>Yes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AD0049"/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380C82A9" w14:textId="77777777" w:rsidR="00C103D1" w:rsidRPr="00292E0F" w:rsidRDefault="003D6905">
            <w:pPr>
              <w:jc w:val="center"/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FFFFFF"/>
                <w:szCs w:val="20"/>
              </w:rPr>
              <w:t>No</w:t>
            </w:r>
          </w:p>
        </w:tc>
      </w:tr>
      <w:tr w:rsidR="00C103D1" w:rsidRPr="00292E0F" w14:paraId="288445F1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5F1AB2B5" w14:textId="4F56E124" w:rsidR="00C103D1" w:rsidRPr="00292E0F" w:rsidRDefault="00A54AF2">
            <w:pPr>
              <w:jc w:val="center"/>
              <w:rPr>
                <w:rFonts w:cs="Arial"/>
              </w:rPr>
            </w:pPr>
            <w:r w:rsidRPr="00292E0F">
              <w:rPr>
                <w:rFonts w:cs="Arial"/>
                <w:b/>
                <w:color w:val="AD0049"/>
                <w:sz w:val="16"/>
              </w:rPr>
              <w:t>1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1E46B86D" w14:textId="77777777" w:rsidR="00C103D1" w:rsidRPr="00292E0F" w:rsidRDefault="003D6905">
            <w:pPr>
              <w:rPr>
                <w:rFonts w:cs="Arial"/>
                <w:sz w:val="16"/>
                <w:szCs w:val="16"/>
              </w:rPr>
            </w:pPr>
            <w:r w:rsidRPr="00292E0F">
              <w:rPr>
                <w:rFonts w:cs="Arial"/>
                <w:color w:val="333333"/>
                <w:sz w:val="16"/>
                <w:szCs w:val="16"/>
              </w:rPr>
              <w:t>The applicant is an eligible public education and training institution.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1A1DEBF1" w14:textId="77777777" w:rsidR="00C103D1" w:rsidRPr="00292E0F" w:rsidRDefault="003D6905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08F134D3" w14:textId="77777777" w:rsidR="00C103D1" w:rsidRPr="00292E0F" w:rsidRDefault="003D6905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63AA6238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640F7706" w14:textId="0653B9F8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2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405603B6" w14:textId="27C97B08" w:rsidR="004663A8" w:rsidRPr="00292E0F" w:rsidRDefault="004663A8" w:rsidP="004663A8">
            <w:pPr>
              <w:rPr>
                <w:rFonts w:cs="Arial"/>
                <w:color w:val="333333"/>
                <w:sz w:val="16"/>
                <w:szCs w:val="16"/>
              </w:rPr>
            </w:pPr>
            <w:r>
              <w:rPr>
                <w:rFonts w:cs="Arial"/>
                <w:color w:val="333333"/>
                <w:sz w:val="16"/>
                <w:szCs w:val="16"/>
              </w:rPr>
              <w:t>D</w:t>
            </w:r>
            <w:r w:rsidRPr="00152A1B">
              <w:rPr>
                <w:rFonts w:cs="Arial"/>
                <w:color w:val="333333"/>
                <w:sz w:val="16"/>
                <w:szCs w:val="16"/>
              </w:rPr>
              <w:t>elegates will be teachers, retired teachers and/or Career Development Practitioners and will hold valid South African identity documents.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3ED9317D" w14:textId="209C4591" w:rsidR="004663A8" w:rsidRPr="00292E0F" w:rsidRDefault="004663A8" w:rsidP="004663A8">
            <w:pPr>
              <w:jc w:val="center"/>
              <w:rPr>
                <w:rFonts w:ascii="Segoe UI Symbol" w:hAnsi="Segoe UI Symbol" w:cs="Segoe UI Symbol"/>
                <w:color w:val="333333"/>
                <w:sz w:val="24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2D4C501E" w14:textId="2625836D" w:rsidR="004663A8" w:rsidRPr="00292E0F" w:rsidRDefault="004663A8" w:rsidP="004663A8">
            <w:pPr>
              <w:jc w:val="center"/>
              <w:rPr>
                <w:rFonts w:ascii="Segoe UI Symbol" w:hAnsi="Segoe UI Symbol" w:cs="Segoe UI Symbol"/>
                <w:color w:val="333333"/>
                <w:sz w:val="24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10102808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77B2C0D4" w14:textId="551218A3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3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1F9C70B1" w14:textId="38C6C0A5" w:rsidR="004663A8" w:rsidRPr="00292E0F" w:rsidRDefault="004663A8" w:rsidP="004663A8">
            <w:pPr>
              <w:rPr>
                <w:rFonts w:cs="Arial"/>
                <w:color w:val="333333"/>
                <w:sz w:val="16"/>
                <w:szCs w:val="16"/>
              </w:rPr>
            </w:pPr>
            <w:r w:rsidRPr="00292E0F">
              <w:rPr>
                <w:rFonts w:cs="Arial"/>
                <w:color w:val="333333"/>
                <w:sz w:val="16"/>
                <w:szCs w:val="16"/>
              </w:rPr>
              <w:t xml:space="preserve">The proposed </w:t>
            </w:r>
            <w:r>
              <w:rPr>
                <w:rFonts w:cs="Arial"/>
                <w:color w:val="333333"/>
                <w:sz w:val="16"/>
                <w:szCs w:val="16"/>
              </w:rPr>
              <w:t>workshop</w:t>
            </w:r>
            <w:r w:rsidRPr="00292E0F">
              <w:rPr>
                <w:rFonts w:cs="Arial"/>
                <w:color w:val="333333"/>
                <w:sz w:val="16"/>
                <w:szCs w:val="16"/>
              </w:rPr>
              <w:t xml:space="preserve"> will be delivered as a one-day in person Career Development Workshop.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4F9BEA86" w14:textId="693CDD4B" w:rsidR="004663A8" w:rsidRPr="00292E0F" w:rsidRDefault="004663A8" w:rsidP="004663A8">
            <w:pPr>
              <w:jc w:val="center"/>
              <w:rPr>
                <w:rFonts w:cs="Arial"/>
                <w:color w:val="333333"/>
                <w:sz w:val="24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2B8107AC" w14:textId="5F0280FA" w:rsidR="004663A8" w:rsidRPr="00292E0F" w:rsidRDefault="004663A8" w:rsidP="004663A8">
            <w:pPr>
              <w:jc w:val="center"/>
              <w:rPr>
                <w:rFonts w:cs="Arial"/>
                <w:color w:val="333333"/>
                <w:sz w:val="24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4F3972D0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757BE65F" w14:textId="3248123D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4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2D41B0B7" w14:textId="77777777" w:rsidR="004663A8" w:rsidRPr="00292E0F" w:rsidRDefault="004663A8" w:rsidP="004663A8">
            <w:pPr>
              <w:rPr>
                <w:rFonts w:cs="Arial"/>
                <w:sz w:val="16"/>
                <w:szCs w:val="16"/>
              </w:rPr>
            </w:pPr>
            <w:r w:rsidRPr="00292E0F">
              <w:rPr>
                <w:rFonts w:cs="Arial"/>
                <w:color w:val="333333"/>
                <w:sz w:val="16"/>
                <w:szCs w:val="16"/>
              </w:rPr>
              <w:t>The prescribed application form has been completed in full, signed by an authorised representative and uploaded to SIMS.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4C252D07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493D497F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19B10F48" w14:textId="77777777" w:rsidTr="006A367B">
        <w:trPr>
          <w:cantSplit/>
          <w:trHeight w:val="250"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6E6D2945" w14:textId="36CE18F0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5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6CD52065" w14:textId="6EBE6057" w:rsidR="004663A8" w:rsidRPr="00292E0F" w:rsidRDefault="004663A8" w:rsidP="004663A8">
            <w:pPr>
              <w:rPr>
                <w:rFonts w:cs="Arial"/>
                <w:color w:val="333333"/>
                <w:sz w:val="16"/>
                <w:szCs w:val="16"/>
              </w:rPr>
            </w:pPr>
            <w:r w:rsidRPr="00D73247">
              <w:rPr>
                <w:rFonts w:cs="Arial"/>
                <w:color w:val="333333"/>
                <w:sz w:val="16"/>
                <w:szCs w:val="16"/>
              </w:rPr>
              <w:t>The applicant will use its own training material, aligned to the BANKSETA Career Guide, in all workshop</w:t>
            </w:r>
            <w:r>
              <w:rPr>
                <w:rFonts w:cs="Arial"/>
                <w:color w:val="333333"/>
                <w:sz w:val="16"/>
                <w:szCs w:val="16"/>
              </w:rPr>
              <w:t>s.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4748A4EC" w14:textId="0B5CAB20" w:rsidR="004663A8" w:rsidRPr="00292E0F" w:rsidRDefault="004663A8" w:rsidP="004663A8">
            <w:pPr>
              <w:jc w:val="center"/>
              <w:rPr>
                <w:rFonts w:cs="Arial"/>
                <w:color w:val="333333"/>
                <w:sz w:val="24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48EBD0AB" w14:textId="7D1D9448" w:rsidR="004663A8" w:rsidRPr="00292E0F" w:rsidRDefault="004663A8" w:rsidP="004663A8">
            <w:pPr>
              <w:jc w:val="center"/>
              <w:rPr>
                <w:rFonts w:cs="Arial"/>
                <w:color w:val="333333"/>
                <w:sz w:val="24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3B0B7E05" w14:textId="77777777" w:rsidTr="006A367B">
        <w:trPr>
          <w:cantSplit/>
          <w:trHeight w:val="250"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75EA9F8D" w14:textId="1B9F7FD0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6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</w:tcPr>
          <w:p w14:paraId="44F7CAA6" w14:textId="0BD9909F" w:rsidR="004663A8" w:rsidRPr="00D73247" w:rsidRDefault="004663A8" w:rsidP="004663A8">
            <w:pPr>
              <w:rPr>
                <w:rFonts w:cs="Arial"/>
                <w:color w:val="333333"/>
                <w:sz w:val="16"/>
                <w:szCs w:val="16"/>
              </w:rPr>
            </w:pPr>
            <w:r w:rsidRPr="00C5200A">
              <w:rPr>
                <w:rFonts w:cs="Arial"/>
                <w:color w:val="333333"/>
                <w:sz w:val="16"/>
                <w:szCs w:val="16"/>
              </w:rPr>
              <w:t>No proposed classroom or workshop will exceed 25 delegates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712627D4" w14:textId="33931927" w:rsidR="004663A8" w:rsidRPr="00292E0F" w:rsidRDefault="004663A8" w:rsidP="004663A8">
            <w:pPr>
              <w:jc w:val="center"/>
              <w:rPr>
                <w:rFonts w:ascii="Segoe UI Symbol" w:hAnsi="Segoe UI Symbol" w:cs="Segoe UI Symbol"/>
                <w:color w:val="333333"/>
                <w:sz w:val="24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5FD2F4F0" w14:textId="2D38CC1B" w:rsidR="004663A8" w:rsidRPr="00292E0F" w:rsidRDefault="004663A8" w:rsidP="004663A8">
            <w:pPr>
              <w:jc w:val="center"/>
              <w:rPr>
                <w:rFonts w:ascii="Segoe UI Symbol" w:hAnsi="Segoe UI Symbol" w:cs="Segoe UI Symbol"/>
                <w:color w:val="333333"/>
                <w:sz w:val="24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04292DAC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69F6820E" w14:textId="50F7131F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7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30E853E4" w14:textId="51049B1E" w:rsidR="004663A8" w:rsidRPr="00292E0F" w:rsidRDefault="004663A8" w:rsidP="004663A8">
            <w:pPr>
              <w:rPr>
                <w:rFonts w:cs="Arial"/>
                <w:sz w:val="16"/>
                <w:szCs w:val="16"/>
              </w:rPr>
            </w:pPr>
            <w:r w:rsidRPr="00292E0F">
              <w:rPr>
                <w:rFonts w:cs="Arial"/>
                <w:color w:val="333333"/>
                <w:sz w:val="16"/>
                <w:szCs w:val="16"/>
              </w:rPr>
              <w:t>All mandatory supporting documents applicable to the application are attached/uploaded.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5BE70E85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4A24E31A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6411A437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3AC9CF11" w14:textId="31A56DD2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8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6B197FC3" w14:textId="77777777" w:rsidR="004663A8" w:rsidRPr="00292E0F" w:rsidRDefault="004663A8" w:rsidP="004663A8">
            <w:pPr>
              <w:rPr>
                <w:rFonts w:cs="Arial"/>
                <w:sz w:val="16"/>
                <w:szCs w:val="16"/>
              </w:rPr>
            </w:pPr>
            <w:r w:rsidRPr="00292E0F">
              <w:rPr>
                <w:rFonts w:cs="Arial"/>
                <w:color w:val="333333"/>
                <w:sz w:val="16"/>
                <w:szCs w:val="16"/>
              </w:rPr>
              <w:t>I am duly authorised to submit this application on behalf of the applicant institution.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4C474BB5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66303FEF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796D9E39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13D5BD81" w14:textId="3272D7CC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9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09D3CA72" w14:textId="77777777" w:rsidR="004663A8" w:rsidRPr="00292E0F" w:rsidRDefault="004663A8" w:rsidP="004663A8">
            <w:pPr>
              <w:rPr>
                <w:rFonts w:cs="Arial"/>
                <w:sz w:val="16"/>
                <w:szCs w:val="16"/>
              </w:rPr>
            </w:pPr>
            <w:r w:rsidRPr="00292E0F">
              <w:rPr>
                <w:rFonts w:cs="Arial"/>
                <w:color w:val="333333"/>
                <w:sz w:val="16"/>
                <w:szCs w:val="16"/>
              </w:rPr>
              <w:t>The applicant is not under investigation for mismanagement of funds, fraud or conduct resulting in fruitless and wasteful expenditure.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1D0A1CF5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2805968E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407D74B5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7D5BEC56" w14:textId="394ECEFE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10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4A86945B" w14:textId="77777777" w:rsidR="004663A8" w:rsidRPr="00292E0F" w:rsidRDefault="004663A8" w:rsidP="004663A8">
            <w:pPr>
              <w:rPr>
                <w:rFonts w:cs="Arial"/>
                <w:sz w:val="16"/>
                <w:szCs w:val="16"/>
              </w:rPr>
            </w:pPr>
            <w:r w:rsidRPr="00292E0F">
              <w:rPr>
                <w:rFonts w:cs="Arial"/>
                <w:color w:val="333333"/>
                <w:sz w:val="16"/>
                <w:szCs w:val="16"/>
              </w:rPr>
              <w:t>All information provided in this application and its supporting documents is complete, accurate, not misleading and capable of verification.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27F63D4E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2C9A8F70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553A0DF7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27F3265D" w14:textId="6B4A5E4F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11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361372C3" w14:textId="77777777" w:rsidR="004663A8" w:rsidRPr="00292E0F" w:rsidRDefault="004663A8" w:rsidP="004663A8">
            <w:pPr>
              <w:rPr>
                <w:rFonts w:cs="Arial"/>
                <w:sz w:val="16"/>
                <w:szCs w:val="16"/>
              </w:rPr>
            </w:pPr>
            <w:r w:rsidRPr="00292E0F">
              <w:rPr>
                <w:rFonts w:cs="Arial"/>
                <w:color w:val="333333"/>
                <w:sz w:val="16"/>
                <w:szCs w:val="16"/>
              </w:rPr>
              <w:t>The proposed delegates and activities have not received duplicate funding from another SETA, donor or funding body.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2326666D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1334374C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3C627B85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2F368EC7" w14:textId="649E76E5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12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5B103E29" w14:textId="77777777" w:rsidR="004663A8" w:rsidRPr="00292E0F" w:rsidRDefault="004663A8" w:rsidP="004663A8">
            <w:pPr>
              <w:rPr>
                <w:rFonts w:cs="Arial"/>
                <w:sz w:val="16"/>
                <w:szCs w:val="16"/>
              </w:rPr>
            </w:pPr>
            <w:r w:rsidRPr="00292E0F">
              <w:rPr>
                <w:rFonts w:cs="Arial"/>
                <w:color w:val="333333"/>
                <w:sz w:val="16"/>
                <w:szCs w:val="16"/>
              </w:rPr>
              <w:t>The applicant has disclosed any matter that may affect its eligibility or risk profile.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192D8AE1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0335A75E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702BA6C5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292963E7" w14:textId="053A9124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13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33EA6372" w14:textId="77777777" w:rsidR="004663A8" w:rsidRPr="00292E0F" w:rsidRDefault="004663A8" w:rsidP="004663A8">
            <w:pPr>
              <w:rPr>
                <w:rFonts w:cs="Arial"/>
                <w:sz w:val="16"/>
                <w:szCs w:val="16"/>
              </w:rPr>
            </w:pPr>
            <w:r w:rsidRPr="00292E0F">
              <w:rPr>
                <w:rFonts w:cs="Arial"/>
                <w:color w:val="333333"/>
                <w:sz w:val="16"/>
                <w:szCs w:val="16"/>
              </w:rPr>
              <w:t>Any funding awarded will be used only for the approved purpose, budget and implementation period.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41F5CDAD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0DE047B5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029A50B5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55A9C05C" w14:textId="257EDF15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14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6C457FBB" w14:textId="6F4CAE72" w:rsidR="004663A8" w:rsidRPr="00444129" w:rsidRDefault="004663A8" w:rsidP="004663A8">
            <w:pPr>
              <w:rPr>
                <w:rFonts w:cs="Arial"/>
                <w:sz w:val="16"/>
                <w:szCs w:val="16"/>
              </w:rPr>
            </w:pPr>
            <w:r w:rsidRPr="00444129">
              <w:rPr>
                <w:rFonts w:cs="Arial"/>
                <w:color w:val="333333"/>
                <w:sz w:val="16"/>
                <w:szCs w:val="16"/>
              </w:rPr>
              <w:t>No change to an approved workshop site, scope, delegate numbers, implementation plan, timelines and budget will be implemented without prior written BANKSETA approval.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414221DE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211A2215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7D7FBB5E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7516D165" w14:textId="47E996BA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15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076BFEE4" w14:textId="53FE9A2E" w:rsidR="004663A8" w:rsidRPr="00410D9D" w:rsidRDefault="004663A8" w:rsidP="004663A8">
            <w:pPr>
              <w:rPr>
                <w:rFonts w:cs="Arial"/>
                <w:sz w:val="16"/>
                <w:szCs w:val="16"/>
              </w:rPr>
            </w:pPr>
            <w:r w:rsidRPr="00410D9D">
              <w:rPr>
                <w:rFonts w:cs="Arial"/>
                <w:color w:val="333333"/>
                <w:sz w:val="16"/>
                <w:szCs w:val="16"/>
              </w:rPr>
              <w:t>The applicant will disclose savings, non-utilisation or underutilisation and will not redirect funds without BANKSETA approval.</w:t>
            </w:r>
            <w:r w:rsidRPr="00410D9D">
              <w:rPr>
                <w:sz w:val="16"/>
                <w:szCs w:val="16"/>
              </w:rPr>
              <w:t xml:space="preserve"> B</w:t>
            </w:r>
            <w:r w:rsidRPr="00410D9D">
              <w:rPr>
                <w:rFonts w:cs="Arial"/>
                <w:color w:val="333333"/>
                <w:sz w:val="16"/>
                <w:szCs w:val="16"/>
              </w:rPr>
              <w:t xml:space="preserve">ANKSETA will be notified </w:t>
            </w:r>
            <w:r w:rsidRPr="007A3696">
              <w:rPr>
                <w:rFonts w:cs="Arial"/>
                <w:color w:val="333333"/>
                <w:sz w:val="16"/>
                <w:szCs w:val="16"/>
              </w:rPr>
              <w:t>within one month of the applicant becoming aware of underutilisation</w:t>
            </w:r>
            <w:r w:rsidRPr="00410D9D">
              <w:rPr>
                <w:rFonts w:cs="Arial"/>
                <w:color w:val="333333"/>
                <w:sz w:val="16"/>
                <w:szCs w:val="16"/>
              </w:rPr>
              <w:t>, and that unutilised funds will be written back unless otherwise approved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551E2A4C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01498BAA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386B82E1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2843F159" w14:textId="5AE10D87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16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518EAD6F" w14:textId="77777777" w:rsidR="004663A8" w:rsidRPr="00292E0F" w:rsidRDefault="004663A8" w:rsidP="004663A8">
            <w:pPr>
              <w:rPr>
                <w:rFonts w:cs="Arial"/>
                <w:sz w:val="16"/>
                <w:szCs w:val="16"/>
              </w:rPr>
            </w:pPr>
            <w:r w:rsidRPr="00292E0F">
              <w:rPr>
                <w:rFonts w:cs="Arial"/>
                <w:color w:val="333333"/>
                <w:sz w:val="16"/>
                <w:szCs w:val="16"/>
              </w:rPr>
              <w:t>The applicant will obtain the required consent for the collection and processing of personal information in accordance with POPIA.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69A06DD0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4AA1B362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44845BB4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0F88C822" w14:textId="15517370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17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0D728464" w14:textId="401BBF9F" w:rsidR="004663A8" w:rsidRPr="00292E0F" w:rsidRDefault="004663A8" w:rsidP="004663A8">
            <w:pPr>
              <w:rPr>
                <w:rFonts w:cs="Arial"/>
                <w:sz w:val="16"/>
                <w:szCs w:val="16"/>
              </w:rPr>
            </w:pPr>
            <w:r w:rsidRPr="00292E0F">
              <w:rPr>
                <w:rFonts w:cs="Arial"/>
                <w:color w:val="333333"/>
                <w:sz w:val="16"/>
                <w:szCs w:val="16"/>
              </w:rPr>
              <w:t>The applicant agrees to provide information required for due diligence, verification, monitoring, audit, evaluation, impact assessment and statutory reporting</w:t>
            </w:r>
            <w:r>
              <w:rPr>
                <w:rFonts w:cs="Arial"/>
                <w:color w:val="333333"/>
                <w:sz w:val="16"/>
                <w:szCs w:val="16"/>
              </w:rPr>
              <w:t xml:space="preserve"> </w:t>
            </w:r>
            <w:r w:rsidRPr="00B2340D">
              <w:rPr>
                <w:rFonts w:cs="Arial"/>
                <w:color w:val="333333"/>
                <w:sz w:val="16"/>
                <w:szCs w:val="16"/>
              </w:rPr>
              <w:t>and will provide updated delegate contact information where reasonably required for tracer, evaluation and impact-assessment purposes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7D4DA11A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262A6C2A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7E7363E2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24BED711" w14:textId="028F827A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18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484D7660" w14:textId="77777777" w:rsidR="004663A8" w:rsidRPr="00292E0F" w:rsidRDefault="004663A8" w:rsidP="004663A8">
            <w:pPr>
              <w:rPr>
                <w:rFonts w:cs="Arial"/>
                <w:sz w:val="16"/>
                <w:szCs w:val="16"/>
              </w:rPr>
            </w:pPr>
            <w:r w:rsidRPr="00292E0F">
              <w:rPr>
                <w:rFonts w:cs="Arial"/>
                <w:color w:val="333333"/>
                <w:sz w:val="16"/>
                <w:szCs w:val="16"/>
              </w:rPr>
              <w:t>The applicant understands that inaccurate, fraudulent or unsupported information may result in the application being declined, funding being withdrawn, payments being withheld, the agreement being terminated or funds being recovered.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5EC31A7D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7DDC1089" w14:textId="77777777" w:rsidR="004663A8" w:rsidRPr="00292E0F" w:rsidRDefault="004663A8" w:rsidP="004663A8">
            <w:pPr>
              <w:jc w:val="center"/>
              <w:rPr>
                <w:rFonts w:cs="Arial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  <w:tr w:rsidR="004663A8" w:rsidRPr="00292E0F" w14:paraId="36E0744C" w14:textId="77777777" w:rsidTr="00982552">
        <w:trPr>
          <w:cantSplit/>
          <w:jc w:val="center"/>
        </w:trPr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30B233E0" w14:textId="7F6486AA" w:rsidR="004663A8" w:rsidRPr="00292E0F" w:rsidRDefault="004663A8" w:rsidP="004663A8">
            <w:pPr>
              <w:jc w:val="center"/>
              <w:rPr>
                <w:rFonts w:cs="Arial"/>
                <w:b/>
                <w:color w:val="AD0049"/>
                <w:sz w:val="16"/>
              </w:rPr>
            </w:pPr>
            <w:r>
              <w:rPr>
                <w:rFonts w:cs="Arial"/>
                <w:b/>
                <w:color w:val="AD0049"/>
                <w:sz w:val="16"/>
              </w:rPr>
              <w:t>19</w:t>
            </w:r>
          </w:p>
        </w:tc>
        <w:tc>
          <w:tcPr>
            <w:tcW w:w="82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3F7CE28E" w14:textId="783CFA0B" w:rsidR="004663A8" w:rsidRPr="00292E0F" w:rsidRDefault="004663A8" w:rsidP="004663A8">
            <w:pPr>
              <w:rPr>
                <w:rFonts w:cs="Arial"/>
                <w:color w:val="333333"/>
                <w:sz w:val="16"/>
                <w:szCs w:val="16"/>
              </w:rPr>
            </w:pPr>
            <w:r w:rsidRPr="00292E0F">
              <w:rPr>
                <w:rFonts w:cs="Arial"/>
                <w:color w:val="333333"/>
                <w:sz w:val="16"/>
                <w:szCs w:val="16"/>
              </w:rPr>
              <w:t>I declare that neither the applicant nor any person involved in this application has any actual, potential or perceived conflict of interest or prohibited related-party relationship with BANKSETA, and I undertake to disclose any such conflict or relationship immediately.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350C34AF" w14:textId="1E9C8407" w:rsidR="004663A8" w:rsidRPr="00292E0F" w:rsidRDefault="004663A8" w:rsidP="004663A8">
            <w:pPr>
              <w:jc w:val="center"/>
              <w:rPr>
                <w:rFonts w:cs="Arial"/>
                <w:color w:val="333333"/>
                <w:sz w:val="24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  <w:tc>
          <w:tcPr>
            <w:tcW w:w="648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38" w:type="dxa"/>
              <w:left w:w="55" w:type="dxa"/>
              <w:bottom w:w="38" w:type="dxa"/>
              <w:right w:w="55" w:type="dxa"/>
            </w:tcMar>
            <w:vAlign w:val="center"/>
          </w:tcPr>
          <w:p w14:paraId="304DE1E9" w14:textId="7581CCBE" w:rsidR="004663A8" w:rsidRPr="00292E0F" w:rsidRDefault="004663A8" w:rsidP="004663A8">
            <w:pPr>
              <w:jc w:val="center"/>
              <w:rPr>
                <w:rFonts w:cs="Arial"/>
                <w:color w:val="333333"/>
                <w:sz w:val="24"/>
              </w:rPr>
            </w:pPr>
            <w:r w:rsidRPr="00292E0F">
              <w:rPr>
                <w:rFonts w:ascii="Segoe UI Symbol" w:hAnsi="Segoe UI Symbol" w:cs="Segoe UI Symbol"/>
                <w:color w:val="333333"/>
                <w:sz w:val="24"/>
              </w:rPr>
              <w:t>☐</w:t>
            </w:r>
          </w:p>
        </w:tc>
      </w:tr>
    </w:tbl>
    <w:p w14:paraId="2BCBC8B8" w14:textId="20B4FA10" w:rsidR="00C103D1" w:rsidRPr="00292E0F" w:rsidRDefault="003D6905">
      <w:pPr>
        <w:spacing w:before="80"/>
        <w:rPr>
          <w:rFonts w:cs="Arial"/>
        </w:rPr>
      </w:pPr>
      <w:r w:rsidRPr="00292E0F">
        <w:rPr>
          <w:rFonts w:cs="Arial"/>
          <w:b/>
          <w:color w:val="AD0049"/>
          <w:sz w:val="17"/>
        </w:rPr>
        <w:t>Provide details for any “No” response or other compliance matter</w:t>
      </w:r>
      <w:r w:rsidR="00540C2C" w:rsidRPr="00292E0F">
        <w:rPr>
          <w:rFonts w:cs="Arial"/>
          <w:b/>
          <w:color w:val="AD0049"/>
          <w:sz w:val="17"/>
        </w:rPr>
        <w:t>s</w:t>
      </w:r>
      <w:r w:rsidRPr="00292E0F">
        <w:rPr>
          <w:rFonts w:cs="Arial"/>
          <w:b/>
          <w:color w:val="AD0049"/>
          <w:sz w:val="17"/>
        </w:rPr>
        <w:t xml:space="preserve"> that BANKSETA should consider:</w:t>
      </w:r>
    </w:p>
    <w:tbl>
      <w:tblPr>
        <w:tblW w:w="10219" w:type="dxa"/>
        <w:tblInd w:w="145" w:type="dxa"/>
        <w:tblLook w:val="04A0" w:firstRow="1" w:lastRow="0" w:firstColumn="1" w:lastColumn="0" w:noHBand="0" w:noVBand="1"/>
      </w:tblPr>
      <w:tblGrid>
        <w:gridCol w:w="10219"/>
      </w:tblGrid>
      <w:tr w:rsidR="00C103D1" w:rsidRPr="00292E0F" w14:paraId="0258FF5C" w14:textId="77777777" w:rsidTr="000F6A3F">
        <w:trPr>
          <w:trHeight w:val="1224"/>
        </w:trPr>
        <w:tc>
          <w:tcPr>
            <w:tcW w:w="10219" w:type="dxa"/>
            <w:tcBorders>
              <w:top w:val="single" w:sz="7" w:space="0" w:color="BBBAA6"/>
              <w:left w:val="single" w:sz="7" w:space="0" w:color="BBBAA6"/>
              <w:bottom w:val="single" w:sz="7" w:space="0" w:color="BBBAA6"/>
              <w:right w:val="single" w:sz="7" w:space="0" w:color="BBBAA6"/>
            </w:tcBorders>
            <w:shd w:val="clear" w:color="auto" w:fill="FFFFFF"/>
          </w:tcPr>
          <w:p w14:paraId="43DFF8CF" w14:textId="2A365B59" w:rsidR="00C103D1" w:rsidRPr="00292E0F" w:rsidRDefault="004208BB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alias w:val="COMPLIANCE_EXPLANATION"/>
                <w:tag w:val="COMPLIANCE_EXPLANATION"/>
                <w:id w:val="620030008"/>
                <w:text/>
              </w:sdtPr>
              <w:sdtEndPr/>
              <w:sdtContent/>
            </w:sdt>
          </w:p>
        </w:tc>
      </w:tr>
    </w:tbl>
    <w:p w14:paraId="2B491DF3" w14:textId="77777777" w:rsidR="00C103D1" w:rsidRPr="00292E0F" w:rsidRDefault="003D6905">
      <w:pPr>
        <w:spacing w:after="0"/>
        <w:rPr>
          <w:rFonts w:cs="Arial"/>
        </w:rPr>
      </w:pPr>
      <w:r w:rsidRPr="00292E0F">
        <w:rPr>
          <w:rFonts w:cs="Arial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288"/>
      </w:tblGrid>
      <w:tr w:rsidR="00C103D1" w:rsidRPr="00292E0F" w14:paraId="0FCADE1F" w14:textId="77777777">
        <w:trPr>
          <w:jc w:val="center"/>
        </w:trPr>
        <w:tc>
          <w:tcPr>
            <w:tcW w:w="936" w:type="dxa"/>
            <w:shd w:val="clear" w:color="auto" w:fill="AD004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ECF98" w14:textId="326B2739" w:rsidR="00C103D1" w:rsidRPr="00292E0F" w:rsidRDefault="0007186F">
            <w:pPr>
              <w:jc w:val="center"/>
              <w:rPr>
                <w:rFonts w:cs="Arial"/>
              </w:rPr>
            </w:pPr>
            <w:r w:rsidRPr="00292E0F">
              <w:rPr>
                <w:rFonts w:cs="Arial"/>
                <w:b/>
                <w:color w:val="FFFFFF"/>
                <w:sz w:val="22"/>
              </w:rPr>
              <w:lastRenderedPageBreak/>
              <w:t>5</w:t>
            </w:r>
          </w:p>
        </w:tc>
        <w:tc>
          <w:tcPr>
            <w:tcW w:w="9288" w:type="dxa"/>
            <w:shd w:val="clear" w:color="auto" w:fill="D9B262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0C08D6E" w14:textId="77777777" w:rsidR="00C103D1" w:rsidRDefault="003D6905">
            <w:pPr>
              <w:rPr>
                <w:rFonts w:cs="Arial"/>
                <w:b/>
                <w:color w:val="AD0049"/>
                <w:sz w:val="22"/>
              </w:rPr>
            </w:pPr>
            <w:r w:rsidRPr="00292E0F">
              <w:rPr>
                <w:rFonts w:cs="Arial"/>
                <w:b/>
                <w:color w:val="AD0049"/>
                <w:sz w:val="22"/>
              </w:rPr>
              <w:t>Authorised representative sign-off</w:t>
            </w:r>
          </w:p>
          <w:p w14:paraId="663EBC4E" w14:textId="75FE58B3" w:rsidR="00163EAC" w:rsidRPr="00292E0F" w:rsidRDefault="00163EAC">
            <w:pPr>
              <w:rPr>
                <w:rFonts w:cs="Arial"/>
              </w:rPr>
            </w:pPr>
            <w:r w:rsidRPr="00292E0F">
              <w:rPr>
                <w:rFonts w:cs="Arial"/>
                <w:i/>
                <w:color w:val="666666"/>
                <w:sz w:val="16"/>
                <w:szCs w:val="16"/>
              </w:rPr>
              <w:t>By signing below, the authorised representative confirms the compliance declarations and information provided in this application.</w:t>
            </w:r>
          </w:p>
        </w:tc>
      </w:tr>
    </w:tbl>
    <w:p w14:paraId="74B8004F" w14:textId="45FCDA3E" w:rsidR="00C103D1" w:rsidRPr="00292E0F" w:rsidRDefault="00C103D1" w:rsidP="00540C2C">
      <w:pPr>
        <w:rPr>
          <w:rFonts w:cs="Arial"/>
          <w:i/>
          <w:color w:val="666666"/>
          <w:sz w:val="16"/>
          <w:szCs w:val="1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2880"/>
        <w:gridCol w:w="2232"/>
        <w:gridCol w:w="2880"/>
      </w:tblGrid>
      <w:tr w:rsidR="00C103D1" w:rsidRPr="00292E0F" w14:paraId="1FEB634B" w14:textId="77777777">
        <w:trPr>
          <w:cantSplit/>
          <w:trHeight w:val="720"/>
          <w:jc w:val="center"/>
        </w:trPr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D9B262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51F0C79E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Name of authorised representative</w:t>
            </w:r>
          </w:p>
        </w:tc>
        <w:tc>
          <w:tcPr>
            <w:tcW w:w="28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1D26C80D" w14:textId="132216E9" w:rsidR="00C103D1" w:rsidRPr="00292E0F" w:rsidRDefault="00C103D1">
            <w:pPr>
              <w:rPr>
                <w:rFonts w:cs="Arial"/>
              </w:rPr>
            </w:pPr>
          </w:p>
        </w:tc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D9B262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73D5516B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Designation</w:t>
            </w:r>
          </w:p>
        </w:tc>
        <w:tc>
          <w:tcPr>
            <w:tcW w:w="28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59A166A3" w14:textId="0031A188" w:rsidR="00C103D1" w:rsidRPr="00292E0F" w:rsidRDefault="00C103D1">
            <w:pPr>
              <w:rPr>
                <w:rFonts w:cs="Arial"/>
              </w:rPr>
            </w:pPr>
          </w:p>
        </w:tc>
      </w:tr>
      <w:tr w:rsidR="00C103D1" w:rsidRPr="00292E0F" w14:paraId="5619A330" w14:textId="77777777">
        <w:trPr>
          <w:cantSplit/>
          <w:trHeight w:val="1008"/>
          <w:jc w:val="center"/>
        </w:trPr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D9B262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244CF330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Signature</w:t>
            </w:r>
          </w:p>
        </w:tc>
        <w:tc>
          <w:tcPr>
            <w:tcW w:w="28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371A4218" w14:textId="0A36CFC2" w:rsidR="00C103D1" w:rsidRPr="00292E0F" w:rsidRDefault="00C103D1">
            <w:pPr>
              <w:rPr>
                <w:rFonts w:cs="Arial"/>
              </w:rPr>
            </w:pPr>
          </w:p>
        </w:tc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D9B262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05665B67" w14:textId="77777777" w:rsidR="00C103D1" w:rsidRPr="00292E0F" w:rsidRDefault="003D6905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Date</w:t>
            </w:r>
          </w:p>
        </w:tc>
        <w:tc>
          <w:tcPr>
            <w:tcW w:w="28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42CD393D" w14:textId="390A9196" w:rsidR="00C103D1" w:rsidRPr="00292E0F" w:rsidRDefault="00C103D1">
            <w:pPr>
              <w:rPr>
                <w:rFonts w:cs="Arial"/>
              </w:rPr>
            </w:pPr>
          </w:p>
        </w:tc>
      </w:tr>
      <w:tr w:rsidR="00264689" w:rsidRPr="00292E0F" w14:paraId="705186BE" w14:textId="77777777">
        <w:trPr>
          <w:cantSplit/>
          <w:trHeight w:val="720"/>
          <w:jc w:val="center"/>
        </w:trPr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D9B262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309653F6" w14:textId="77777777" w:rsidR="00264689" w:rsidRPr="00292E0F" w:rsidRDefault="00264689" w:rsidP="00264689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Institution name</w:t>
            </w:r>
          </w:p>
        </w:tc>
        <w:tc>
          <w:tcPr>
            <w:tcW w:w="28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121FD0F2" w14:textId="2BC54320" w:rsidR="00264689" w:rsidRPr="00292E0F" w:rsidRDefault="00264689" w:rsidP="00264689">
            <w:pPr>
              <w:rPr>
                <w:rFonts w:cs="Arial"/>
              </w:rPr>
            </w:pPr>
          </w:p>
        </w:tc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D9B262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699F9FD0" w14:textId="4D3C581E" w:rsidR="00264689" w:rsidRPr="00292E0F" w:rsidRDefault="00264689" w:rsidP="00264689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Cell phone</w:t>
            </w:r>
          </w:p>
        </w:tc>
        <w:tc>
          <w:tcPr>
            <w:tcW w:w="28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2BC2EED7" w14:textId="7F144356" w:rsidR="00264689" w:rsidRPr="00292E0F" w:rsidRDefault="00264689" w:rsidP="00264689">
            <w:pPr>
              <w:rPr>
                <w:rFonts w:cs="Arial"/>
              </w:rPr>
            </w:pPr>
          </w:p>
        </w:tc>
      </w:tr>
      <w:tr w:rsidR="00264689" w:rsidRPr="00292E0F" w14:paraId="14D2521E" w14:textId="77777777">
        <w:trPr>
          <w:cantSplit/>
          <w:trHeight w:val="720"/>
          <w:jc w:val="center"/>
        </w:trPr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D9B262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02AB22A9" w14:textId="77777777" w:rsidR="00264689" w:rsidRPr="00292E0F" w:rsidRDefault="00264689" w:rsidP="00264689">
            <w:pPr>
              <w:rPr>
                <w:rFonts w:cs="Arial"/>
                <w:szCs w:val="20"/>
              </w:rPr>
            </w:pPr>
            <w:r w:rsidRPr="00292E0F">
              <w:rPr>
                <w:rFonts w:cs="Arial"/>
                <w:b/>
                <w:color w:val="AD0049"/>
                <w:szCs w:val="20"/>
              </w:rPr>
              <w:t>Email</w:t>
            </w:r>
          </w:p>
        </w:tc>
        <w:tc>
          <w:tcPr>
            <w:tcW w:w="28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7A5D55C7" w14:textId="1244BE53" w:rsidR="00264689" w:rsidRPr="00292E0F" w:rsidRDefault="00264689" w:rsidP="00264689">
            <w:pPr>
              <w:rPr>
                <w:rFonts w:cs="Arial"/>
              </w:rPr>
            </w:pPr>
          </w:p>
        </w:tc>
        <w:tc>
          <w:tcPr>
            <w:tcW w:w="2232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shd w:val="clear" w:color="auto" w:fill="D9B262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69B0AFD3" w14:textId="3E2C7FEC" w:rsidR="00264689" w:rsidRPr="00292E0F" w:rsidRDefault="00264689" w:rsidP="00264689">
            <w:pPr>
              <w:rPr>
                <w:rFonts w:cs="Arial"/>
                <w:szCs w:val="20"/>
              </w:rPr>
            </w:pPr>
          </w:p>
        </w:tc>
        <w:tc>
          <w:tcPr>
            <w:tcW w:w="2880" w:type="dxa"/>
            <w:tcBorders>
              <w:top w:val="single" w:sz="5" w:space="0" w:color="BBBAA6"/>
              <w:left w:val="single" w:sz="5" w:space="0" w:color="BBBAA6"/>
              <w:bottom w:val="single" w:sz="5" w:space="0" w:color="BBBAA6"/>
              <w:right w:val="single" w:sz="5" w:space="0" w:color="BBBA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3A561E39" w14:textId="5EC6212C" w:rsidR="00264689" w:rsidRPr="00292E0F" w:rsidRDefault="00264689" w:rsidP="00264689">
            <w:pPr>
              <w:rPr>
                <w:rFonts w:cs="Arial"/>
              </w:rPr>
            </w:pPr>
          </w:p>
        </w:tc>
      </w:tr>
    </w:tbl>
    <w:p w14:paraId="63A50178" w14:textId="77777777" w:rsidR="003D6905" w:rsidRPr="00292E0F" w:rsidRDefault="003D6905">
      <w:pPr>
        <w:rPr>
          <w:rFonts w:cs="Arial"/>
        </w:rPr>
      </w:pPr>
    </w:p>
    <w:sectPr w:rsidR="003D6905" w:rsidRPr="00292E0F" w:rsidSect="00034616">
      <w:headerReference w:type="default" r:id="rId12"/>
      <w:footerReference w:type="default" r:id="rId13"/>
      <w:pgSz w:w="12240" w:h="15840"/>
      <w:pgMar w:top="792" w:right="864" w:bottom="792" w:left="864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F75BA" w14:textId="77777777" w:rsidR="004208BB" w:rsidRDefault="004208BB">
      <w:pPr>
        <w:spacing w:after="0"/>
      </w:pPr>
      <w:r>
        <w:separator/>
      </w:r>
    </w:p>
  </w:endnote>
  <w:endnote w:type="continuationSeparator" w:id="0">
    <w:p w14:paraId="5481A5F7" w14:textId="77777777" w:rsidR="004208BB" w:rsidRDefault="004208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84875103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CB630D" w14:textId="01BFD348" w:rsidR="000C104D" w:rsidRPr="000C104D" w:rsidRDefault="000C104D">
            <w:pPr>
              <w:pStyle w:val="Footer"/>
              <w:jc w:val="right"/>
              <w:rPr>
                <w:sz w:val="16"/>
                <w:szCs w:val="16"/>
              </w:rPr>
            </w:pPr>
            <w:r w:rsidRPr="000C104D">
              <w:rPr>
                <w:sz w:val="16"/>
                <w:szCs w:val="16"/>
                <w:lang w:val="en-GB"/>
              </w:rPr>
              <w:t xml:space="preserve">Page </w:t>
            </w:r>
            <w:r w:rsidRPr="000C104D">
              <w:rPr>
                <w:b/>
                <w:bCs/>
                <w:sz w:val="16"/>
                <w:szCs w:val="16"/>
              </w:rPr>
              <w:fldChar w:fldCharType="begin"/>
            </w:r>
            <w:r w:rsidRPr="000C104D">
              <w:rPr>
                <w:b/>
                <w:bCs/>
                <w:sz w:val="16"/>
                <w:szCs w:val="16"/>
              </w:rPr>
              <w:instrText>PAGE</w:instrText>
            </w:r>
            <w:r w:rsidRPr="000C104D">
              <w:rPr>
                <w:b/>
                <w:bCs/>
                <w:sz w:val="16"/>
                <w:szCs w:val="16"/>
              </w:rPr>
              <w:fldChar w:fldCharType="separate"/>
            </w:r>
            <w:r w:rsidRPr="000C104D">
              <w:rPr>
                <w:b/>
                <w:bCs/>
                <w:sz w:val="16"/>
                <w:szCs w:val="16"/>
                <w:lang w:val="en-GB"/>
              </w:rPr>
              <w:t>2</w:t>
            </w:r>
            <w:r w:rsidRPr="000C104D">
              <w:rPr>
                <w:b/>
                <w:bCs/>
                <w:sz w:val="16"/>
                <w:szCs w:val="16"/>
              </w:rPr>
              <w:fldChar w:fldCharType="end"/>
            </w:r>
            <w:r w:rsidRPr="000C104D">
              <w:rPr>
                <w:sz w:val="16"/>
                <w:szCs w:val="16"/>
                <w:lang w:val="en-GB"/>
              </w:rPr>
              <w:t xml:space="preserve"> of </w:t>
            </w:r>
            <w:r w:rsidRPr="000C104D">
              <w:rPr>
                <w:b/>
                <w:bCs/>
                <w:sz w:val="16"/>
                <w:szCs w:val="16"/>
              </w:rPr>
              <w:fldChar w:fldCharType="begin"/>
            </w:r>
            <w:r w:rsidRPr="000C104D">
              <w:rPr>
                <w:b/>
                <w:bCs/>
                <w:sz w:val="16"/>
                <w:szCs w:val="16"/>
              </w:rPr>
              <w:instrText>NUMPAGES</w:instrText>
            </w:r>
            <w:r w:rsidRPr="000C104D">
              <w:rPr>
                <w:b/>
                <w:bCs/>
                <w:sz w:val="16"/>
                <w:szCs w:val="16"/>
              </w:rPr>
              <w:fldChar w:fldCharType="separate"/>
            </w:r>
            <w:r w:rsidRPr="000C104D">
              <w:rPr>
                <w:b/>
                <w:bCs/>
                <w:sz w:val="16"/>
                <w:szCs w:val="16"/>
                <w:lang w:val="en-GB"/>
              </w:rPr>
              <w:t>2</w:t>
            </w:r>
            <w:r w:rsidRPr="000C104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11FF4EF" w14:textId="5CC7E081" w:rsidR="00C103D1" w:rsidRDefault="000C104D" w:rsidP="000C104D">
    <w:pPr>
      <w:pStyle w:val="Footer"/>
      <w:jc w:val="center"/>
    </w:pPr>
    <w:r>
      <w:rPr>
        <w:color w:val="333333"/>
        <w:sz w:val="14"/>
      </w:rPr>
      <w:t>CAREER DEVELOPMENT PRACTITIONERS’ WORKSHOPS FUNDING WINDOW APPLICATION FORM 2026–2027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AD803" w14:textId="77777777" w:rsidR="004208BB" w:rsidRDefault="004208BB">
      <w:pPr>
        <w:spacing w:after="0"/>
      </w:pPr>
      <w:r>
        <w:separator/>
      </w:r>
    </w:p>
  </w:footnote>
  <w:footnote w:type="continuationSeparator" w:id="0">
    <w:p w14:paraId="76F9B971" w14:textId="77777777" w:rsidR="004208BB" w:rsidRDefault="004208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FAD3" w14:textId="7CA15B11" w:rsidR="00C103D1" w:rsidRDefault="00C103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FA7A43"/>
    <w:multiLevelType w:val="hybridMultilevel"/>
    <w:tmpl w:val="33EE7D42"/>
    <w:lvl w:ilvl="0" w:tplc="3B6E539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/>
        <w:color w:val="AD0049"/>
        <w:sz w:val="18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155BB"/>
    <w:multiLevelType w:val="hybridMultilevel"/>
    <w:tmpl w:val="65EEFB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72030">
    <w:abstractNumId w:val="8"/>
  </w:num>
  <w:num w:numId="2" w16cid:durableId="1149858779">
    <w:abstractNumId w:val="6"/>
  </w:num>
  <w:num w:numId="3" w16cid:durableId="493565429">
    <w:abstractNumId w:val="5"/>
  </w:num>
  <w:num w:numId="4" w16cid:durableId="2114549780">
    <w:abstractNumId w:val="4"/>
  </w:num>
  <w:num w:numId="5" w16cid:durableId="1052584681">
    <w:abstractNumId w:val="7"/>
  </w:num>
  <w:num w:numId="6" w16cid:durableId="937102765">
    <w:abstractNumId w:val="3"/>
  </w:num>
  <w:num w:numId="7" w16cid:durableId="1036733379">
    <w:abstractNumId w:val="2"/>
  </w:num>
  <w:num w:numId="8" w16cid:durableId="1059784522">
    <w:abstractNumId w:val="1"/>
  </w:num>
  <w:num w:numId="9" w16cid:durableId="733822523">
    <w:abstractNumId w:val="0"/>
  </w:num>
  <w:num w:numId="10" w16cid:durableId="1960601862">
    <w:abstractNumId w:val="10"/>
  </w:num>
  <w:num w:numId="11" w16cid:durableId="8961602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3A8"/>
    <w:rsid w:val="000528C3"/>
    <w:rsid w:val="0006063C"/>
    <w:rsid w:val="0007186F"/>
    <w:rsid w:val="000C104D"/>
    <w:rsid w:val="000D74F2"/>
    <w:rsid w:val="000E0971"/>
    <w:rsid w:val="000E7024"/>
    <w:rsid w:val="000F6A3F"/>
    <w:rsid w:val="00131146"/>
    <w:rsid w:val="0015074B"/>
    <w:rsid w:val="00152A1B"/>
    <w:rsid w:val="00163C32"/>
    <w:rsid w:val="00163EAC"/>
    <w:rsid w:val="00171C2D"/>
    <w:rsid w:val="001E0375"/>
    <w:rsid w:val="00201F75"/>
    <w:rsid w:val="00206435"/>
    <w:rsid w:val="0022549A"/>
    <w:rsid w:val="002346A9"/>
    <w:rsid w:val="00260995"/>
    <w:rsid w:val="00264689"/>
    <w:rsid w:val="00280D41"/>
    <w:rsid w:val="00292E0F"/>
    <w:rsid w:val="0029639D"/>
    <w:rsid w:val="002F08E2"/>
    <w:rsid w:val="003152C7"/>
    <w:rsid w:val="00326F90"/>
    <w:rsid w:val="00336B5B"/>
    <w:rsid w:val="00350722"/>
    <w:rsid w:val="00382D92"/>
    <w:rsid w:val="00390A7C"/>
    <w:rsid w:val="003D6905"/>
    <w:rsid w:val="003F098A"/>
    <w:rsid w:val="003F195C"/>
    <w:rsid w:val="00410D9D"/>
    <w:rsid w:val="004208BB"/>
    <w:rsid w:val="00435250"/>
    <w:rsid w:val="00444129"/>
    <w:rsid w:val="004451D4"/>
    <w:rsid w:val="00446230"/>
    <w:rsid w:val="004663A8"/>
    <w:rsid w:val="00477C0B"/>
    <w:rsid w:val="0049307E"/>
    <w:rsid w:val="00495F05"/>
    <w:rsid w:val="004C30F7"/>
    <w:rsid w:val="004C4144"/>
    <w:rsid w:val="00501EB6"/>
    <w:rsid w:val="005261B2"/>
    <w:rsid w:val="00540C2C"/>
    <w:rsid w:val="00553930"/>
    <w:rsid w:val="005707A7"/>
    <w:rsid w:val="00581B10"/>
    <w:rsid w:val="005A7186"/>
    <w:rsid w:val="005B5C08"/>
    <w:rsid w:val="005C13E2"/>
    <w:rsid w:val="005C6645"/>
    <w:rsid w:val="005D37A9"/>
    <w:rsid w:val="006347D8"/>
    <w:rsid w:val="00663533"/>
    <w:rsid w:val="00695CCC"/>
    <w:rsid w:val="006A367B"/>
    <w:rsid w:val="006B121E"/>
    <w:rsid w:val="006B1A37"/>
    <w:rsid w:val="006C1C38"/>
    <w:rsid w:val="006C2ADA"/>
    <w:rsid w:val="00701127"/>
    <w:rsid w:val="00702700"/>
    <w:rsid w:val="0072108E"/>
    <w:rsid w:val="00765BC3"/>
    <w:rsid w:val="007A3696"/>
    <w:rsid w:val="007B25B1"/>
    <w:rsid w:val="007F2D38"/>
    <w:rsid w:val="0080461B"/>
    <w:rsid w:val="0085360C"/>
    <w:rsid w:val="00854EA7"/>
    <w:rsid w:val="00857971"/>
    <w:rsid w:val="00884AE4"/>
    <w:rsid w:val="008965DF"/>
    <w:rsid w:val="008B5437"/>
    <w:rsid w:val="008E6B3F"/>
    <w:rsid w:val="009120B6"/>
    <w:rsid w:val="00977044"/>
    <w:rsid w:val="0098250D"/>
    <w:rsid w:val="00982552"/>
    <w:rsid w:val="00997693"/>
    <w:rsid w:val="00A111D2"/>
    <w:rsid w:val="00A275F3"/>
    <w:rsid w:val="00A32858"/>
    <w:rsid w:val="00A54AF2"/>
    <w:rsid w:val="00A73791"/>
    <w:rsid w:val="00AA1D8D"/>
    <w:rsid w:val="00AA63E8"/>
    <w:rsid w:val="00AB41B8"/>
    <w:rsid w:val="00B22B7B"/>
    <w:rsid w:val="00B2340D"/>
    <w:rsid w:val="00B46254"/>
    <w:rsid w:val="00B47730"/>
    <w:rsid w:val="00B5517C"/>
    <w:rsid w:val="00B83775"/>
    <w:rsid w:val="00B926B8"/>
    <w:rsid w:val="00BA50E0"/>
    <w:rsid w:val="00BC0CF9"/>
    <w:rsid w:val="00BD31DC"/>
    <w:rsid w:val="00BE4593"/>
    <w:rsid w:val="00C103D1"/>
    <w:rsid w:val="00C14C9F"/>
    <w:rsid w:val="00C329C9"/>
    <w:rsid w:val="00C5200A"/>
    <w:rsid w:val="00C55ED8"/>
    <w:rsid w:val="00C86772"/>
    <w:rsid w:val="00CA116C"/>
    <w:rsid w:val="00CA6C64"/>
    <w:rsid w:val="00CB0664"/>
    <w:rsid w:val="00CB6E80"/>
    <w:rsid w:val="00CB6EA2"/>
    <w:rsid w:val="00D10F8B"/>
    <w:rsid w:val="00D11AAA"/>
    <w:rsid w:val="00D31593"/>
    <w:rsid w:val="00D41BD2"/>
    <w:rsid w:val="00D72A6B"/>
    <w:rsid w:val="00D73247"/>
    <w:rsid w:val="00D8244D"/>
    <w:rsid w:val="00DA2724"/>
    <w:rsid w:val="00DE037A"/>
    <w:rsid w:val="00EA2947"/>
    <w:rsid w:val="00EA49D7"/>
    <w:rsid w:val="00EC25FA"/>
    <w:rsid w:val="00EE160A"/>
    <w:rsid w:val="00F249ED"/>
    <w:rsid w:val="00F71FDA"/>
    <w:rsid w:val="00F842EE"/>
    <w:rsid w:val="00F8493B"/>
    <w:rsid w:val="00F95D89"/>
    <w:rsid w:val="00FB400B"/>
    <w:rsid w:val="00FC693F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B8E3CAF"/>
  <w14:defaultImageDpi w14:val="300"/>
  <w15:docId w15:val="{21998D7E-C546-48E0-9593-8F5F88E1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Arial" w:eastAsia="Arial" w:hAnsi="Arial"/>
      <w:sz w:val="20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6da679-fa39-4d43-9b7e-3b572aad2e64">
      <Terms xmlns="http://schemas.microsoft.com/office/infopath/2007/PartnerControls"/>
    </lcf76f155ced4ddcb4097134ff3c332f>
    <TaxCatchAll xmlns="3894f3c0-50a5-4e73-b4ef-c81840c44fe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5476BCD46F944AEEDDA462D269E5D" ma:contentTypeVersion="12" ma:contentTypeDescription="Create a new document." ma:contentTypeScope="" ma:versionID="f6a3dbffb2096ca0723dcd263e9f7bb9">
  <xsd:schema xmlns:xsd="http://www.w3.org/2001/XMLSchema" xmlns:xs="http://www.w3.org/2001/XMLSchema" xmlns:p="http://schemas.microsoft.com/office/2006/metadata/properties" xmlns:ns2="d16da679-fa39-4d43-9b7e-3b572aad2e64" xmlns:ns3="3894f3c0-50a5-4e73-b4ef-c81840c44fe3" targetNamespace="http://schemas.microsoft.com/office/2006/metadata/properties" ma:root="true" ma:fieldsID="41cc84997edfe482988e14913f710f29" ns2:_="" ns3:_="">
    <xsd:import namespace="d16da679-fa39-4d43-9b7e-3b572aad2e64"/>
    <xsd:import namespace="3894f3c0-50a5-4e73-b4ef-c81840c44f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da679-fa39-4d43-9b7e-3b572aad2e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21707c1-ca12-4848-b61a-3e9cbc92af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4f3c0-50a5-4e73-b4ef-c81840c44fe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69ed2aa-cb06-47e3-b061-e2ec2ed95606}" ma:internalName="TaxCatchAll" ma:showField="CatchAllData" ma:web="3894f3c0-50a5-4e73-b4ef-c81840c44f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76C83C-1DD7-4135-AA82-43054BBC37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3B1E07-D6E0-431D-A863-283F9887C8A7}">
  <ds:schemaRefs>
    <ds:schemaRef ds:uri="http://schemas.microsoft.com/office/2006/metadata/properties"/>
    <ds:schemaRef ds:uri="http://schemas.microsoft.com/office/infopath/2007/PartnerControls"/>
    <ds:schemaRef ds:uri="d16da679-fa39-4d43-9b7e-3b572aad2e64"/>
    <ds:schemaRef ds:uri="3894f3c0-50a5-4e73-b4ef-c81840c44fe3"/>
  </ds:schemaRefs>
</ds:datastoreItem>
</file>

<file path=customXml/itemProps4.xml><?xml version="1.0" encoding="utf-8"?>
<ds:datastoreItem xmlns:ds="http://schemas.openxmlformats.org/officeDocument/2006/customXml" ds:itemID="{193EEF31-9160-45C7-BD1F-5F85BDF17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da679-fa39-4d43-9b7e-3b572aad2e64"/>
    <ds:schemaRef ds:uri="3894f3c0-50a5-4e73-b4ef-c81840c44f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23e616c-123f-4dbd-b946-f59a6d2734a3}" enabled="0" method="" siteId="{b23e616c-123f-4dbd-b946-f59a6d2734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942</Words>
  <Characters>5668</Characters>
  <Application>Microsoft Office Word</Application>
  <DocSecurity>0</DocSecurity>
  <Lines>333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BANKSETA Career Development Practitioners’ Workshops Funding Window Application Form 2026–2027</vt:lpstr>
    </vt:vector>
  </TitlesOfParts>
  <Manager/>
  <Company/>
  <LinksUpToDate>false</LinksUpToDate>
  <CharactersWithSpaces>6397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BANKSETA Career Development Practitioners’ Workshops Funding Window Application Form 2026–2027</dc:title>
  <dc:subject>Reordered application form with combined compliance declaration</dc:subject>
  <dc:creator>BANKSETA</dc:creator>
  <cp:keywords>BANKSETA, Discretionary Grant, Career Development, Application Form</cp:keywords>
  <dc:description>generated by python-docx</dc:description>
  <cp:lastModifiedBy>Laetitia Cassidy</cp:lastModifiedBy>
  <cp:revision>6</cp:revision>
  <dcterms:created xsi:type="dcterms:W3CDTF">2026-07-30T13:27:00Z</dcterms:created>
  <dcterms:modified xsi:type="dcterms:W3CDTF">2026-08-06T09:33:00Z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0x010100DF95476BCD46F944AEEDDA462D269E5D</vt:lpwstr>
  </property>
  <property fmtid="{D5CDD505-2E9C-101B-9397-08002B2CF9AE}" pid="3" name="MediaServiceImageTags">
    <vt:lpwstr/>
  </property>
</Properties>
</file>