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10D1A" w14:textId="77777777" w:rsidR="007F76DA" w:rsidRDefault="00000000">
      <w:pPr>
        <w:spacing w:after="60"/>
        <w:jc w:val="center"/>
      </w:pPr>
      <w:r>
        <w:rPr>
          <w:noProof/>
        </w:rPr>
        <w:drawing>
          <wp:inline distT="0" distB="0" distL="0" distR="0" wp14:anchorId="2209D5D9" wp14:editId="6E5DAEBC">
            <wp:extent cx="1043940" cy="15144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51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W w:w="10779" w:type="dxa"/>
        <w:tblLayout w:type="fixed"/>
        <w:tblCellMar>
          <w:top w:w="180" w:type="dxa"/>
          <w:left w:w="120" w:type="dxa"/>
          <w:bottom w:w="180" w:type="dxa"/>
          <w:right w:w="120" w:type="dxa"/>
        </w:tblCellMar>
        <w:tblLook w:val="04A0" w:firstRow="1" w:lastRow="0" w:firstColumn="1" w:lastColumn="0" w:noHBand="0" w:noVBand="1"/>
      </w:tblPr>
      <w:tblGrid>
        <w:gridCol w:w="10779"/>
      </w:tblGrid>
      <w:tr w:rsidR="007F76DA" w14:paraId="0A3A18D8" w14:textId="77777777" w:rsidTr="001F6468">
        <w:trPr>
          <w:cantSplit/>
        </w:trPr>
        <w:tc>
          <w:tcPr>
            <w:tcW w:w="10779" w:type="dxa"/>
            <w:shd w:val="clear" w:color="auto" w:fill="AD0049"/>
          </w:tcPr>
          <w:p w14:paraId="42106687" w14:textId="5B4DA704" w:rsidR="007F76DA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24"/>
              </w:rPr>
              <w:t>DISCRETIONARY GRANT</w:t>
            </w:r>
            <w:r>
              <w:rPr>
                <w:b/>
                <w:color w:val="FFFFFF"/>
                <w:sz w:val="24"/>
              </w:rPr>
              <w:br/>
            </w:r>
            <w:r>
              <w:rPr>
                <w:b/>
                <w:color w:val="FFFFFF"/>
                <w:sz w:val="30"/>
              </w:rPr>
              <w:t>SPECIAL PROJECTS FOR EMPLOYED BENEFICIARIES</w:t>
            </w:r>
            <w:r>
              <w:rPr>
                <w:b/>
                <w:color w:val="FFFFFF"/>
                <w:sz w:val="30"/>
              </w:rPr>
              <w:br/>
            </w:r>
            <w:r>
              <w:rPr>
                <w:b/>
                <w:color w:val="FFFFFF"/>
                <w:sz w:val="24"/>
              </w:rPr>
              <w:t>FUNDING WINDOW APPLICATION FORM</w:t>
            </w:r>
            <w:r>
              <w:rPr>
                <w:b/>
                <w:color w:val="FFFFFF"/>
                <w:sz w:val="24"/>
              </w:rPr>
              <w:br/>
              <w:t>2026–2027</w:t>
            </w:r>
          </w:p>
        </w:tc>
      </w:tr>
    </w:tbl>
    <w:p w14:paraId="71D7DB1A" w14:textId="77777777" w:rsidR="007F76DA" w:rsidRDefault="007F76DA">
      <w:pPr>
        <w:spacing w:after="60"/>
      </w:pPr>
    </w:p>
    <w:tbl>
      <w:tblPr>
        <w:tblW w:w="10779" w:type="dxa"/>
        <w:tblLayout w:type="fixed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835"/>
        <w:gridCol w:w="9944"/>
      </w:tblGrid>
      <w:tr w:rsidR="007F76DA" w14:paraId="2727A82A" w14:textId="77777777" w:rsidTr="001F6468">
        <w:trPr>
          <w:cantSplit/>
        </w:trPr>
        <w:tc>
          <w:tcPr>
            <w:tcW w:w="835" w:type="dxa"/>
            <w:shd w:val="clear" w:color="auto" w:fill="AD0049"/>
            <w:vAlign w:val="center"/>
          </w:tcPr>
          <w:p w14:paraId="00FD5CF9" w14:textId="77777777" w:rsidR="007F76DA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22"/>
              </w:rPr>
              <w:t>A</w:t>
            </w:r>
          </w:p>
        </w:tc>
        <w:tc>
          <w:tcPr>
            <w:tcW w:w="9944" w:type="dxa"/>
            <w:shd w:val="clear" w:color="auto" w:fill="D9B262"/>
            <w:vAlign w:val="center"/>
          </w:tcPr>
          <w:p w14:paraId="62E5DBA1" w14:textId="0C71EBD9" w:rsidR="007F76DA" w:rsidRDefault="00000000">
            <w:pPr>
              <w:spacing w:after="0"/>
            </w:pPr>
            <w:r>
              <w:rPr>
                <w:b/>
                <w:color w:val="AD0049"/>
                <w:sz w:val="24"/>
              </w:rPr>
              <w:t>GENERAL APPLICATION INFORMATION</w:t>
            </w:r>
          </w:p>
        </w:tc>
      </w:tr>
    </w:tbl>
    <w:p w14:paraId="376B0802" w14:textId="77777777" w:rsidR="007F76DA" w:rsidRDefault="007F76DA">
      <w:pPr>
        <w:spacing w:after="60"/>
      </w:pPr>
    </w:p>
    <w:tbl>
      <w:tblPr>
        <w:tblW w:w="10752" w:type="dxa"/>
        <w:tblLayout w:type="fixed"/>
        <w:tblCellMar>
          <w:top w:w="100" w:type="dxa"/>
          <w:left w:w="120" w:type="dxa"/>
          <w:bottom w:w="100" w:type="dxa"/>
          <w:right w:w="120" w:type="dxa"/>
        </w:tblCellMar>
        <w:tblLook w:val="04A0" w:firstRow="1" w:lastRow="0" w:firstColumn="1" w:lastColumn="0" w:noHBand="0" w:noVBand="1"/>
      </w:tblPr>
      <w:tblGrid>
        <w:gridCol w:w="10752"/>
      </w:tblGrid>
      <w:tr w:rsidR="007F76DA" w14:paraId="62D63A85" w14:textId="77777777" w:rsidTr="001F6468">
        <w:trPr>
          <w:cantSplit/>
        </w:trPr>
        <w:tc>
          <w:tcPr>
            <w:tcW w:w="10752" w:type="dxa"/>
            <w:tcBorders>
              <w:top w:val="single" w:sz="10" w:space="0" w:color="D9B262"/>
              <w:left w:val="single" w:sz="10" w:space="0" w:color="D9B262"/>
              <w:bottom w:val="single" w:sz="10" w:space="0" w:color="D9B262"/>
              <w:right w:val="single" w:sz="10" w:space="0" w:color="D9B262"/>
            </w:tcBorders>
            <w:shd w:val="clear" w:color="auto" w:fill="FBF8EF"/>
          </w:tcPr>
          <w:p w14:paraId="201F09C6" w14:textId="77777777" w:rsidR="007F76DA" w:rsidRDefault="00000000">
            <w:pPr>
              <w:spacing w:after="0"/>
            </w:pPr>
            <w:r>
              <w:rPr>
                <w:b/>
                <w:color w:val="AD0049"/>
                <w:sz w:val="18"/>
              </w:rPr>
              <w:t>Important submission requirements</w:t>
            </w:r>
          </w:p>
          <w:p w14:paraId="61C6AA9F" w14:textId="77777777" w:rsidR="007F76DA" w:rsidRDefault="00000000">
            <w:pPr>
              <w:spacing w:after="0"/>
              <w:ind w:left="283" w:hanging="170"/>
            </w:pPr>
            <w:r>
              <w:rPr>
                <w:color w:val="333333"/>
                <w:sz w:val="16"/>
              </w:rPr>
              <w:t>•  Submit one completed and signed application form, together with all prescribed supporting documents, through SIMS before the published closing date and time.</w:t>
            </w:r>
          </w:p>
          <w:p w14:paraId="1D8C90B9" w14:textId="37F2F01B" w:rsidR="007F76DA" w:rsidRDefault="00000000">
            <w:pPr>
              <w:spacing w:after="0"/>
              <w:ind w:left="283" w:hanging="170"/>
            </w:pPr>
            <w:r>
              <w:rPr>
                <w:color w:val="333333"/>
                <w:sz w:val="16"/>
              </w:rPr>
              <w:t xml:space="preserve">•  Applications received late, through an incorrect channel, or without the prescribed BANKSETA templates </w:t>
            </w:r>
            <w:r w:rsidR="00EA2355">
              <w:rPr>
                <w:color w:val="333333"/>
                <w:sz w:val="16"/>
              </w:rPr>
              <w:t>will</w:t>
            </w:r>
            <w:r>
              <w:rPr>
                <w:color w:val="333333"/>
                <w:sz w:val="16"/>
              </w:rPr>
              <w:t xml:space="preserve"> be disqualified.</w:t>
            </w:r>
          </w:p>
          <w:p w14:paraId="2EB88B99" w14:textId="77777777" w:rsidR="00EA2355" w:rsidRDefault="00000000" w:rsidP="00EA2355">
            <w:pPr>
              <w:spacing w:after="0"/>
              <w:ind w:left="283" w:hanging="170"/>
              <w:rPr>
                <w:color w:val="333333"/>
                <w:sz w:val="16"/>
              </w:rPr>
            </w:pPr>
            <w:r>
              <w:rPr>
                <w:color w:val="333333"/>
                <w:sz w:val="16"/>
              </w:rPr>
              <w:t xml:space="preserve">•  </w:t>
            </w:r>
            <w:r w:rsidR="00EA2355" w:rsidRPr="00EA2355">
              <w:rPr>
                <w:color w:val="333333"/>
                <w:sz w:val="16"/>
              </w:rPr>
              <w:t>Only one final application will be accepted per applicant. Where multiple submissions are received before the closing date, the BANKSETA will assess the latest complete submission received before the deadline</w:t>
            </w:r>
            <w:r w:rsidR="00EA2355">
              <w:rPr>
                <w:color w:val="333333"/>
                <w:sz w:val="16"/>
              </w:rPr>
              <w:t>.</w:t>
            </w:r>
          </w:p>
          <w:p w14:paraId="3498BF75" w14:textId="005A9952" w:rsidR="007F76DA" w:rsidRPr="00EA2355" w:rsidRDefault="00000000" w:rsidP="00EA2355">
            <w:pPr>
              <w:spacing w:after="0"/>
              <w:ind w:left="444" w:hanging="170"/>
              <w:rPr>
                <w:color w:val="333333"/>
                <w:sz w:val="16"/>
              </w:rPr>
            </w:pPr>
            <w:r>
              <w:rPr>
                <w:color w:val="333333"/>
                <w:sz w:val="16"/>
              </w:rPr>
              <w:t>More than one category and more than one course/programme may be included, but each must be separately identified.</w:t>
            </w:r>
          </w:p>
          <w:p w14:paraId="62F5B276" w14:textId="77777777" w:rsidR="007F76DA" w:rsidRDefault="00000000">
            <w:pPr>
              <w:spacing w:after="0"/>
              <w:ind w:left="283" w:hanging="170"/>
            </w:pPr>
            <w:r>
              <w:rPr>
                <w:color w:val="333333"/>
                <w:sz w:val="16"/>
              </w:rPr>
              <w:t>•  Keep a complete copy of the submitted application and supporting documentation for your records.</w:t>
            </w:r>
          </w:p>
          <w:p w14:paraId="06CC333C" w14:textId="77777777" w:rsidR="007F76DA" w:rsidRDefault="00000000">
            <w:pPr>
              <w:spacing w:after="0"/>
              <w:ind w:left="283" w:hanging="170"/>
            </w:pPr>
            <w:r>
              <w:rPr>
                <w:color w:val="333333"/>
                <w:sz w:val="16"/>
              </w:rPr>
              <w:t>•  Information supplied may be verified through due diligence, monitoring, audit and BANKSETA project records.</w:t>
            </w:r>
          </w:p>
        </w:tc>
      </w:tr>
    </w:tbl>
    <w:p w14:paraId="4F8FE339" w14:textId="77777777" w:rsidR="007F76DA" w:rsidRDefault="007F76DA">
      <w:pPr>
        <w:spacing w:after="60"/>
      </w:pPr>
    </w:p>
    <w:tbl>
      <w:tblPr>
        <w:tblW w:w="10793" w:type="dxa"/>
        <w:tblLayout w:type="fixed"/>
        <w:tblCellMar>
          <w:top w:w="70" w:type="dxa"/>
          <w:left w:w="90" w:type="dxa"/>
          <w:bottom w:w="70" w:type="dxa"/>
          <w:right w:w="90" w:type="dxa"/>
        </w:tblCellMar>
        <w:tblLook w:val="04A0" w:firstRow="1" w:lastRow="0" w:firstColumn="1" w:lastColumn="0" w:noHBand="0" w:noVBand="1"/>
      </w:tblPr>
      <w:tblGrid>
        <w:gridCol w:w="835"/>
        <w:gridCol w:w="9958"/>
      </w:tblGrid>
      <w:tr w:rsidR="007F76DA" w14:paraId="0475A6EC" w14:textId="77777777" w:rsidTr="001F6468">
        <w:trPr>
          <w:cantSplit/>
        </w:trPr>
        <w:tc>
          <w:tcPr>
            <w:tcW w:w="835" w:type="dxa"/>
            <w:shd w:val="clear" w:color="auto" w:fill="AD0049"/>
            <w:vAlign w:val="center"/>
          </w:tcPr>
          <w:p w14:paraId="5E0CD28E" w14:textId="77777777" w:rsidR="007F76DA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20"/>
              </w:rPr>
              <w:t>1</w:t>
            </w:r>
          </w:p>
        </w:tc>
        <w:tc>
          <w:tcPr>
            <w:tcW w:w="9958" w:type="dxa"/>
            <w:shd w:val="clear" w:color="auto" w:fill="D9B26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66B0D" w14:textId="77777777" w:rsidR="007F76DA" w:rsidRDefault="00000000">
            <w:pPr>
              <w:spacing w:after="0"/>
            </w:pPr>
            <w:r>
              <w:rPr>
                <w:b/>
                <w:color w:val="AD0049"/>
                <w:sz w:val="21"/>
              </w:rPr>
              <w:t>Applicant Organisation Details</w:t>
            </w:r>
          </w:p>
        </w:tc>
      </w:tr>
    </w:tbl>
    <w:p w14:paraId="30914D01" w14:textId="77777777" w:rsidR="007F76DA" w:rsidRDefault="007F76DA">
      <w:pPr>
        <w:spacing w:after="60"/>
      </w:pPr>
    </w:p>
    <w:tbl>
      <w:tblPr>
        <w:tblW w:w="10788" w:type="dxa"/>
        <w:tblLayout w:type="fixed"/>
        <w:tblCellMar>
          <w:top w:w="70" w:type="dxa"/>
          <w:left w:w="90" w:type="dxa"/>
          <w:bottom w:w="70" w:type="dxa"/>
          <w:right w:w="90" w:type="dxa"/>
        </w:tblCellMar>
        <w:tblLook w:val="04A0" w:firstRow="1" w:lastRow="0" w:firstColumn="1" w:lastColumn="0" w:noHBand="0" w:noVBand="1"/>
      </w:tblPr>
      <w:tblGrid>
        <w:gridCol w:w="2381"/>
        <w:gridCol w:w="3714"/>
        <w:gridCol w:w="1388"/>
        <w:gridCol w:w="3305"/>
      </w:tblGrid>
      <w:tr w:rsidR="007F76DA" w14:paraId="497F3FBB" w14:textId="77777777" w:rsidTr="001F6468">
        <w:trPr>
          <w:cantSplit/>
        </w:trPr>
        <w:tc>
          <w:tcPr>
            <w:tcW w:w="2381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shd w:val="clear" w:color="auto" w:fill="F3F1ED"/>
            <w:vAlign w:val="center"/>
          </w:tcPr>
          <w:p w14:paraId="5143EBB7" w14:textId="77777777" w:rsidR="007F76DA" w:rsidRDefault="00000000">
            <w:pPr>
              <w:spacing w:after="0"/>
            </w:pPr>
            <w:r>
              <w:rPr>
                <w:b/>
                <w:color w:val="AD0049"/>
                <w:sz w:val="16"/>
              </w:rPr>
              <w:t>Organisation name</w:t>
            </w:r>
          </w:p>
        </w:tc>
        <w:tc>
          <w:tcPr>
            <w:tcW w:w="3714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shd w:val="clear" w:color="auto" w:fill="FFFFFF"/>
            <w:vAlign w:val="center"/>
          </w:tcPr>
          <w:p w14:paraId="35B6A8D8" w14:textId="77777777" w:rsidR="007F76DA" w:rsidRDefault="007F76DA">
            <w:pPr>
              <w:spacing w:after="0"/>
            </w:pPr>
          </w:p>
        </w:tc>
        <w:tc>
          <w:tcPr>
            <w:tcW w:w="1388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shd w:val="clear" w:color="auto" w:fill="F3F1ED"/>
            <w:vAlign w:val="center"/>
          </w:tcPr>
          <w:p w14:paraId="3B782662" w14:textId="77777777" w:rsidR="007F76DA" w:rsidRDefault="00000000">
            <w:pPr>
              <w:spacing w:after="0"/>
            </w:pPr>
            <w:r>
              <w:rPr>
                <w:b/>
                <w:color w:val="AD0049"/>
                <w:sz w:val="16"/>
              </w:rPr>
              <w:t>Physical address</w:t>
            </w:r>
          </w:p>
        </w:tc>
        <w:tc>
          <w:tcPr>
            <w:tcW w:w="3305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shd w:val="clear" w:color="auto" w:fill="FFFFFF"/>
            <w:vAlign w:val="center"/>
          </w:tcPr>
          <w:p w14:paraId="0B65551F" w14:textId="77777777" w:rsidR="007F76DA" w:rsidRDefault="007F76DA">
            <w:pPr>
              <w:spacing w:after="0"/>
            </w:pPr>
          </w:p>
        </w:tc>
      </w:tr>
      <w:tr w:rsidR="007F76DA" w14:paraId="31F61D7E" w14:textId="77777777" w:rsidTr="001F6468">
        <w:trPr>
          <w:cantSplit/>
        </w:trPr>
        <w:tc>
          <w:tcPr>
            <w:tcW w:w="2381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shd w:val="clear" w:color="auto" w:fill="F3F1ED"/>
            <w:vAlign w:val="center"/>
          </w:tcPr>
          <w:p w14:paraId="31BCCEFD" w14:textId="77777777" w:rsidR="007F76DA" w:rsidRDefault="00000000">
            <w:pPr>
              <w:spacing w:after="0"/>
            </w:pPr>
            <w:r>
              <w:rPr>
                <w:b/>
                <w:color w:val="AD0049"/>
                <w:sz w:val="16"/>
              </w:rPr>
              <w:t>Registration / SDL number</w:t>
            </w:r>
          </w:p>
        </w:tc>
        <w:tc>
          <w:tcPr>
            <w:tcW w:w="3714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shd w:val="clear" w:color="auto" w:fill="FFFFFF"/>
            <w:vAlign w:val="center"/>
          </w:tcPr>
          <w:p w14:paraId="335D8286" w14:textId="77777777" w:rsidR="007F76DA" w:rsidRDefault="007F76DA">
            <w:pPr>
              <w:spacing w:after="0"/>
            </w:pPr>
          </w:p>
        </w:tc>
        <w:tc>
          <w:tcPr>
            <w:tcW w:w="1388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shd w:val="clear" w:color="auto" w:fill="F3F1ED"/>
            <w:vAlign w:val="center"/>
          </w:tcPr>
          <w:p w14:paraId="25651484" w14:textId="77777777" w:rsidR="007F76DA" w:rsidRDefault="00000000">
            <w:pPr>
              <w:spacing w:after="0"/>
            </w:pPr>
            <w:r>
              <w:rPr>
                <w:b/>
                <w:color w:val="AD0049"/>
                <w:sz w:val="16"/>
              </w:rPr>
              <w:t>Postal address</w:t>
            </w:r>
          </w:p>
        </w:tc>
        <w:tc>
          <w:tcPr>
            <w:tcW w:w="3305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shd w:val="clear" w:color="auto" w:fill="FFFFFF"/>
            <w:vAlign w:val="center"/>
          </w:tcPr>
          <w:p w14:paraId="31D0CA85" w14:textId="77777777" w:rsidR="007F76DA" w:rsidRDefault="007F76DA">
            <w:pPr>
              <w:spacing w:after="0"/>
            </w:pPr>
          </w:p>
        </w:tc>
      </w:tr>
      <w:tr w:rsidR="007F76DA" w14:paraId="68E430D8" w14:textId="77777777" w:rsidTr="001F6468">
        <w:trPr>
          <w:cantSplit/>
        </w:trPr>
        <w:tc>
          <w:tcPr>
            <w:tcW w:w="2381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shd w:val="clear" w:color="auto" w:fill="F3F1ED"/>
            <w:vAlign w:val="center"/>
          </w:tcPr>
          <w:p w14:paraId="49D6480F" w14:textId="77777777" w:rsidR="007F76DA" w:rsidRDefault="00000000">
            <w:pPr>
              <w:spacing w:after="0"/>
            </w:pPr>
            <w:r>
              <w:rPr>
                <w:b/>
                <w:color w:val="AD0049"/>
                <w:sz w:val="16"/>
              </w:rPr>
              <w:t>Applicant type</w:t>
            </w:r>
          </w:p>
        </w:tc>
        <w:tc>
          <w:tcPr>
            <w:tcW w:w="3714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shd w:val="clear" w:color="auto" w:fill="FFFFFF"/>
            <w:vAlign w:val="center"/>
          </w:tcPr>
          <w:p w14:paraId="3896FD05" w14:textId="2E02BC01" w:rsidR="005878D3" w:rsidRDefault="00000000">
            <w:pPr>
              <w:spacing w:after="0"/>
              <w:rPr>
                <w:sz w:val="18"/>
              </w:rPr>
            </w:pPr>
            <w:r>
              <w:rPr>
                <w:sz w:val="18"/>
              </w:rPr>
              <w:t xml:space="preserve">☐ </w:t>
            </w:r>
            <w:r w:rsidR="005878D3" w:rsidRPr="001316A5">
              <w:rPr>
                <w:sz w:val="16"/>
                <w:szCs w:val="16"/>
              </w:rPr>
              <w:t xml:space="preserve">BANKSETA </w:t>
            </w:r>
            <w:r w:rsidRPr="001316A5">
              <w:rPr>
                <w:sz w:val="16"/>
                <w:szCs w:val="16"/>
              </w:rPr>
              <w:t>Levy-paying employer</w:t>
            </w:r>
          </w:p>
          <w:p w14:paraId="3C9746C2" w14:textId="47041AF3" w:rsidR="007F76DA" w:rsidRDefault="005878D3" w:rsidP="005878D3">
            <w:pPr>
              <w:spacing w:after="0"/>
            </w:pPr>
            <w:r>
              <w:rPr>
                <w:rFonts w:ascii="Segoe UI Symbol" w:hAnsi="Segoe UI Symbol" w:cs="Segoe UI Symbol"/>
                <w:sz w:val="18"/>
              </w:rPr>
              <w:t>☐</w:t>
            </w:r>
            <w:r>
              <w:rPr>
                <w:sz w:val="18"/>
              </w:rPr>
              <w:t xml:space="preserve"> </w:t>
            </w:r>
            <w:r w:rsidRPr="001316A5">
              <w:rPr>
                <w:sz w:val="16"/>
                <w:szCs w:val="16"/>
              </w:rPr>
              <w:t>Employer transferring from another SETA</w:t>
            </w:r>
            <w:r>
              <w:rPr>
                <w:sz w:val="18"/>
              </w:rPr>
              <w:br/>
            </w:r>
            <w:r>
              <w:rPr>
                <w:rFonts w:ascii="Segoe UI Symbol" w:hAnsi="Segoe UI Symbol" w:cs="Segoe UI Symbol"/>
                <w:sz w:val="18"/>
              </w:rPr>
              <w:t>☐</w:t>
            </w:r>
            <w:r>
              <w:rPr>
                <w:sz w:val="18"/>
              </w:rPr>
              <w:t xml:space="preserve"> </w:t>
            </w:r>
            <w:r w:rsidRPr="001316A5">
              <w:rPr>
                <w:sz w:val="16"/>
                <w:szCs w:val="16"/>
              </w:rPr>
              <w:t>Federation / Trade Union</w:t>
            </w:r>
            <w:r>
              <w:rPr>
                <w:sz w:val="18"/>
              </w:rPr>
              <w:br/>
            </w:r>
            <w:r>
              <w:rPr>
                <w:rFonts w:ascii="Segoe UI Symbol" w:hAnsi="Segoe UI Symbol" w:cs="Segoe UI Symbol"/>
                <w:sz w:val="18"/>
              </w:rPr>
              <w:t>☐</w:t>
            </w:r>
            <w:r>
              <w:rPr>
                <w:sz w:val="18"/>
              </w:rPr>
              <w:t xml:space="preserve"> </w:t>
            </w:r>
            <w:r w:rsidRPr="001316A5">
              <w:rPr>
                <w:sz w:val="16"/>
                <w:szCs w:val="16"/>
              </w:rPr>
              <w:t>Sector / Industry Organisation</w:t>
            </w:r>
          </w:p>
        </w:tc>
        <w:tc>
          <w:tcPr>
            <w:tcW w:w="1388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shd w:val="clear" w:color="auto" w:fill="F3F1ED"/>
            <w:vAlign w:val="center"/>
          </w:tcPr>
          <w:p w14:paraId="12825C1E" w14:textId="77777777" w:rsidR="007F76DA" w:rsidRDefault="00000000">
            <w:pPr>
              <w:spacing w:after="0"/>
            </w:pPr>
            <w:r>
              <w:rPr>
                <w:b/>
                <w:color w:val="AD0049"/>
                <w:sz w:val="16"/>
              </w:rPr>
              <w:t>Telephone</w:t>
            </w:r>
          </w:p>
        </w:tc>
        <w:tc>
          <w:tcPr>
            <w:tcW w:w="3305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shd w:val="clear" w:color="auto" w:fill="FFFFFF"/>
            <w:vAlign w:val="center"/>
          </w:tcPr>
          <w:p w14:paraId="2E14A3FF" w14:textId="77777777" w:rsidR="007F76DA" w:rsidRDefault="007F76DA">
            <w:pPr>
              <w:spacing w:after="0"/>
            </w:pPr>
          </w:p>
        </w:tc>
      </w:tr>
      <w:tr w:rsidR="007F76DA" w14:paraId="4378CB48" w14:textId="77777777" w:rsidTr="001F6468">
        <w:trPr>
          <w:cantSplit/>
        </w:trPr>
        <w:tc>
          <w:tcPr>
            <w:tcW w:w="2381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shd w:val="clear" w:color="auto" w:fill="F3F1ED"/>
            <w:vAlign w:val="center"/>
          </w:tcPr>
          <w:p w14:paraId="1532CC0D" w14:textId="77777777" w:rsidR="007F76DA" w:rsidRDefault="00000000">
            <w:pPr>
              <w:spacing w:after="0"/>
            </w:pPr>
            <w:r>
              <w:rPr>
                <w:b/>
                <w:color w:val="AD0049"/>
                <w:sz w:val="16"/>
              </w:rPr>
              <w:t>Previous BANKSETA funding</w:t>
            </w:r>
          </w:p>
        </w:tc>
        <w:tc>
          <w:tcPr>
            <w:tcW w:w="3714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shd w:val="clear" w:color="auto" w:fill="FFFFFF"/>
            <w:vAlign w:val="center"/>
          </w:tcPr>
          <w:p w14:paraId="58CAD2AE" w14:textId="77777777" w:rsidR="007F76DA" w:rsidRDefault="00000000">
            <w:pPr>
              <w:spacing w:after="0"/>
            </w:pPr>
            <w:r>
              <w:rPr>
                <w:sz w:val="18"/>
              </w:rPr>
              <w:t xml:space="preserve">☐ </w:t>
            </w:r>
            <w:r w:rsidRPr="001316A5">
              <w:rPr>
                <w:sz w:val="16"/>
                <w:szCs w:val="16"/>
              </w:rPr>
              <w:t>Yes</w:t>
            </w:r>
            <w:r>
              <w:rPr>
                <w:sz w:val="18"/>
              </w:rPr>
              <w:br/>
              <w:t xml:space="preserve">☐ </w:t>
            </w:r>
            <w:r w:rsidRPr="001316A5">
              <w:rPr>
                <w:sz w:val="16"/>
                <w:szCs w:val="16"/>
              </w:rPr>
              <w:t>No</w:t>
            </w:r>
          </w:p>
        </w:tc>
        <w:tc>
          <w:tcPr>
            <w:tcW w:w="1388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shd w:val="clear" w:color="auto" w:fill="F3F1ED"/>
            <w:vAlign w:val="center"/>
          </w:tcPr>
          <w:p w14:paraId="780153BF" w14:textId="07CCEA85" w:rsidR="007F76DA" w:rsidRPr="00A1078B" w:rsidRDefault="007F76DA">
            <w:pPr>
              <w:spacing w:after="0"/>
              <w:rPr>
                <w:b/>
                <w:color w:val="AD0049"/>
                <w:sz w:val="16"/>
              </w:rPr>
            </w:pPr>
          </w:p>
        </w:tc>
        <w:tc>
          <w:tcPr>
            <w:tcW w:w="3305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shd w:val="clear" w:color="auto" w:fill="FFFFFF"/>
            <w:vAlign w:val="center"/>
          </w:tcPr>
          <w:p w14:paraId="65F6ADDC" w14:textId="77777777" w:rsidR="007F76DA" w:rsidRDefault="007F76DA">
            <w:pPr>
              <w:spacing w:after="0"/>
            </w:pPr>
          </w:p>
        </w:tc>
      </w:tr>
    </w:tbl>
    <w:p w14:paraId="0C1B5463" w14:textId="77777777" w:rsidR="007F76DA" w:rsidRDefault="007F76DA">
      <w:pPr>
        <w:spacing w:after="60"/>
      </w:pPr>
    </w:p>
    <w:tbl>
      <w:tblPr>
        <w:tblW w:w="10793" w:type="dxa"/>
        <w:tblLayout w:type="fixed"/>
        <w:tblCellMar>
          <w:top w:w="70" w:type="dxa"/>
          <w:left w:w="90" w:type="dxa"/>
          <w:bottom w:w="70" w:type="dxa"/>
          <w:right w:w="90" w:type="dxa"/>
        </w:tblCellMar>
        <w:tblLook w:val="04A0" w:firstRow="1" w:lastRow="0" w:firstColumn="1" w:lastColumn="0" w:noHBand="0" w:noVBand="1"/>
      </w:tblPr>
      <w:tblGrid>
        <w:gridCol w:w="835"/>
        <w:gridCol w:w="9958"/>
      </w:tblGrid>
      <w:tr w:rsidR="007F76DA" w14:paraId="01194B0C" w14:textId="77777777" w:rsidTr="001F6468">
        <w:trPr>
          <w:cantSplit/>
        </w:trPr>
        <w:tc>
          <w:tcPr>
            <w:tcW w:w="835" w:type="dxa"/>
            <w:shd w:val="clear" w:color="auto" w:fill="AD0049"/>
            <w:vAlign w:val="center"/>
          </w:tcPr>
          <w:p w14:paraId="0F811B88" w14:textId="77777777" w:rsidR="007F76DA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20"/>
              </w:rPr>
              <w:t>2</w:t>
            </w:r>
          </w:p>
        </w:tc>
        <w:tc>
          <w:tcPr>
            <w:tcW w:w="9958" w:type="dxa"/>
            <w:shd w:val="clear" w:color="auto" w:fill="D9B26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FE634" w14:textId="77777777" w:rsidR="007F76DA" w:rsidRDefault="00000000">
            <w:pPr>
              <w:spacing w:after="0"/>
              <w:rPr>
                <w:sz w:val="16"/>
              </w:rPr>
            </w:pPr>
            <w:r>
              <w:rPr>
                <w:b/>
                <w:color w:val="AD0049"/>
                <w:sz w:val="21"/>
              </w:rPr>
              <w:t>Authorised Representative and Project Contacts</w:t>
            </w:r>
          </w:p>
          <w:p w14:paraId="6709E168" w14:textId="325266BF" w:rsidR="00415482" w:rsidRDefault="00415482">
            <w:pPr>
              <w:spacing w:after="0"/>
            </w:pPr>
            <w:r>
              <w:rPr>
                <w:i/>
                <w:color w:val="666666"/>
                <w:sz w:val="15"/>
              </w:rPr>
              <w:t xml:space="preserve">Must be employed by </w:t>
            </w:r>
            <w:r w:rsidRPr="00415482">
              <w:rPr>
                <w:i/>
                <w:color w:val="666666"/>
                <w:sz w:val="15"/>
              </w:rPr>
              <w:t>the applicant organisation.</w:t>
            </w:r>
          </w:p>
        </w:tc>
      </w:tr>
    </w:tbl>
    <w:p w14:paraId="4260ACED" w14:textId="77777777" w:rsidR="007F76DA" w:rsidRDefault="007F76DA">
      <w:pPr>
        <w:spacing w:after="60"/>
      </w:pPr>
    </w:p>
    <w:tbl>
      <w:tblPr>
        <w:tblW w:w="10788" w:type="dxa"/>
        <w:tblLayout w:type="fixed"/>
        <w:tblCellMar>
          <w:top w:w="70" w:type="dxa"/>
          <w:left w:w="90" w:type="dxa"/>
          <w:bottom w:w="70" w:type="dxa"/>
          <w:right w:w="90" w:type="dxa"/>
        </w:tblCellMar>
        <w:tblLook w:val="04A0" w:firstRow="1" w:lastRow="0" w:firstColumn="1" w:lastColumn="0" w:noHBand="0" w:noVBand="1"/>
      </w:tblPr>
      <w:tblGrid>
        <w:gridCol w:w="2381"/>
        <w:gridCol w:w="2722"/>
        <w:gridCol w:w="2380"/>
        <w:gridCol w:w="3305"/>
      </w:tblGrid>
      <w:tr w:rsidR="007F76DA" w14:paraId="49AF0152" w14:textId="77777777" w:rsidTr="001F6468">
        <w:trPr>
          <w:cantSplit/>
        </w:trPr>
        <w:tc>
          <w:tcPr>
            <w:tcW w:w="2381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shd w:val="clear" w:color="auto" w:fill="F3F1ED"/>
            <w:vAlign w:val="center"/>
          </w:tcPr>
          <w:p w14:paraId="11D6E854" w14:textId="77777777" w:rsidR="007F76DA" w:rsidRDefault="00000000">
            <w:pPr>
              <w:spacing w:after="0"/>
            </w:pPr>
            <w:r>
              <w:rPr>
                <w:b/>
                <w:color w:val="AD0049"/>
                <w:sz w:val="16"/>
              </w:rPr>
              <w:t>Authorised representative</w:t>
            </w:r>
          </w:p>
        </w:tc>
        <w:tc>
          <w:tcPr>
            <w:tcW w:w="2722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shd w:val="clear" w:color="auto" w:fill="FFFFFF"/>
            <w:vAlign w:val="center"/>
          </w:tcPr>
          <w:p w14:paraId="7C9B907D" w14:textId="77777777" w:rsidR="007F76DA" w:rsidRDefault="007F76DA">
            <w:pPr>
              <w:spacing w:after="0"/>
            </w:pPr>
          </w:p>
        </w:tc>
        <w:tc>
          <w:tcPr>
            <w:tcW w:w="2380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shd w:val="clear" w:color="auto" w:fill="F3F1ED"/>
            <w:vAlign w:val="center"/>
          </w:tcPr>
          <w:p w14:paraId="77031187" w14:textId="77777777" w:rsidR="007F76DA" w:rsidRDefault="00000000">
            <w:pPr>
              <w:spacing w:after="0"/>
            </w:pPr>
            <w:r>
              <w:rPr>
                <w:b/>
                <w:color w:val="AD0049"/>
                <w:sz w:val="16"/>
              </w:rPr>
              <w:t>Designation</w:t>
            </w:r>
          </w:p>
        </w:tc>
        <w:tc>
          <w:tcPr>
            <w:tcW w:w="3305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shd w:val="clear" w:color="auto" w:fill="FFFFFF"/>
            <w:vAlign w:val="center"/>
          </w:tcPr>
          <w:p w14:paraId="4BC46DA4" w14:textId="77777777" w:rsidR="007F76DA" w:rsidRDefault="007F76DA">
            <w:pPr>
              <w:spacing w:after="0"/>
            </w:pPr>
          </w:p>
        </w:tc>
      </w:tr>
      <w:tr w:rsidR="007F76DA" w14:paraId="69ABB47F" w14:textId="77777777" w:rsidTr="001F6468">
        <w:trPr>
          <w:cantSplit/>
        </w:trPr>
        <w:tc>
          <w:tcPr>
            <w:tcW w:w="2381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shd w:val="clear" w:color="auto" w:fill="F3F1ED"/>
            <w:vAlign w:val="center"/>
          </w:tcPr>
          <w:p w14:paraId="59D29156" w14:textId="77777777" w:rsidR="007F76DA" w:rsidRDefault="00000000">
            <w:pPr>
              <w:spacing w:after="0"/>
            </w:pPr>
            <w:r>
              <w:rPr>
                <w:b/>
                <w:color w:val="AD0049"/>
                <w:sz w:val="16"/>
              </w:rPr>
              <w:t>Email</w:t>
            </w:r>
          </w:p>
        </w:tc>
        <w:tc>
          <w:tcPr>
            <w:tcW w:w="2722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shd w:val="clear" w:color="auto" w:fill="FFFFFF"/>
            <w:vAlign w:val="center"/>
          </w:tcPr>
          <w:p w14:paraId="7E1E7551" w14:textId="77777777" w:rsidR="007F76DA" w:rsidRDefault="007F76DA">
            <w:pPr>
              <w:spacing w:after="0"/>
            </w:pPr>
          </w:p>
        </w:tc>
        <w:tc>
          <w:tcPr>
            <w:tcW w:w="2380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shd w:val="clear" w:color="auto" w:fill="F3F1ED"/>
            <w:vAlign w:val="center"/>
          </w:tcPr>
          <w:p w14:paraId="7187A5E6" w14:textId="77777777" w:rsidR="007F76DA" w:rsidRDefault="00000000">
            <w:pPr>
              <w:spacing w:after="0"/>
            </w:pPr>
            <w:r>
              <w:rPr>
                <w:b/>
                <w:color w:val="AD0049"/>
                <w:sz w:val="16"/>
              </w:rPr>
              <w:t>Cell phone</w:t>
            </w:r>
          </w:p>
        </w:tc>
        <w:tc>
          <w:tcPr>
            <w:tcW w:w="3305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shd w:val="clear" w:color="auto" w:fill="FFFFFF"/>
            <w:vAlign w:val="center"/>
          </w:tcPr>
          <w:p w14:paraId="7BF463F5" w14:textId="77777777" w:rsidR="007F76DA" w:rsidRDefault="007F76DA">
            <w:pPr>
              <w:spacing w:after="0"/>
            </w:pPr>
          </w:p>
        </w:tc>
      </w:tr>
      <w:tr w:rsidR="007F76DA" w14:paraId="46FCC75D" w14:textId="77777777" w:rsidTr="001F6468">
        <w:trPr>
          <w:cantSplit/>
        </w:trPr>
        <w:tc>
          <w:tcPr>
            <w:tcW w:w="2381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shd w:val="clear" w:color="auto" w:fill="F3F1ED"/>
            <w:vAlign w:val="center"/>
          </w:tcPr>
          <w:p w14:paraId="7B386E22" w14:textId="77777777" w:rsidR="007F76DA" w:rsidRDefault="00000000">
            <w:pPr>
              <w:spacing w:after="0"/>
            </w:pPr>
            <w:r>
              <w:rPr>
                <w:b/>
                <w:color w:val="AD0049"/>
                <w:sz w:val="16"/>
              </w:rPr>
              <w:t>Project contact</w:t>
            </w:r>
          </w:p>
        </w:tc>
        <w:tc>
          <w:tcPr>
            <w:tcW w:w="2722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shd w:val="clear" w:color="auto" w:fill="FFFFFF"/>
            <w:vAlign w:val="center"/>
          </w:tcPr>
          <w:p w14:paraId="3EE6142D" w14:textId="77777777" w:rsidR="007F76DA" w:rsidRDefault="007F76DA">
            <w:pPr>
              <w:spacing w:after="0"/>
            </w:pPr>
          </w:p>
        </w:tc>
        <w:tc>
          <w:tcPr>
            <w:tcW w:w="2380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shd w:val="clear" w:color="auto" w:fill="F3F1ED"/>
            <w:vAlign w:val="center"/>
          </w:tcPr>
          <w:p w14:paraId="1BA0C5B6" w14:textId="77777777" w:rsidR="007F76DA" w:rsidRDefault="00000000">
            <w:pPr>
              <w:spacing w:after="0"/>
            </w:pPr>
            <w:r>
              <w:rPr>
                <w:b/>
                <w:color w:val="AD0049"/>
                <w:sz w:val="16"/>
              </w:rPr>
              <w:t>Designation</w:t>
            </w:r>
          </w:p>
        </w:tc>
        <w:tc>
          <w:tcPr>
            <w:tcW w:w="3305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shd w:val="clear" w:color="auto" w:fill="FFFFFF"/>
            <w:vAlign w:val="center"/>
          </w:tcPr>
          <w:p w14:paraId="01CD95E9" w14:textId="77777777" w:rsidR="007F76DA" w:rsidRDefault="007F76DA">
            <w:pPr>
              <w:spacing w:after="0"/>
            </w:pPr>
          </w:p>
        </w:tc>
      </w:tr>
      <w:tr w:rsidR="007F76DA" w14:paraId="083A96AA" w14:textId="77777777" w:rsidTr="001F6468">
        <w:trPr>
          <w:cantSplit/>
        </w:trPr>
        <w:tc>
          <w:tcPr>
            <w:tcW w:w="2381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shd w:val="clear" w:color="auto" w:fill="F3F1ED"/>
            <w:vAlign w:val="center"/>
          </w:tcPr>
          <w:p w14:paraId="6A790BB5" w14:textId="77777777" w:rsidR="007F76DA" w:rsidRDefault="00000000">
            <w:pPr>
              <w:spacing w:after="0"/>
            </w:pPr>
            <w:r>
              <w:rPr>
                <w:b/>
                <w:color w:val="AD0049"/>
                <w:sz w:val="16"/>
              </w:rPr>
              <w:t>Email</w:t>
            </w:r>
          </w:p>
        </w:tc>
        <w:tc>
          <w:tcPr>
            <w:tcW w:w="2722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shd w:val="clear" w:color="auto" w:fill="FFFFFF"/>
            <w:vAlign w:val="center"/>
          </w:tcPr>
          <w:p w14:paraId="40C31631" w14:textId="77777777" w:rsidR="007F76DA" w:rsidRDefault="007F76DA">
            <w:pPr>
              <w:spacing w:after="0"/>
            </w:pPr>
          </w:p>
        </w:tc>
        <w:tc>
          <w:tcPr>
            <w:tcW w:w="2380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shd w:val="clear" w:color="auto" w:fill="F3F1ED"/>
            <w:vAlign w:val="center"/>
          </w:tcPr>
          <w:p w14:paraId="17371DCF" w14:textId="77777777" w:rsidR="007F76DA" w:rsidRDefault="00000000">
            <w:pPr>
              <w:spacing w:after="0"/>
            </w:pPr>
            <w:r>
              <w:rPr>
                <w:b/>
                <w:color w:val="AD0049"/>
                <w:sz w:val="16"/>
              </w:rPr>
              <w:t>Cell phone</w:t>
            </w:r>
          </w:p>
        </w:tc>
        <w:tc>
          <w:tcPr>
            <w:tcW w:w="3305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shd w:val="clear" w:color="auto" w:fill="FFFFFF"/>
            <w:vAlign w:val="center"/>
          </w:tcPr>
          <w:p w14:paraId="387F5708" w14:textId="77777777" w:rsidR="007F76DA" w:rsidRDefault="007F76DA">
            <w:pPr>
              <w:spacing w:after="0"/>
            </w:pPr>
          </w:p>
        </w:tc>
      </w:tr>
      <w:tr w:rsidR="007F76DA" w14:paraId="1697EE2A" w14:textId="77777777" w:rsidTr="001F6468">
        <w:trPr>
          <w:cantSplit/>
        </w:trPr>
        <w:tc>
          <w:tcPr>
            <w:tcW w:w="2381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shd w:val="clear" w:color="auto" w:fill="F3F1ED"/>
            <w:vAlign w:val="center"/>
          </w:tcPr>
          <w:p w14:paraId="4AB2B98B" w14:textId="77777777" w:rsidR="007F76DA" w:rsidRDefault="00000000">
            <w:pPr>
              <w:spacing w:after="0"/>
            </w:pPr>
            <w:r>
              <w:rPr>
                <w:b/>
                <w:color w:val="AD0049"/>
                <w:sz w:val="16"/>
              </w:rPr>
              <w:t>Finance contact</w:t>
            </w:r>
          </w:p>
        </w:tc>
        <w:tc>
          <w:tcPr>
            <w:tcW w:w="2722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shd w:val="clear" w:color="auto" w:fill="FFFFFF"/>
            <w:vAlign w:val="center"/>
          </w:tcPr>
          <w:p w14:paraId="4584F5C4" w14:textId="77777777" w:rsidR="007F76DA" w:rsidRDefault="007F76DA">
            <w:pPr>
              <w:spacing w:after="0"/>
            </w:pPr>
          </w:p>
        </w:tc>
        <w:tc>
          <w:tcPr>
            <w:tcW w:w="2380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shd w:val="clear" w:color="auto" w:fill="F3F1ED"/>
            <w:vAlign w:val="center"/>
          </w:tcPr>
          <w:p w14:paraId="18D54C1A" w14:textId="77777777" w:rsidR="007F76DA" w:rsidRDefault="00000000">
            <w:pPr>
              <w:spacing w:after="0"/>
            </w:pPr>
            <w:r>
              <w:rPr>
                <w:b/>
                <w:color w:val="AD0049"/>
                <w:sz w:val="16"/>
              </w:rPr>
              <w:t>Designation</w:t>
            </w:r>
          </w:p>
        </w:tc>
        <w:tc>
          <w:tcPr>
            <w:tcW w:w="3305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shd w:val="clear" w:color="auto" w:fill="FFFFFF"/>
            <w:vAlign w:val="center"/>
          </w:tcPr>
          <w:p w14:paraId="49D54A80" w14:textId="77777777" w:rsidR="007F76DA" w:rsidRDefault="007F76DA">
            <w:pPr>
              <w:spacing w:after="0"/>
            </w:pPr>
          </w:p>
        </w:tc>
      </w:tr>
      <w:tr w:rsidR="007F76DA" w14:paraId="22991FC7" w14:textId="77777777" w:rsidTr="001F6468">
        <w:trPr>
          <w:cantSplit/>
        </w:trPr>
        <w:tc>
          <w:tcPr>
            <w:tcW w:w="2381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shd w:val="clear" w:color="auto" w:fill="F3F1ED"/>
            <w:vAlign w:val="center"/>
          </w:tcPr>
          <w:p w14:paraId="5D9876AE" w14:textId="77777777" w:rsidR="007F76DA" w:rsidRDefault="00000000">
            <w:pPr>
              <w:spacing w:after="0"/>
            </w:pPr>
            <w:r>
              <w:rPr>
                <w:b/>
                <w:color w:val="AD0049"/>
                <w:sz w:val="16"/>
              </w:rPr>
              <w:t>Email</w:t>
            </w:r>
          </w:p>
        </w:tc>
        <w:tc>
          <w:tcPr>
            <w:tcW w:w="2722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shd w:val="clear" w:color="auto" w:fill="FFFFFF"/>
            <w:vAlign w:val="center"/>
          </w:tcPr>
          <w:p w14:paraId="3D0DDE9B" w14:textId="77777777" w:rsidR="007F76DA" w:rsidRDefault="007F76DA">
            <w:pPr>
              <w:spacing w:after="0"/>
            </w:pPr>
          </w:p>
        </w:tc>
        <w:tc>
          <w:tcPr>
            <w:tcW w:w="2380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shd w:val="clear" w:color="auto" w:fill="F3F1ED"/>
            <w:vAlign w:val="center"/>
          </w:tcPr>
          <w:p w14:paraId="5821C1A4" w14:textId="77777777" w:rsidR="007F76DA" w:rsidRDefault="00000000">
            <w:pPr>
              <w:spacing w:after="0"/>
            </w:pPr>
            <w:r>
              <w:rPr>
                <w:b/>
                <w:color w:val="AD0049"/>
                <w:sz w:val="16"/>
              </w:rPr>
              <w:t>Cell phone</w:t>
            </w:r>
          </w:p>
        </w:tc>
        <w:tc>
          <w:tcPr>
            <w:tcW w:w="3305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shd w:val="clear" w:color="auto" w:fill="FFFFFF"/>
            <w:vAlign w:val="center"/>
          </w:tcPr>
          <w:p w14:paraId="220E888C" w14:textId="77777777" w:rsidR="007F76DA" w:rsidRDefault="007F76DA">
            <w:pPr>
              <w:spacing w:after="0"/>
            </w:pPr>
          </w:p>
        </w:tc>
      </w:tr>
    </w:tbl>
    <w:p w14:paraId="6764E29E" w14:textId="77777777" w:rsidR="007F76DA" w:rsidRDefault="007F76DA">
      <w:pPr>
        <w:spacing w:after="60"/>
      </w:pPr>
    </w:p>
    <w:tbl>
      <w:tblPr>
        <w:tblW w:w="10793" w:type="dxa"/>
        <w:tblLayout w:type="fixed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835"/>
        <w:gridCol w:w="9958"/>
      </w:tblGrid>
      <w:tr w:rsidR="007F76DA" w14:paraId="7845B8D5" w14:textId="77777777" w:rsidTr="001F6468">
        <w:trPr>
          <w:cantSplit/>
        </w:trPr>
        <w:tc>
          <w:tcPr>
            <w:tcW w:w="835" w:type="dxa"/>
            <w:shd w:val="clear" w:color="auto" w:fill="AD0049"/>
            <w:vAlign w:val="center"/>
          </w:tcPr>
          <w:p w14:paraId="2456B29F" w14:textId="77777777" w:rsidR="007F76DA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22"/>
              </w:rPr>
              <w:t>B</w:t>
            </w:r>
          </w:p>
        </w:tc>
        <w:tc>
          <w:tcPr>
            <w:tcW w:w="9958" w:type="dxa"/>
            <w:shd w:val="clear" w:color="auto" w:fill="D9B262"/>
            <w:vAlign w:val="center"/>
          </w:tcPr>
          <w:p w14:paraId="2D0F54D4" w14:textId="77777777" w:rsidR="007F76DA" w:rsidRDefault="00000000">
            <w:pPr>
              <w:spacing w:after="0"/>
            </w:pPr>
            <w:r>
              <w:rPr>
                <w:b/>
                <w:color w:val="AD0049"/>
                <w:sz w:val="24"/>
              </w:rPr>
              <w:t>FUNDING WINDOW–SPECIFIC INFORMATION</w:t>
            </w:r>
          </w:p>
          <w:p w14:paraId="40362567" w14:textId="77777777" w:rsidR="007F76DA" w:rsidRDefault="00000000">
            <w:pPr>
              <w:spacing w:after="0"/>
            </w:pPr>
            <w:r>
              <w:rPr>
                <w:i/>
                <w:color w:val="666666"/>
                <w:sz w:val="15"/>
              </w:rPr>
              <w:t>Special Projects for Employed Beneficiaries</w:t>
            </w:r>
          </w:p>
        </w:tc>
      </w:tr>
    </w:tbl>
    <w:p w14:paraId="25D0AA1C" w14:textId="77777777" w:rsidR="007F76DA" w:rsidRDefault="007F76DA">
      <w:pPr>
        <w:spacing w:after="60"/>
      </w:pPr>
    </w:p>
    <w:tbl>
      <w:tblPr>
        <w:tblW w:w="10780" w:type="dxa"/>
        <w:tblLayout w:type="fixed"/>
        <w:tblCellMar>
          <w:top w:w="100" w:type="dxa"/>
          <w:left w:w="120" w:type="dxa"/>
          <w:bottom w:w="100" w:type="dxa"/>
          <w:right w:w="120" w:type="dxa"/>
        </w:tblCellMar>
        <w:tblLook w:val="04A0" w:firstRow="1" w:lastRow="0" w:firstColumn="1" w:lastColumn="0" w:noHBand="0" w:noVBand="1"/>
      </w:tblPr>
      <w:tblGrid>
        <w:gridCol w:w="10780"/>
      </w:tblGrid>
      <w:tr w:rsidR="007F76DA" w14:paraId="54D6F6CB" w14:textId="77777777" w:rsidTr="001F6468">
        <w:trPr>
          <w:cantSplit/>
        </w:trPr>
        <w:tc>
          <w:tcPr>
            <w:tcW w:w="10780" w:type="dxa"/>
            <w:tcBorders>
              <w:top w:val="single" w:sz="10" w:space="0" w:color="D9B262"/>
              <w:left w:val="single" w:sz="10" w:space="0" w:color="D9B262"/>
              <w:bottom w:val="single" w:sz="10" w:space="0" w:color="D9B262"/>
              <w:right w:val="single" w:sz="10" w:space="0" w:color="D9B262"/>
            </w:tcBorders>
            <w:shd w:val="clear" w:color="auto" w:fill="FBF8EF"/>
          </w:tcPr>
          <w:p w14:paraId="511AA8D9" w14:textId="77777777" w:rsidR="007F76DA" w:rsidRDefault="00000000">
            <w:pPr>
              <w:spacing w:after="0"/>
            </w:pPr>
            <w:r>
              <w:rPr>
                <w:b/>
                <w:color w:val="AD0049"/>
                <w:sz w:val="18"/>
              </w:rPr>
              <w:t>Funding Window briefly</w:t>
            </w:r>
          </w:p>
          <w:p w14:paraId="06CC5AE9" w14:textId="77777777" w:rsidR="007F76DA" w:rsidRDefault="00000000">
            <w:pPr>
              <w:spacing w:after="0"/>
              <w:ind w:left="283" w:hanging="170"/>
            </w:pPr>
            <w:r>
              <w:rPr>
                <w:color w:val="333333"/>
                <w:sz w:val="16"/>
              </w:rPr>
              <w:t>•  Purpose: Support employed beneficiaries who need to strengthen or update skills due to technological change, digital transformation, changing job roles, organisational restructuring and evolving sector needs.</w:t>
            </w:r>
          </w:p>
          <w:p w14:paraId="68C85A75" w14:textId="77777777" w:rsidR="007F76DA" w:rsidRDefault="00000000">
            <w:pPr>
              <w:spacing w:after="0"/>
              <w:ind w:left="283" w:hanging="170"/>
            </w:pPr>
            <w:r>
              <w:rPr>
                <w:color w:val="333333"/>
                <w:sz w:val="16"/>
              </w:rPr>
              <w:t>•  Categories: Reskilling/Upskilling; Online Short Courses; IT Programmes (IT Skills for Workers).</w:t>
            </w:r>
          </w:p>
          <w:p w14:paraId="69433516" w14:textId="77777777" w:rsidR="007F76DA" w:rsidRDefault="00000000">
            <w:pPr>
              <w:spacing w:after="0"/>
              <w:ind w:left="283" w:hanging="170"/>
            </w:pPr>
            <w:r>
              <w:rPr>
                <w:color w:val="333333"/>
                <w:sz w:val="16"/>
              </w:rPr>
              <w:t>•  Beneficiaries: Employed persons in the Banking or Alternative Banking Sector.</w:t>
            </w:r>
          </w:p>
          <w:p w14:paraId="52586D20" w14:textId="77777777" w:rsidR="007F76DA" w:rsidRDefault="00000000">
            <w:pPr>
              <w:spacing w:after="0"/>
              <w:ind w:left="283" w:hanging="170"/>
            </w:pPr>
            <w:r>
              <w:rPr>
                <w:color w:val="333333"/>
                <w:sz w:val="16"/>
              </w:rPr>
              <w:t>•  Applicants may apply for more than one category and more than one programme; each programme must be separately identified.</w:t>
            </w:r>
          </w:p>
          <w:p w14:paraId="255F4030" w14:textId="77777777" w:rsidR="007F76DA" w:rsidRDefault="00000000">
            <w:pPr>
              <w:spacing w:after="0"/>
              <w:ind w:left="283" w:hanging="170"/>
            </w:pPr>
            <w:r>
              <w:rPr>
                <w:color w:val="333333"/>
                <w:sz w:val="16"/>
              </w:rPr>
              <w:t>•  Funding is VAT inclusive and subject to the applicable per-learner cap, available budget and BANKSETA approval.</w:t>
            </w:r>
          </w:p>
          <w:p w14:paraId="522E49ED" w14:textId="39BA1FB4" w:rsidR="007F76DA" w:rsidRDefault="00000000">
            <w:pPr>
              <w:spacing w:after="0"/>
              <w:ind w:left="283" w:hanging="170"/>
            </w:pPr>
            <w:r>
              <w:rPr>
                <w:color w:val="333333"/>
                <w:sz w:val="16"/>
              </w:rPr>
              <w:t xml:space="preserve">•  Implementation: Programme start date must fall within </w:t>
            </w:r>
            <w:r w:rsidR="00112F8B">
              <w:rPr>
                <w:color w:val="333333"/>
                <w:sz w:val="16"/>
              </w:rPr>
              <w:t xml:space="preserve">1 April 2026 </w:t>
            </w:r>
            <w:r>
              <w:rPr>
                <w:color w:val="333333"/>
                <w:sz w:val="16"/>
              </w:rPr>
              <w:t>and no later than 28 February 2027, subject to approval and the MoA.</w:t>
            </w:r>
          </w:p>
        </w:tc>
      </w:tr>
    </w:tbl>
    <w:p w14:paraId="55C6A096" w14:textId="77777777" w:rsidR="007F76DA" w:rsidRDefault="007F76DA">
      <w:pPr>
        <w:spacing w:after="60"/>
      </w:pPr>
    </w:p>
    <w:tbl>
      <w:tblPr>
        <w:tblW w:w="10793" w:type="dxa"/>
        <w:tblLayout w:type="fixed"/>
        <w:tblCellMar>
          <w:top w:w="70" w:type="dxa"/>
          <w:left w:w="90" w:type="dxa"/>
          <w:bottom w:w="70" w:type="dxa"/>
          <w:right w:w="90" w:type="dxa"/>
        </w:tblCellMar>
        <w:tblLook w:val="04A0" w:firstRow="1" w:lastRow="0" w:firstColumn="1" w:lastColumn="0" w:noHBand="0" w:noVBand="1"/>
      </w:tblPr>
      <w:tblGrid>
        <w:gridCol w:w="835"/>
        <w:gridCol w:w="9958"/>
      </w:tblGrid>
      <w:tr w:rsidR="007F76DA" w14:paraId="0B91156C" w14:textId="77777777" w:rsidTr="001F6468">
        <w:trPr>
          <w:cantSplit/>
        </w:trPr>
        <w:tc>
          <w:tcPr>
            <w:tcW w:w="835" w:type="dxa"/>
            <w:shd w:val="clear" w:color="auto" w:fill="AD0049"/>
            <w:vAlign w:val="center"/>
          </w:tcPr>
          <w:p w14:paraId="400B8856" w14:textId="77777777" w:rsidR="007F76DA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20"/>
              </w:rPr>
              <w:t>1</w:t>
            </w:r>
          </w:p>
        </w:tc>
        <w:tc>
          <w:tcPr>
            <w:tcW w:w="9958" w:type="dxa"/>
            <w:shd w:val="clear" w:color="auto" w:fill="D9B26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A3006" w14:textId="77777777" w:rsidR="007F76DA" w:rsidRDefault="00000000">
            <w:pPr>
              <w:spacing w:after="0"/>
            </w:pPr>
            <w:r>
              <w:rPr>
                <w:b/>
                <w:color w:val="AD0049"/>
                <w:sz w:val="21"/>
              </w:rPr>
              <w:t>Application Summary</w:t>
            </w:r>
          </w:p>
        </w:tc>
      </w:tr>
    </w:tbl>
    <w:p w14:paraId="57EF8F66" w14:textId="77777777" w:rsidR="007F76DA" w:rsidRDefault="007F76DA">
      <w:pPr>
        <w:spacing w:after="60"/>
      </w:pPr>
    </w:p>
    <w:tbl>
      <w:tblPr>
        <w:tblW w:w="5000" w:type="pct"/>
        <w:tblLayout w:type="fixed"/>
        <w:tblCellMar>
          <w:top w:w="70" w:type="dxa"/>
          <w:left w:w="90" w:type="dxa"/>
          <w:bottom w:w="70" w:type="dxa"/>
          <w:right w:w="90" w:type="dxa"/>
        </w:tblCellMar>
        <w:tblLook w:val="04A0" w:firstRow="1" w:lastRow="0" w:firstColumn="1" w:lastColumn="0" w:noHBand="0" w:noVBand="1"/>
      </w:tblPr>
      <w:tblGrid>
        <w:gridCol w:w="2527"/>
        <w:gridCol w:w="3146"/>
        <w:gridCol w:w="1776"/>
        <w:gridCol w:w="3313"/>
      </w:tblGrid>
      <w:tr w:rsidR="007F76DA" w14:paraId="04D751E8" w14:textId="77777777" w:rsidTr="001F6468">
        <w:trPr>
          <w:cantSplit/>
        </w:trPr>
        <w:tc>
          <w:tcPr>
            <w:tcW w:w="2537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shd w:val="clear" w:color="auto" w:fill="F3F1ED"/>
            <w:vAlign w:val="center"/>
          </w:tcPr>
          <w:p w14:paraId="1C5D1A9E" w14:textId="77777777" w:rsidR="007F76DA" w:rsidRDefault="00000000">
            <w:pPr>
              <w:spacing w:after="0"/>
            </w:pPr>
            <w:r>
              <w:rPr>
                <w:b/>
                <w:color w:val="AD0049"/>
                <w:sz w:val="16"/>
              </w:rPr>
              <w:t>Category/categories applied for</w:t>
            </w:r>
          </w:p>
        </w:tc>
        <w:tc>
          <w:tcPr>
            <w:tcW w:w="3158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shd w:val="clear" w:color="auto" w:fill="FFFFFF"/>
            <w:vAlign w:val="center"/>
          </w:tcPr>
          <w:p w14:paraId="3AD2DBB7" w14:textId="77777777" w:rsidR="007F76DA" w:rsidRDefault="00000000">
            <w:pPr>
              <w:spacing w:after="0"/>
            </w:pPr>
            <w:r>
              <w:rPr>
                <w:sz w:val="16"/>
              </w:rPr>
              <w:t>☐ Reskilling/Upskilling</w:t>
            </w:r>
            <w:r>
              <w:rPr>
                <w:sz w:val="16"/>
              </w:rPr>
              <w:br/>
              <w:t>☐ Online Short Courses</w:t>
            </w:r>
            <w:r>
              <w:rPr>
                <w:sz w:val="16"/>
              </w:rPr>
              <w:br/>
              <w:t>☐ IT Programmes</w:t>
            </w:r>
          </w:p>
        </w:tc>
        <w:tc>
          <w:tcPr>
            <w:tcW w:w="1782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shd w:val="clear" w:color="auto" w:fill="F3F1ED"/>
            <w:vAlign w:val="center"/>
          </w:tcPr>
          <w:p w14:paraId="4643DDC9" w14:textId="6077F7CD" w:rsidR="007F76DA" w:rsidRDefault="00000000">
            <w:pPr>
              <w:spacing w:after="0"/>
            </w:pPr>
            <w:r>
              <w:rPr>
                <w:b/>
                <w:color w:val="AD0049"/>
                <w:sz w:val="16"/>
              </w:rPr>
              <w:t xml:space="preserve">Total </w:t>
            </w:r>
            <w:r w:rsidR="00C45369">
              <w:rPr>
                <w:b/>
                <w:color w:val="AD0049"/>
                <w:sz w:val="16"/>
              </w:rPr>
              <w:t xml:space="preserve">number of </w:t>
            </w:r>
            <w:r>
              <w:rPr>
                <w:b/>
                <w:color w:val="AD0049"/>
                <w:sz w:val="16"/>
              </w:rPr>
              <w:t>beneficiaries requested</w:t>
            </w:r>
          </w:p>
        </w:tc>
        <w:tc>
          <w:tcPr>
            <w:tcW w:w="3325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shd w:val="clear" w:color="auto" w:fill="FFFFFF"/>
            <w:vAlign w:val="center"/>
          </w:tcPr>
          <w:p w14:paraId="34A04DD9" w14:textId="77777777" w:rsidR="007F76DA" w:rsidRDefault="007F76DA">
            <w:pPr>
              <w:spacing w:after="0"/>
            </w:pPr>
          </w:p>
        </w:tc>
      </w:tr>
      <w:tr w:rsidR="00A1078B" w14:paraId="2E5F5620" w14:textId="77777777" w:rsidTr="001F6468">
        <w:trPr>
          <w:cantSplit/>
        </w:trPr>
        <w:tc>
          <w:tcPr>
            <w:tcW w:w="2537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shd w:val="clear" w:color="auto" w:fill="F3F1ED"/>
            <w:vAlign w:val="center"/>
          </w:tcPr>
          <w:p w14:paraId="3232503C" w14:textId="22661470" w:rsidR="00A1078B" w:rsidRDefault="00A1078B" w:rsidP="00A1078B">
            <w:pPr>
              <w:spacing w:after="0"/>
              <w:rPr>
                <w:b/>
                <w:color w:val="AD0049"/>
                <w:sz w:val="16"/>
              </w:rPr>
            </w:pPr>
            <w:r>
              <w:rPr>
                <w:b/>
                <w:color w:val="AD0049"/>
                <w:sz w:val="16"/>
              </w:rPr>
              <w:t>If Reskilling/Upskills selected</w:t>
            </w:r>
          </w:p>
        </w:tc>
        <w:tc>
          <w:tcPr>
            <w:tcW w:w="3158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shd w:val="clear" w:color="auto" w:fill="FFFFFF"/>
            <w:vAlign w:val="center"/>
          </w:tcPr>
          <w:p w14:paraId="4F3CCA0A" w14:textId="21ADAB68" w:rsidR="00A1078B" w:rsidRDefault="00A1078B" w:rsidP="00A1078B">
            <w:pPr>
              <w:spacing w:after="0"/>
              <w:rPr>
                <w:sz w:val="16"/>
              </w:rPr>
            </w:pPr>
            <w:r>
              <w:rPr>
                <w:sz w:val="16"/>
              </w:rPr>
              <w:t xml:space="preserve">☐ </w:t>
            </w:r>
            <w:r w:rsidRPr="00B22E55">
              <w:rPr>
                <w:sz w:val="16"/>
              </w:rPr>
              <w:t>Full SAQA Registered Qualification</w:t>
            </w:r>
            <w:r>
              <w:rPr>
                <w:sz w:val="16"/>
              </w:rPr>
              <w:br/>
              <w:t xml:space="preserve">☐ </w:t>
            </w:r>
            <w:r w:rsidRPr="00B22E55">
              <w:rPr>
                <w:sz w:val="16"/>
              </w:rPr>
              <w:t>Registered Skills Programme</w:t>
            </w:r>
            <w:r>
              <w:rPr>
                <w:sz w:val="16"/>
              </w:rPr>
              <w:br/>
              <w:t xml:space="preserve">☐ </w:t>
            </w:r>
            <w:r w:rsidRPr="00B22E55">
              <w:rPr>
                <w:sz w:val="16"/>
              </w:rPr>
              <w:t>Unregistered Programme</w:t>
            </w:r>
          </w:p>
        </w:tc>
        <w:tc>
          <w:tcPr>
            <w:tcW w:w="1782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shd w:val="clear" w:color="auto" w:fill="F3F1ED"/>
            <w:vAlign w:val="center"/>
          </w:tcPr>
          <w:p w14:paraId="6A1FD3F9" w14:textId="00751A67" w:rsidR="00A1078B" w:rsidRDefault="00A1078B" w:rsidP="00A1078B">
            <w:pPr>
              <w:spacing w:after="0"/>
              <w:rPr>
                <w:b/>
                <w:color w:val="AD0049"/>
                <w:sz w:val="16"/>
              </w:rPr>
            </w:pPr>
            <w:r>
              <w:rPr>
                <w:b/>
                <w:color w:val="AD0049"/>
                <w:sz w:val="16"/>
              </w:rPr>
              <w:t>If IT programmes are selected</w:t>
            </w:r>
          </w:p>
        </w:tc>
        <w:tc>
          <w:tcPr>
            <w:tcW w:w="3325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shd w:val="clear" w:color="auto" w:fill="FFFFFF"/>
            <w:vAlign w:val="center"/>
          </w:tcPr>
          <w:p w14:paraId="27828B61" w14:textId="77777777" w:rsidR="00A1078B" w:rsidRDefault="00A1078B" w:rsidP="00A1078B">
            <w:pPr>
              <w:spacing w:after="0"/>
              <w:rPr>
                <w:sz w:val="16"/>
              </w:rPr>
            </w:pPr>
            <w:r>
              <w:rPr>
                <w:sz w:val="16"/>
              </w:rPr>
              <w:t xml:space="preserve">☐ </w:t>
            </w:r>
            <w:r w:rsidRPr="00B22E55">
              <w:rPr>
                <w:sz w:val="16"/>
              </w:rPr>
              <w:t>Full SAQA Registered Qualification</w:t>
            </w:r>
          </w:p>
          <w:p w14:paraId="6213D856" w14:textId="64D5B830" w:rsidR="00A1078B" w:rsidRPr="00A1078B" w:rsidRDefault="00A1078B" w:rsidP="00A1078B">
            <w:pPr>
              <w:spacing w:after="0"/>
              <w:rPr>
                <w:sz w:val="16"/>
              </w:rPr>
            </w:pPr>
            <w:r>
              <w:rPr>
                <w:sz w:val="16"/>
              </w:rPr>
              <w:t xml:space="preserve">☐ </w:t>
            </w:r>
            <w:r w:rsidRPr="00A1078B">
              <w:rPr>
                <w:sz w:val="16"/>
              </w:rPr>
              <w:t>Not SAQA registered</w:t>
            </w:r>
          </w:p>
        </w:tc>
      </w:tr>
      <w:tr w:rsidR="00A1078B" w14:paraId="6A8BFFE8" w14:textId="77777777" w:rsidTr="001F6468">
        <w:trPr>
          <w:cantSplit/>
        </w:trPr>
        <w:tc>
          <w:tcPr>
            <w:tcW w:w="2537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shd w:val="clear" w:color="auto" w:fill="F3F1ED"/>
            <w:vAlign w:val="center"/>
          </w:tcPr>
          <w:p w14:paraId="50C96445" w14:textId="2765BDBB" w:rsidR="00A1078B" w:rsidRDefault="00A1078B" w:rsidP="00A1078B">
            <w:pPr>
              <w:spacing w:after="0"/>
              <w:rPr>
                <w:b/>
                <w:color w:val="AD0049"/>
                <w:sz w:val="16"/>
              </w:rPr>
            </w:pPr>
            <w:r>
              <w:rPr>
                <w:b/>
                <w:color w:val="AD0049"/>
                <w:sz w:val="16"/>
              </w:rPr>
              <w:t>Total programmes / courses</w:t>
            </w:r>
            <w:r w:rsidR="00C45369">
              <w:rPr>
                <w:b/>
                <w:color w:val="AD0049"/>
                <w:sz w:val="16"/>
              </w:rPr>
              <w:t xml:space="preserve"> applied for</w:t>
            </w:r>
          </w:p>
        </w:tc>
        <w:tc>
          <w:tcPr>
            <w:tcW w:w="3158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shd w:val="clear" w:color="auto" w:fill="FFFFFF"/>
            <w:vAlign w:val="center"/>
          </w:tcPr>
          <w:p w14:paraId="59188F2B" w14:textId="04284F0A" w:rsidR="00A1078B" w:rsidRDefault="00A1078B" w:rsidP="00A1078B">
            <w:pPr>
              <w:spacing w:after="0"/>
              <w:rPr>
                <w:sz w:val="16"/>
              </w:rPr>
            </w:pPr>
          </w:p>
        </w:tc>
        <w:tc>
          <w:tcPr>
            <w:tcW w:w="1782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shd w:val="clear" w:color="auto" w:fill="F3F1ED"/>
            <w:vAlign w:val="center"/>
          </w:tcPr>
          <w:p w14:paraId="1E39583D" w14:textId="177B7E45" w:rsidR="00A1078B" w:rsidRDefault="00A1078B" w:rsidP="00A1078B">
            <w:pPr>
              <w:spacing w:after="0"/>
              <w:rPr>
                <w:b/>
                <w:color w:val="AD0049"/>
                <w:sz w:val="16"/>
              </w:rPr>
            </w:pPr>
            <w:r>
              <w:rPr>
                <w:b/>
                <w:color w:val="AD0049"/>
                <w:sz w:val="16"/>
              </w:rPr>
              <w:t>Total amount requested</w:t>
            </w:r>
            <w:r w:rsidR="00C45369">
              <w:rPr>
                <w:b/>
                <w:color w:val="AD0049"/>
                <w:sz w:val="16"/>
              </w:rPr>
              <w:t xml:space="preserve"> (R)</w:t>
            </w:r>
          </w:p>
        </w:tc>
        <w:tc>
          <w:tcPr>
            <w:tcW w:w="3325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shd w:val="clear" w:color="auto" w:fill="FFFFFF"/>
            <w:vAlign w:val="center"/>
          </w:tcPr>
          <w:p w14:paraId="18FADA0E" w14:textId="05C6389B" w:rsidR="00A1078B" w:rsidRDefault="00A1078B" w:rsidP="00A1078B">
            <w:pPr>
              <w:spacing w:after="0"/>
            </w:pPr>
          </w:p>
        </w:tc>
      </w:tr>
    </w:tbl>
    <w:p w14:paraId="4AFFFCD4" w14:textId="77777777" w:rsidR="007F76DA" w:rsidRDefault="007F76DA">
      <w:pPr>
        <w:spacing w:after="60"/>
        <w:sectPr w:rsidR="007F76DA" w:rsidSect="001F6468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794" w:right="567" w:bottom="794" w:left="567" w:header="720" w:footer="720" w:gutter="0"/>
          <w:cols w:space="720"/>
          <w:formProt w:val="0"/>
          <w:docGrid w:linePitch="360"/>
        </w:sectPr>
      </w:pPr>
    </w:p>
    <w:tbl>
      <w:tblPr>
        <w:tblW w:w="15804" w:type="dxa"/>
        <w:tblInd w:w="-294" w:type="dxa"/>
        <w:tblLayout w:type="fixed"/>
        <w:tblCellMar>
          <w:top w:w="70" w:type="dxa"/>
          <w:left w:w="90" w:type="dxa"/>
          <w:bottom w:w="70" w:type="dxa"/>
          <w:right w:w="90" w:type="dxa"/>
        </w:tblCellMar>
        <w:tblLook w:val="04A0" w:firstRow="1" w:lastRow="0" w:firstColumn="1" w:lastColumn="0" w:noHBand="0" w:noVBand="1"/>
      </w:tblPr>
      <w:tblGrid>
        <w:gridCol w:w="1035"/>
        <w:gridCol w:w="14769"/>
      </w:tblGrid>
      <w:tr w:rsidR="007F76DA" w14:paraId="1D6ECBBE" w14:textId="77777777" w:rsidTr="001F6468">
        <w:trPr>
          <w:cantSplit/>
        </w:trPr>
        <w:tc>
          <w:tcPr>
            <w:tcW w:w="1035" w:type="dxa"/>
            <w:shd w:val="clear" w:color="auto" w:fill="AD0049"/>
            <w:vAlign w:val="center"/>
          </w:tcPr>
          <w:p w14:paraId="599322B0" w14:textId="77777777" w:rsidR="007F76DA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20"/>
              </w:rPr>
              <w:lastRenderedPageBreak/>
              <w:t>2</w:t>
            </w:r>
          </w:p>
        </w:tc>
        <w:tc>
          <w:tcPr>
            <w:tcW w:w="14769" w:type="dxa"/>
            <w:shd w:val="clear" w:color="auto" w:fill="D9B26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69353" w14:textId="7D7E8AB6" w:rsidR="00B80360" w:rsidRPr="00B80360" w:rsidRDefault="00000000">
            <w:pPr>
              <w:spacing w:after="0"/>
              <w:rPr>
                <w:i/>
                <w:color w:val="666666"/>
                <w:sz w:val="15"/>
              </w:rPr>
            </w:pPr>
            <w:r>
              <w:rPr>
                <w:b/>
                <w:color w:val="AD0049"/>
                <w:sz w:val="20"/>
              </w:rPr>
              <w:t>Programme, Beneficiary and Funding Details</w:t>
            </w:r>
            <w:r>
              <w:rPr>
                <w:b/>
                <w:color w:val="AD0049"/>
                <w:sz w:val="20"/>
              </w:rPr>
              <w:br/>
            </w:r>
            <w:r w:rsidRPr="0012279F">
              <w:rPr>
                <w:i/>
                <w:color w:val="666666"/>
                <w:sz w:val="15"/>
              </w:rPr>
              <w:t>Complete one row for each programme/course. Add rows in Word where required. Complete fields as applicable.</w:t>
            </w:r>
          </w:p>
        </w:tc>
      </w:tr>
    </w:tbl>
    <w:p w14:paraId="3E8B03C7" w14:textId="77777777" w:rsidR="007F76DA" w:rsidRDefault="007F76DA">
      <w:pPr>
        <w:spacing w:after="0" w:line="100" w:lineRule="exact"/>
      </w:pPr>
    </w:p>
    <w:tbl>
      <w:tblPr>
        <w:tblW w:w="15776" w:type="dxa"/>
        <w:tblInd w:w="-279" w:type="dxa"/>
        <w:tblLayout w:type="fixed"/>
        <w:tblCellMar>
          <w:top w:w="100" w:type="dxa"/>
          <w:left w:w="120" w:type="dxa"/>
          <w:bottom w:w="100" w:type="dxa"/>
          <w:right w:w="120" w:type="dxa"/>
        </w:tblCellMar>
        <w:tblLook w:val="04A0" w:firstRow="1" w:lastRow="0" w:firstColumn="1" w:lastColumn="0" w:noHBand="0" w:noVBand="1"/>
      </w:tblPr>
      <w:tblGrid>
        <w:gridCol w:w="15776"/>
      </w:tblGrid>
      <w:tr w:rsidR="007F76DA" w14:paraId="4662F8F3" w14:textId="77777777" w:rsidTr="001F6468">
        <w:trPr>
          <w:cantSplit/>
        </w:trPr>
        <w:tc>
          <w:tcPr>
            <w:tcW w:w="15776" w:type="dxa"/>
            <w:tcBorders>
              <w:top w:val="single" w:sz="10" w:space="0" w:color="D9B262"/>
              <w:left w:val="single" w:sz="10" w:space="0" w:color="D9B262"/>
              <w:bottom w:val="single" w:sz="10" w:space="0" w:color="D9B262"/>
              <w:right w:val="single" w:sz="10" w:space="0" w:color="D9B262"/>
            </w:tcBorders>
            <w:shd w:val="clear" w:color="auto" w:fill="FFF8E8"/>
            <w:vAlign w:val="center"/>
          </w:tcPr>
          <w:p w14:paraId="0BACE518" w14:textId="77777777" w:rsidR="00316D51" w:rsidRPr="00316D51" w:rsidRDefault="00000000" w:rsidP="00316D51">
            <w:pPr>
              <w:spacing w:after="0"/>
              <w:rPr>
                <w:b/>
                <w:bCs/>
              </w:rPr>
            </w:pPr>
            <w:r w:rsidRPr="00316D51">
              <w:rPr>
                <w:b/>
                <w:bCs/>
              </w:rPr>
              <w:t>Funding caps (VAT inclusive)</w:t>
            </w:r>
          </w:p>
          <w:p w14:paraId="105B7301" w14:textId="771F6D31" w:rsidR="00316D51" w:rsidRDefault="00000000" w:rsidP="00316D51">
            <w:pPr>
              <w:pStyle w:val="ListParagraph"/>
              <w:numPr>
                <w:ilvl w:val="0"/>
                <w:numId w:val="10"/>
              </w:numPr>
              <w:spacing w:after="0"/>
              <w:ind w:left="466"/>
            </w:pPr>
            <w:r>
              <w:t xml:space="preserve">Reskilling/Upskilling: Full SAQA Registered Qualification – up to </w:t>
            </w:r>
            <w:r w:rsidRPr="00316D51">
              <w:rPr>
                <w:b/>
                <w:bCs/>
              </w:rPr>
              <w:t>R50 000</w:t>
            </w:r>
            <w:r>
              <w:t xml:space="preserve"> per learner; </w:t>
            </w:r>
          </w:p>
          <w:p w14:paraId="011DFA22" w14:textId="77777777" w:rsidR="00316D51" w:rsidRDefault="00000000" w:rsidP="00316D51">
            <w:pPr>
              <w:pStyle w:val="ListParagraph"/>
              <w:numPr>
                <w:ilvl w:val="0"/>
                <w:numId w:val="10"/>
              </w:numPr>
              <w:spacing w:after="0"/>
              <w:ind w:left="466"/>
            </w:pPr>
            <w:r>
              <w:t xml:space="preserve">Registered Skills Programme – up to </w:t>
            </w:r>
            <w:r w:rsidRPr="00316D51">
              <w:rPr>
                <w:b/>
                <w:bCs/>
              </w:rPr>
              <w:t>R30 000</w:t>
            </w:r>
            <w:r>
              <w:t xml:space="preserve"> per learner; </w:t>
            </w:r>
          </w:p>
          <w:p w14:paraId="402AEAA1" w14:textId="77777777" w:rsidR="00316D51" w:rsidRDefault="00000000" w:rsidP="00316D51">
            <w:pPr>
              <w:pStyle w:val="ListParagraph"/>
              <w:numPr>
                <w:ilvl w:val="0"/>
                <w:numId w:val="10"/>
              </w:numPr>
              <w:spacing w:after="0"/>
              <w:ind w:left="466"/>
            </w:pPr>
            <w:r>
              <w:t xml:space="preserve">Unregistered Programme – up to </w:t>
            </w:r>
            <w:r w:rsidRPr="00316D51">
              <w:rPr>
                <w:b/>
                <w:bCs/>
              </w:rPr>
              <w:t>R30 000</w:t>
            </w:r>
            <w:r>
              <w:t xml:space="preserve"> per learner.</w:t>
            </w:r>
          </w:p>
          <w:p w14:paraId="1A54D532" w14:textId="77777777" w:rsidR="00316D51" w:rsidRDefault="00000000" w:rsidP="00316D51">
            <w:pPr>
              <w:pStyle w:val="ListParagraph"/>
              <w:numPr>
                <w:ilvl w:val="0"/>
                <w:numId w:val="10"/>
              </w:numPr>
              <w:spacing w:after="0"/>
              <w:ind w:left="466"/>
            </w:pPr>
            <w:r>
              <w:t xml:space="preserve">Online Short Courses – up to </w:t>
            </w:r>
            <w:r w:rsidRPr="00316D51">
              <w:rPr>
                <w:b/>
                <w:bCs/>
              </w:rPr>
              <w:t>R4 920</w:t>
            </w:r>
            <w:r>
              <w:t xml:space="preserve"> per learner.</w:t>
            </w:r>
          </w:p>
          <w:p w14:paraId="761CB544" w14:textId="1CB301B2" w:rsidR="007F76DA" w:rsidRDefault="00000000" w:rsidP="00316D51">
            <w:pPr>
              <w:pStyle w:val="ListParagraph"/>
              <w:numPr>
                <w:ilvl w:val="0"/>
                <w:numId w:val="10"/>
              </w:numPr>
              <w:spacing w:after="0"/>
              <w:ind w:left="466"/>
            </w:pPr>
            <w:r>
              <w:t xml:space="preserve">IT Programmes (IT Skills for Workers) – up to </w:t>
            </w:r>
            <w:r w:rsidRPr="00316D51">
              <w:rPr>
                <w:b/>
                <w:bCs/>
              </w:rPr>
              <w:t>R33 166</w:t>
            </w:r>
            <w:r>
              <w:t xml:space="preserve"> per learner.</w:t>
            </w:r>
          </w:p>
        </w:tc>
      </w:tr>
    </w:tbl>
    <w:p w14:paraId="5DF556DF" w14:textId="77777777" w:rsidR="007F76DA" w:rsidRDefault="007F76DA">
      <w:pPr>
        <w:spacing w:after="0" w:line="100" w:lineRule="exact"/>
      </w:pPr>
    </w:p>
    <w:tbl>
      <w:tblPr>
        <w:tblW w:w="15790" w:type="dxa"/>
        <w:tblInd w:w="-274" w:type="dxa"/>
        <w:tblLayout w:type="fixed"/>
        <w:tblLook w:val="04A0" w:firstRow="1" w:lastRow="0" w:firstColumn="1" w:lastColumn="0" w:noHBand="0" w:noVBand="1"/>
      </w:tblPr>
      <w:tblGrid>
        <w:gridCol w:w="1120"/>
        <w:gridCol w:w="1820"/>
        <w:gridCol w:w="1792"/>
        <w:gridCol w:w="966"/>
        <w:gridCol w:w="1427"/>
        <w:gridCol w:w="980"/>
        <w:gridCol w:w="1106"/>
        <w:gridCol w:w="938"/>
        <w:gridCol w:w="910"/>
        <w:gridCol w:w="839"/>
        <w:gridCol w:w="840"/>
        <w:gridCol w:w="714"/>
        <w:gridCol w:w="1148"/>
        <w:gridCol w:w="1190"/>
      </w:tblGrid>
      <w:tr w:rsidR="001F6468" w14:paraId="4710BFD7" w14:textId="77777777" w:rsidTr="00BD0B5A">
        <w:trPr>
          <w:cantSplit/>
          <w:tblHeader/>
        </w:trPr>
        <w:tc>
          <w:tcPr>
            <w:tcW w:w="1120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shd w:val="clear" w:color="auto" w:fill="AD0049"/>
            <w:vAlign w:val="center"/>
          </w:tcPr>
          <w:p w14:paraId="699D1214" w14:textId="0BD6DE6B" w:rsidR="001F6468" w:rsidRDefault="009C6DF3">
            <w:pPr>
              <w:spacing w:after="0"/>
              <w:jc w:val="center"/>
            </w:pPr>
            <w:r>
              <w:rPr>
                <w:b/>
                <w:color w:val="FFFFFF"/>
                <w:sz w:val="14"/>
              </w:rPr>
              <w:t xml:space="preserve">Programme </w:t>
            </w:r>
            <w:r w:rsidR="001F6468">
              <w:rPr>
                <w:b/>
                <w:color w:val="FFFFFF"/>
                <w:sz w:val="14"/>
              </w:rPr>
              <w:t>Category</w:t>
            </w:r>
          </w:p>
        </w:tc>
        <w:tc>
          <w:tcPr>
            <w:tcW w:w="1820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shd w:val="clear" w:color="auto" w:fill="AD0049"/>
          </w:tcPr>
          <w:p w14:paraId="52390BF2" w14:textId="6631C302" w:rsidR="001F6468" w:rsidRDefault="001F6468" w:rsidP="000B0652">
            <w:pPr>
              <w:spacing w:after="0"/>
              <w:jc w:val="center"/>
              <w:rPr>
                <w:b/>
                <w:color w:val="FFFFFF"/>
                <w:sz w:val="14"/>
              </w:rPr>
            </w:pPr>
            <w:r>
              <w:rPr>
                <w:b/>
                <w:color w:val="FFFFFF"/>
                <w:sz w:val="14"/>
              </w:rPr>
              <w:t>For Federations/Unions Applicants indicate whether the programme is for members/own employees</w:t>
            </w:r>
          </w:p>
          <w:p w14:paraId="0CB0B1EA" w14:textId="36D1628A" w:rsidR="001F6468" w:rsidRDefault="001F6468" w:rsidP="000B0652">
            <w:pPr>
              <w:spacing w:after="0"/>
              <w:jc w:val="center"/>
              <w:rPr>
                <w:b/>
                <w:color w:val="FFFFFF"/>
                <w:sz w:val="14"/>
              </w:rPr>
            </w:pPr>
            <w:r>
              <w:rPr>
                <w:b/>
                <w:color w:val="FFFFFF"/>
                <w:sz w:val="14"/>
              </w:rPr>
              <w:t>(as applicable)</w:t>
            </w:r>
          </w:p>
        </w:tc>
        <w:tc>
          <w:tcPr>
            <w:tcW w:w="1792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shd w:val="clear" w:color="auto" w:fill="AD0049"/>
            <w:vAlign w:val="center"/>
          </w:tcPr>
          <w:p w14:paraId="49CB89FE" w14:textId="484B52B4" w:rsidR="001F6468" w:rsidRDefault="001F6468">
            <w:pPr>
              <w:spacing w:after="0"/>
              <w:jc w:val="center"/>
            </w:pPr>
            <w:r>
              <w:rPr>
                <w:b/>
                <w:color w:val="FFFFFF"/>
                <w:sz w:val="14"/>
              </w:rPr>
              <w:t>Programme / Course Name</w:t>
            </w:r>
          </w:p>
        </w:tc>
        <w:tc>
          <w:tcPr>
            <w:tcW w:w="966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shd w:val="clear" w:color="auto" w:fill="AD0049"/>
            <w:vAlign w:val="center"/>
          </w:tcPr>
          <w:p w14:paraId="2079B15D" w14:textId="77777777" w:rsidR="001F6468" w:rsidRDefault="001F6468">
            <w:pPr>
              <w:spacing w:after="0"/>
              <w:jc w:val="center"/>
            </w:pPr>
            <w:r>
              <w:rPr>
                <w:b/>
                <w:color w:val="FFFFFF"/>
                <w:sz w:val="14"/>
              </w:rPr>
              <w:t>SAQA Code</w:t>
            </w:r>
            <w:r>
              <w:rPr>
                <w:b/>
                <w:color w:val="FFFFFF"/>
                <w:sz w:val="14"/>
              </w:rPr>
              <w:br/>
              <w:t>(as applicable)</w:t>
            </w:r>
          </w:p>
        </w:tc>
        <w:tc>
          <w:tcPr>
            <w:tcW w:w="1427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shd w:val="clear" w:color="auto" w:fill="AD0049"/>
            <w:vAlign w:val="center"/>
          </w:tcPr>
          <w:p w14:paraId="7795F953" w14:textId="7C93BF2E" w:rsidR="001F6468" w:rsidRPr="00CF506B" w:rsidRDefault="001F6468" w:rsidP="00CF506B">
            <w:pPr>
              <w:spacing w:after="0"/>
              <w:jc w:val="center"/>
              <w:rPr>
                <w:b/>
                <w:color w:val="FFFFFF"/>
                <w:sz w:val="14"/>
              </w:rPr>
            </w:pPr>
            <w:r>
              <w:rPr>
                <w:b/>
                <w:color w:val="FFFFFF"/>
                <w:sz w:val="14"/>
              </w:rPr>
              <w:t>Provider Name (if available at time of application)</w:t>
            </w:r>
          </w:p>
        </w:tc>
        <w:tc>
          <w:tcPr>
            <w:tcW w:w="980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shd w:val="clear" w:color="auto" w:fill="AD0049"/>
            <w:vAlign w:val="center"/>
          </w:tcPr>
          <w:p w14:paraId="4F8ADC5D" w14:textId="336FC6CC" w:rsidR="001F6468" w:rsidRDefault="001F6468">
            <w:pPr>
              <w:spacing w:after="0"/>
              <w:jc w:val="center"/>
            </w:pPr>
            <w:r>
              <w:rPr>
                <w:b/>
                <w:color w:val="FFFFFF"/>
                <w:sz w:val="14"/>
              </w:rPr>
              <w:t>Provider Accreditation Number</w:t>
            </w:r>
            <w:r>
              <w:rPr>
                <w:b/>
                <w:color w:val="FFFFFF"/>
                <w:sz w:val="14"/>
              </w:rPr>
              <w:br/>
              <w:t>(as applicable)</w:t>
            </w:r>
          </w:p>
        </w:tc>
        <w:tc>
          <w:tcPr>
            <w:tcW w:w="1106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shd w:val="clear" w:color="auto" w:fill="AD0049"/>
            <w:vAlign w:val="center"/>
          </w:tcPr>
          <w:p w14:paraId="1D34B554" w14:textId="17648E56" w:rsidR="001F6468" w:rsidRDefault="001F6468">
            <w:pPr>
              <w:spacing w:after="0"/>
              <w:jc w:val="center"/>
            </w:pPr>
            <w:r>
              <w:rPr>
                <w:b/>
                <w:color w:val="FFFFFF"/>
                <w:sz w:val="14"/>
              </w:rPr>
              <w:t>Online Training Platform</w:t>
            </w:r>
            <w:r>
              <w:rPr>
                <w:b/>
                <w:color w:val="FFFFFF"/>
                <w:sz w:val="14"/>
              </w:rPr>
              <w:br/>
              <w:t>(as applicable)</w:t>
            </w:r>
          </w:p>
        </w:tc>
        <w:tc>
          <w:tcPr>
            <w:tcW w:w="938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shd w:val="clear" w:color="auto" w:fill="AD0049"/>
            <w:vAlign w:val="center"/>
          </w:tcPr>
          <w:p w14:paraId="0A1D0D51" w14:textId="345F1389" w:rsidR="001F6468" w:rsidRDefault="001F6468">
            <w:pPr>
              <w:spacing w:after="0"/>
              <w:jc w:val="center"/>
            </w:pPr>
            <w:r>
              <w:rPr>
                <w:b/>
                <w:color w:val="FFFFFF"/>
                <w:sz w:val="14"/>
              </w:rPr>
              <w:t>OFO Cod</w:t>
            </w:r>
            <w:r w:rsidR="00112F8B">
              <w:rPr>
                <w:b/>
                <w:color w:val="FFFFFF"/>
                <w:sz w:val="14"/>
              </w:rPr>
              <w:t>e</w:t>
            </w:r>
            <w:r>
              <w:rPr>
                <w:b/>
                <w:color w:val="FFFFFF"/>
                <w:sz w:val="14"/>
              </w:rPr>
              <w:t xml:space="preserve"> Per list provided</w:t>
            </w:r>
            <w:r>
              <w:rPr>
                <w:b/>
                <w:color w:val="FFFFFF"/>
                <w:sz w:val="14"/>
              </w:rPr>
              <w:br/>
              <w:t>(as applicable)</w:t>
            </w:r>
          </w:p>
        </w:tc>
        <w:tc>
          <w:tcPr>
            <w:tcW w:w="910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shd w:val="clear" w:color="auto" w:fill="AD0049"/>
            <w:vAlign w:val="center"/>
          </w:tcPr>
          <w:p w14:paraId="17949FF0" w14:textId="77777777" w:rsidR="001F6468" w:rsidRDefault="001F6468">
            <w:pPr>
              <w:spacing w:after="0"/>
              <w:jc w:val="center"/>
            </w:pPr>
            <w:r>
              <w:rPr>
                <w:b/>
                <w:color w:val="FFFFFF"/>
                <w:sz w:val="14"/>
              </w:rPr>
              <w:t>Start Date</w:t>
            </w:r>
          </w:p>
        </w:tc>
        <w:tc>
          <w:tcPr>
            <w:tcW w:w="839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shd w:val="clear" w:color="auto" w:fill="AD0049"/>
            <w:vAlign w:val="center"/>
          </w:tcPr>
          <w:p w14:paraId="3BC886EA" w14:textId="77777777" w:rsidR="001F6468" w:rsidRDefault="001F6468">
            <w:pPr>
              <w:spacing w:after="0"/>
              <w:jc w:val="center"/>
            </w:pPr>
            <w:r>
              <w:rPr>
                <w:b/>
                <w:color w:val="FFFFFF"/>
                <w:sz w:val="14"/>
              </w:rPr>
              <w:t>End Date</w:t>
            </w:r>
          </w:p>
        </w:tc>
        <w:tc>
          <w:tcPr>
            <w:tcW w:w="840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shd w:val="clear" w:color="auto" w:fill="AD0049"/>
          </w:tcPr>
          <w:p w14:paraId="4D8291D6" w14:textId="3C77576F" w:rsidR="001F6468" w:rsidRDefault="001F6468">
            <w:pPr>
              <w:spacing w:after="0"/>
              <w:jc w:val="center"/>
              <w:rPr>
                <w:b/>
                <w:color w:val="FFFFFF"/>
                <w:sz w:val="14"/>
              </w:rPr>
            </w:pPr>
            <w:r>
              <w:rPr>
                <w:b/>
                <w:color w:val="FFFFFF"/>
                <w:sz w:val="14"/>
              </w:rPr>
              <w:t>Duration of Actual Training (months/days)</w:t>
            </w:r>
          </w:p>
        </w:tc>
        <w:tc>
          <w:tcPr>
            <w:tcW w:w="714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shd w:val="clear" w:color="auto" w:fill="AD0049"/>
            <w:vAlign w:val="center"/>
          </w:tcPr>
          <w:p w14:paraId="16EC98DA" w14:textId="0977A1B0" w:rsidR="001F6468" w:rsidRDefault="001F6468">
            <w:pPr>
              <w:spacing w:after="0"/>
              <w:jc w:val="center"/>
            </w:pPr>
            <w:r>
              <w:rPr>
                <w:b/>
                <w:color w:val="FFFFFF"/>
                <w:sz w:val="14"/>
              </w:rPr>
              <w:t>No. of Beneficiaries</w:t>
            </w:r>
          </w:p>
        </w:tc>
        <w:tc>
          <w:tcPr>
            <w:tcW w:w="1148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shd w:val="clear" w:color="auto" w:fill="AD0049"/>
            <w:vAlign w:val="center"/>
          </w:tcPr>
          <w:p w14:paraId="0DB08E82" w14:textId="77777777" w:rsidR="001F6468" w:rsidRDefault="001F6468">
            <w:pPr>
              <w:spacing w:after="0"/>
              <w:jc w:val="center"/>
            </w:pPr>
            <w:r>
              <w:rPr>
                <w:b/>
                <w:color w:val="FFFFFF"/>
                <w:sz w:val="14"/>
              </w:rPr>
              <w:t>Cost per Learner</w:t>
            </w:r>
            <w:r>
              <w:rPr>
                <w:b/>
                <w:color w:val="FFFFFF"/>
                <w:sz w:val="14"/>
              </w:rPr>
              <w:br/>
              <w:t>(R)</w:t>
            </w:r>
          </w:p>
        </w:tc>
        <w:tc>
          <w:tcPr>
            <w:tcW w:w="1190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shd w:val="clear" w:color="auto" w:fill="AD0049"/>
            <w:vAlign w:val="center"/>
          </w:tcPr>
          <w:p w14:paraId="4957C441" w14:textId="77777777" w:rsidR="001F6468" w:rsidRDefault="001F6468">
            <w:pPr>
              <w:spacing w:after="0"/>
              <w:jc w:val="center"/>
            </w:pPr>
            <w:r>
              <w:rPr>
                <w:b/>
                <w:color w:val="FFFFFF"/>
                <w:sz w:val="14"/>
              </w:rPr>
              <w:t>Total Requested</w:t>
            </w:r>
            <w:r>
              <w:rPr>
                <w:b/>
                <w:color w:val="FFFFFF"/>
                <w:sz w:val="14"/>
              </w:rPr>
              <w:br/>
              <w:t>(R)</w:t>
            </w:r>
          </w:p>
        </w:tc>
      </w:tr>
      <w:tr w:rsidR="001F6468" w14:paraId="5C651C80" w14:textId="77777777" w:rsidTr="00BD0B5A">
        <w:trPr>
          <w:cantSplit/>
        </w:trPr>
        <w:tc>
          <w:tcPr>
            <w:tcW w:w="1120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vAlign w:val="center"/>
          </w:tcPr>
          <w:p w14:paraId="5322D1E6" w14:textId="77777777" w:rsidR="001F6468" w:rsidRDefault="001F6468">
            <w:pPr>
              <w:spacing w:after="0"/>
              <w:jc w:val="center"/>
            </w:pPr>
          </w:p>
        </w:tc>
        <w:tc>
          <w:tcPr>
            <w:tcW w:w="1820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</w:tcPr>
          <w:p w14:paraId="0A83B906" w14:textId="77777777" w:rsidR="001F6468" w:rsidRDefault="001F6468">
            <w:pPr>
              <w:spacing w:after="0"/>
              <w:jc w:val="center"/>
            </w:pPr>
          </w:p>
        </w:tc>
        <w:tc>
          <w:tcPr>
            <w:tcW w:w="1792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vAlign w:val="center"/>
          </w:tcPr>
          <w:p w14:paraId="79DB456F" w14:textId="71A60E69" w:rsidR="001F6468" w:rsidRDefault="001F6468">
            <w:pPr>
              <w:spacing w:after="0"/>
              <w:jc w:val="center"/>
            </w:pPr>
          </w:p>
        </w:tc>
        <w:tc>
          <w:tcPr>
            <w:tcW w:w="966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vAlign w:val="center"/>
          </w:tcPr>
          <w:p w14:paraId="6C03AE34" w14:textId="77777777" w:rsidR="001F6468" w:rsidRDefault="001F6468">
            <w:pPr>
              <w:spacing w:after="0"/>
              <w:jc w:val="center"/>
            </w:pPr>
          </w:p>
        </w:tc>
        <w:tc>
          <w:tcPr>
            <w:tcW w:w="1427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vAlign w:val="center"/>
          </w:tcPr>
          <w:p w14:paraId="643EFCE5" w14:textId="77777777" w:rsidR="001F6468" w:rsidRDefault="001F6468">
            <w:pPr>
              <w:spacing w:after="0"/>
              <w:jc w:val="center"/>
            </w:pPr>
          </w:p>
        </w:tc>
        <w:tc>
          <w:tcPr>
            <w:tcW w:w="980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vAlign w:val="center"/>
          </w:tcPr>
          <w:p w14:paraId="5F78CEB5" w14:textId="77777777" w:rsidR="001F6468" w:rsidRDefault="001F6468">
            <w:pPr>
              <w:spacing w:after="0"/>
              <w:jc w:val="center"/>
            </w:pPr>
          </w:p>
        </w:tc>
        <w:tc>
          <w:tcPr>
            <w:tcW w:w="1106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vAlign w:val="center"/>
          </w:tcPr>
          <w:p w14:paraId="389ED6B6" w14:textId="77777777" w:rsidR="001F6468" w:rsidRDefault="001F6468">
            <w:pPr>
              <w:spacing w:after="0"/>
              <w:jc w:val="center"/>
            </w:pPr>
          </w:p>
        </w:tc>
        <w:tc>
          <w:tcPr>
            <w:tcW w:w="938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vAlign w:val="center"/>
          </w:tcPr>
          <w:p w14:paraId="409FDF9B" w14:textId="77777777" w:rsidR="001F6468" w:rsidRDefault="001F6468">
            <w:pPr>
              <w:spacing w:after="0"/>
              <w:jc w:val="center"/>
            </w:pPr>
          </w:p>
        </w:tc>
        <w:tc>
          <w:tcPr>
            <w:tcW w:w="910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vAlign w:val="center"/>
          </w:tcPr>
          <w:p w14:paraId="50520ED4" w14:textId="77777777" w:rsidR="001F6468" w:rsidRDefault="001F6468">
            <w:pPr>
              <w:spacing w:after="0"/>
              <w:jc w:val="center"/>
            </w:pPr>
          </w:p>
        </w:tc>
        <w:tc>
          <w:tcPr>
            <w:tcW w:w="839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vAlign w:val="center"/>
          </w:tcPr>
          <w:p w14:paraId="770FCCD4" w14:textId="77777777" w:rsidR="001F6468" w:rsidRDefault="001F6468">
            <w:pPr>
              <w:spacing w:after="0"/>
              <w:jc w:val="center"/>
            </w:pPr>
          </w:p>
        </w:tc>
        <w:tc>
          <w:tcPr>
            <w:tcW w:w="840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</w:tcPr>
          <w:p w14:paraId="16460E07" w14:textId="77777777" w:rsidR="001F6468" w:rsidRDefault="001F6468">
            <w:pPr>
              <w:spacing w:after="0"/>
              <w:jc w:val="center"/>
            </w:pPr>
          </w:p>
        </w:tc>
        <w:tc>
          <w:tcPr>
            <w:tcW w:w="714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vAlign w:val="center"/>
          </w:tcPr>
          <w:p w14:paraId="3431DDD9" w14:textId="2521A1B9" w:rsidR="001F6468" w:rsidRDefault="001F6468">
            <w:pPr>
              <w:spacing w:after="0"/>
              <w:jc w:val="center"/>
            </w:pPr>
          </w:p>
        </w:tc>
        <w:tc>
          <w:tcPr>
            <w:tcW w:w="1148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vAlign w:val="center"/>
          </w:tcPr>
          <w:p w14:paraId="781898FB" w14:textId="77777777" w:rsidR="001F6468" w:rsidRDefault="001F6468">
            <w:pPr>
              <w:spacing w:after="0"/>
              <w:jc w:val="center"/>
            </w:pPr>
            <w:r>
              <w:rPr>
                <w:sz w:val="16"/>
              </w:rPr>
              <w:t>R</w:t>
            </w:r>
          </w:p>
        </w:tc>
        <w:tc>
          <w:tcPr>
            <w:tcW w:w="1190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vAlign w:val="center"/>
          </w:tcPr>
          <w:p w14:paraId="62B1DC81" w14:textId="77777777" w:rsidR="001F6468" w:rsidRDefault="001F6468">
            <w:pPr>
              <w:spacing w:after="0"/>
              <w:jc w:val="center"/>
            </w:pPr>
            <w:r>
              <w:rPr>
                <w:sz w:val="16"/>
              </w:rPr>
              <w:t>R</w:t>
            </w:r>
          </w:p>
        </w:tc>
      </w:tr>
      <w:tr w:rsidR="001F6468" w14:paraId="3F7BEA57" w14:textId="77777777" w:rsidTr="00BD0B5A">
        <w:trPr>
          <w:cantSplit/>
        </w:trPr>
        <w:tc>
          <w:tcPr>
            <w:tcW w:w="1120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vAlign w:val="center"/>
          </w:tcPr>
          <w:p w14:paraId="4CD35594" w14:textId="77777777" w:rsidR="001F6468" w:rsidRDefault="001F6468">
            <w:pPr>
              <w:spacing w:after="0"/>
              <w:jc w:val="center"/>
            </w:pPr>
          </w:p>
        </w:tc>
        <w:tc>
          <w:tcPr>
            <w:tcW w:w="1820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</w:tcPr>
          <w:p w14:paraId="7E127A93" w14:textId="77777777" w:rsidR="001F6468" w:rsidRDefault="001F6468">
            <w:pPr>
              <w:spacing w:after="0"/>
              <w:jc w:val="center"/>
            </w:pPr>
          </w:p>
        </w:tc>
        <w:tc>
          <w:tcPr>
            <w:tcW w:w="1792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vAlign w:val="center"/>
          </w:tcPr>
          <w:p w14:paraId="6286E5FB" w14:textId="7A5DDDCA" w:rsidR="001F6468" w:rsidRDefault="001F6468">
            <w:pPr>
              <w:spacing w:after="0"/>
              <w:jc w:val="center"/>
            </w:pPr>
          </w:p>
        </w:tc>
        <w:tc>
          <w:tcPr>
            <w:tcW w:w="966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vAlign w:val="center"/>
          </w:tcPr>
          <w:p w14:paraId="6C31B881" w14:textId="77777777" w:rsidR="001F6468" w:rsidRDefault="001F6468">
            <w:pPr>
              <w:spacing w:after="0"/>
              <w:jc w:val="center"/>
            </w:pPr>
          </w:p>
        </w:tc>
        <w:tc>
          <w:tcPr>
            <w:tcW w:w="1427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vAlign w:val="center"/>
          </w:tcPr>
          <w:p w14:paraId="4A802366" w14:textId="77777777" w:rsidR="001F6468" w:rsidRDefault="001F6468">
            <w:pPr>
              <w:spacing w:after="0"/>
              <w:jc w:val="center"/>
            </w:pPr>
          </w:p>
        </w:tc>
        <w:tc>
          <w:tcPr>
            <w:tcW w:w="980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vAlign w:val="center"/>
          </w:tcPr>
          <w:p w14:paraId="30DAE7AF" w14:textId="77777777" w:rsidR="001F6468" w:rsidRDefault="001F6468">
            <w:pPr>
              <w:spacing w:after="0"/>
              <w:jc w:val="center"/>
            </w:pPr>
          </w:p>
        </w:tc>
        <w:tc>
          <w:tcPr>
            <w:tcW w:w="1106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vAlign w:val="center"/>
          </w:tcPr>
          <w:p w14:paraId="58F6E011" w14:textId="77777777" w:rsidR="001F6468" w:rsidRDefault="001F6468">
            <w:pPr>
              <w:spacing w:after="0"/>
              <w:jc w:val="center"/>
            </w:pPr>
          </w:p>
        </w:tc>
        <w:tc>
          <w:tcPr>
            <w:tcW w:w="938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vAlign w:val="center"/>
          </w:tcPr>
          <w:p w14:paraId="11FECE8F" w14:textId="77777777" w:rsidR="001F6468" w:rsidRDefault="001F6468">
            <w:pPr>
              <w:spacing w:after="0"/>
              <w:jc w:val="center"/>
            </w:pPr>
          </w:p>
        </w:tc>
        <w:tc>
          <w:tcPr>
            <w:tcW w:w="910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vAlign w:val="center"/>
          </w:tcPr>
          <w:p w14:paraId="77470A61" w14:textId="77777777" w:rsidR="001F6468" w:rsidRDefault="001F6468">
            <w:pPr>
              <w:spacing w:after="0"/>
              <w:jc w:val="center"/>
            </w:pPr>
          </w:p>
        </w:tc>
        <w:tc>
          <w:tcPr>
            <w:tcW w:w="839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vAlign w:val="center"/>
          </w:tcPr>
          <w:p w14:paraId="7B66218C" w14:textId="77777777" w:rsidR="001F6468" w:rsidRDefault="001F6468">
            <w:pPr>
              <w:spacing w:after="0"/>
              <w:jc w:val="center"/>
            </w:pPr>
          </w:p>
        </w:tc>
        <w:tc>
          <w:tcPr>
            <w:tcW w:w="840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</w:tcPr>
          <w:p w14:paraId="2036D740" w14:textId="77777777" w:rsidR="001F6468" w:rsidRDefault="001F6468">
            <w:pPr>
              <w:spacing w:after="0"/>
              <w:jc w:val="center"/>
            </w:pPr>
          </w:p>
        </w:tc>
        <w:tc>
          <w:tcPr>
            <w:tcW w:w="714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vAlign w:val="center"/>
          </w:tcPr>
          <w:p w14:paraId="1821F0DF" w14:textId="1894D187" w:rsidR="001F6468" w:rsidRDefault="001F6468">
            <w:pPr>
              <w:spacing w:after="0"/>
              <w:jc w:val="center"/>
            </w:pPr>
          </w:p>
        </w:tc>
        <w:tc>
          <w:tcPr>
            <w:tcW w:w="1148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vAlign w:val="center"/>
          </w:tcPr>
          <w:p w14:paraId="69225BF9" w14:textId="77777777" w:rsidR="001F6468" w:rsidRDefault="001F6468">
            <w:pPr>
              <w:spacing w:after="0"/>
              <w:jc w:val="center"/>
            </w:pPr>
            <w:r>
              <w:rPr>
                <w:sz w:val="16"/>
              </w:rPr>
              <w:t>R</w:t>
            </w:r>
          </w:p>
        </w:tc>
        <w:tc>
          <w:tcPr>
            <w:tcW w:w="1190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vAlign w:val="center"/>
          </w:tcPr>
          <w:p w14:paraId="662F4BCD" w14:textId="77777777" w:rsidR="001F6468" w:rsidRDefault="001F6468">
            <w:pPr>
              <w:spacing w:after="0"/>
              <w:jc w:val="center"/>
            </w:pPr>
            <w:r>
              <w:rPr>
                <w:sz w:val="16"/>
              </w:rPr>
              <w:t>R</w:t>
            </w:r>
          </w:p>
        </w:tc>
      </w:tr>
      <w:tr w:rsidR="001F6468" w14:paraId="6FCC8DBD" w14:textId="77777777" w:rsidTr="00BD0B5A">
        <w:trPr>
          <w:cantSplit/>
        </w:trPr>
        <w:tc>
          <w:tcPr>
            <w:tcW w:w="1120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vAlign w:val="center"/>
          </w:tcPr>
          <w:p w14:paraId="32221C2B" w14:textId="77777777" w:rsidR="001F6468" w:rsidRDefault="001F6468">
            <w:pPr>
              <w:spacing w:after="0"/>
              <w:jc w:val="center"/>
            </w:pPr>
          </w:p>
        </w:tc>
        <w:tc>
          <w:tcPr>
            <w:tcW w:w="1820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</w:tcPr>
          <w:p w14:paraId="5224CDEA" w14:textId="77777777" w:rsidR="001F6468" w:rsidRDefault="001F6468">
            <w:pPr>
              <w:spacing w:after="0"/>
              <w:jc w:val="center"/>
            </w:pPr>
          </w:p>
        </w:tc>
        <w:tc>
          <w:tcPr>
            <w:tcW w:w="1792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vAlign w:val="center"/>
          </w:tcPr>
          <w:p w14:paraId="619F75E3" w14:textId="25F564B2" w:rsidR="001F6468" w:rsidRDefault="001F6468">
            <w:pPr>
              <w:spacing w:after="0"/>
              <w:jc w:val="center"/>
            </w:pPr>
          </w:p>
        </w:tc>
        <w:tc>
          <w:tcPr>
            <w:tcW w:w="966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vAlign w:val="center"/>
          </w:tcPr>
          <w:p w14:paraId="3D7A5E41" w14:textId="77777777" w:rsidR="001F6468" w:rsidRDefault="001F6468">
            <w:pPr>
              <w:spacing w:after="0"/>
              <w:jc w:val="center"/>
            </w:pPr>
          </w:p>
        </w:tc>
        <w:tc>
          <w:tcPr>
            <w:tcW w:w="1427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vAlign w:val="center"/>
          </w:tcPr>
          <w:p w14:paraId="1A7EC6D2" w14:textId="77777777" w:rsidR="001F6468" w:rsidRDefault="001F6468">
            <w:pPr>
              <w:spacing w:after="0"/>
              <w:jc w:val="center"/>
            </w:pPr>
          </w:p>
        </w:tc>
        <w:tc>
          <w:tcPr>
            <w:tcW w:w="980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vAlign w:val="center"/>
          </w:tcPr>
          <w:p w14:paraId="0C9E2CA6" w14:textId="77777777" w:rsidR="001F6468" w:rsidRDefault="001F6468">
            <w:pPr>
              <w:spacing w:after="0"/>
              <w:jc w:val="center"/>
            </w:pPr>
          </w:p>
        </w:tc>
        <w:tc>
          <w:tcPr>
            <w:tcW w:w="1106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vAlign w:val="center"/>
          </w:tcPr>
          <w:p w14:paraId="2B23A549" w14:textId="77777777" w:rsidR="001F6468" w:rsidRDefault="001F6468">
            <w:pPr>
              <w:spacing w:after="0"/>
              <w:jc w:val="center"/>
            </w:pPr>
          </w:p>
        </w:tc>
        <w:tc>
          <w:tcPr>
            <w:tcW w:w="938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vAlign w:val="center"/>
          </w:tcPr>
          <w:p w14:paraId="1188B837" w14:textId="77777777" w:rsidR="001F6468" w:rsidRDefault="001F6468">
            <w:pPr>
              <w:spacing w:after="0"/>
              <w:jc w:val="center"/>
            </w:pPr>
          </w:p>
        </w:tc>
        <w:tc>
          <w:tcPr>
            <w:tcW w:w="910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vAlign w:val="center"/>
          </w:tcPr>
          <w:p w14:paraId="450FCF87" w14:textId="77777777" w:rsidR="001F6468" w:rsidRDefault="001F6468">
            <w:pPr>
              <w:spacing w:after="0"/>
              <w:jc w:val="center"/>
            </w:pPr>
          </w:p>
        </w:tc>
        <w:tc>
          <w:tcPr>
            <w:tcW w:w="839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vAlign w:val="center"/>
          </w:tcPr>
          <w:p w14:paraId="0A9934B4" w14:textId="77777777" w:rsidR="001F6468" w:rsidRDefault="001F6468">
            <w:pPr>
              <w:spacing w:after="0"/>
              <w:jc w:val="center"/>
            </w:pPr>
          </w:p>
        </w:tc>
        <w:tc>
          <w:tcPr>
            <w:tcW w:w="840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</w:tcPr>
          <w:p w14:paraId="74858587" w14:textId="77777777" w:rsidR="001F6468" w:rsidRDefault="001F6468">
            <w:pPr>
              <w:spacing w:after="0"/>
              <w:jc w:val="center"/>
            </w:pPr>
          </w:p>
        </w:tc>
        <w:tc>
          <w:tcPr>
            <w:tcW w:w="714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vAlign w:val="center"/>
          </w:tcPr>
          <w:p w14:paraId="32879BE2" w14:textId="72EC765B" w:rsidR="001F6468" w:rsidRDefault="001F6468">
            <w:pPr>
              <w:spacing w:after="0"/>
              <w:jc w:val="center"/>
            </w:pPr>
          </w:p>
        </w:tc>
        <w:tc>
          <w:tcPr>
            <w:tcW w:w="1148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vAlign w:val="center"/>
          </w:tcPr>
          <w:p w14:paraId="1773F350" w14:textId="77777777" w:rsidR="001F6468" w:rsidRDefault="001F6468">
            <w:pPr>
              <w:spacing w:after="0"/>
              <w:jc w:val="center"/>
            </w:pPr>
            <w:r>
              <w:rPr>
                <w:sz w:val="16"/>
              </w:rPr>
              <w:t>R</w:t>
            </w:r>
          </w:p>
        </w:tc>
        <w:tc>
          <w:tcPr>
            <w:tcW w:w="1190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vAlign w:val="center"/>
          </w:tcPr>
          <w:p w14:paraId="5649FF1B" w14:textId="77777777" w:rsidR="001F6468" w:rsidRDefault="001F6468">
            <w:pPr>
              <w:spacing w:after="0"/>
              <w:jc w:val="center"/>
            </w:pPr>
            <w:r>
              <w:rPr>
                <w:sz w:val="16"/>
              </w:rPr>
              <w:t>R</w:t>
            </w:r>
          </w:p>
        </w:tc>
      </w:tr>
      <w:tr w:rsidR="001F6468" w14:paraId="5AE9E24D" w14:textId="77777777" w:rsidTr="00BD0B5A">
        <w:trPr>
          <w:cantSplit/>
        </w:trPr>
        <w:tc>
          <w:tcPr>
            <w:tcW w:w="1120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vAlign w:val="center"/>
          </w:tcPr>
          <w:p w14:paraId="1ADC85ED" w14:textId="77777777" w:rsidR="001F6468" w:rsidRDefault="001F6468">
            <w:pPr>
              <w:spacing w:after="0"/>
              <w:jc w:val="center"/>
            </w:pPr>
          </w:p>
        </w:tc>
        <w:tc>
          <w:tcPr>
            <w:tcW w:w="1820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</w:tcPr>
          <w:p w14:paraId="371EDB87" w14:textId="77777777" w:rsidR="001F6468" w:rsidRDefault="001F6468">
            <w:pPr>
              <w:spacing w:after="0"/>
              <w:jc w:val="center"/>
            </w:pPr>
          </w:p>
        </w:tc>
        <w:tc>
          <w:tcPr>
            <w:tcW w:w="1792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vAlign w:val="center"/>
          </w:tcPr>
          <w:p w14:paraId="190AA460" w14:textId="68FC6E42" w:rsidR="001F6468" w:rsidRDefault="001F6468">
            <w:pPr>
              <w:spacing w:after="0"/>
              <w:jc w:val="center"/>
            </w:pPr>
          </w:p>
        </w:tc>
        <w:tc>
          <w:tcPr>
            <w:tcW w:w="966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vAlign w:val="center"/>
          </w:tcPr>
          <w:p w14:paraId="4850B118" w14:textId="77777777" w:rsidR="001F6468" w:rsidRDefault="001F6468">
            <w:pPr>
              <w:spacing w:after="0"/>
              <w:jc w:val="center"/>
            </w:pPr>
          </w:p>
        </w:tc>
        <w:tc>
          <w:tcPr>
            <w:tcW w:w="1427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vAlign w:val="center"/>
          </w:tcPr>
          <w:p w14:paraId="5AA6C4BA" w14:textId="77777777" w:rsidR="001F6468" w:rsidRDefault="001F6468">
            <w:pPr>
              <w:spacing w:after="0"/>
              <w:jc w:val="center"/>
            </w:pPr>
          </w:p>
        </w:tc>
        <w:tc>
          <w:tcPr>
            <w:tcW w:w="980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vAlign w:val="center"/>
          </w:tcPr>
          <w:p w14:paraId="4AD5F9B2" w14:textId="77777777" w:rsidR="001F6468" w:rsidRDefault="001F6468">
            <w:pPr>
              <w:spacing w:after="0"/>
              <w:jc w:val="center"/>
            </w:pPr>
          </w:p>
        </w:tc>
        <w:tc>
          <w:tcPr>
            <w:tcW w:w="1106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vAlign w:val="center"/>
          </w:tcPr>
          <w:p w14:paraId="0DD9119C" w14:textId="77777777" w:rsidR="001F6468" w:rsidRDefault="001F6468">
            <w:pPr>
              <w:spacing w:after="0"/>
              <w:jc w:val="center"/>
            </w:pPr>
          </w:p>
        </w:tc>
        <w:tc>
          <w:tcPr>
            <w:tcW w:w="938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vAlign w:val="center"/>
          </w:tcPr>
          <w:p w14:paraId="5B854F62" w14:textId="77777777" w:rsidR="001F6468" w:rsidRDefault="001F6468">
            <w:pPr>
              <w:spacing w:after="0"/>
              <w:jc w:val="center"/>
            </w:pPr>
          </w:p>
        </w:tc>
        <w:tc>
          <w:tcPr>
            <w:tcW w:w="910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vAlign w:val="center"/>
          </w:tcPr>
          <w:p w14:paraId="244347E8" w14:textId="77777777" w:rsidR="001F6468" w:rsidRDefault="001F6468">
            <w:pPr>
              <w:spacing w:after="0"/>
              <w:jc w:val="center"/>
            </w:pPr>
          </w:p>
        </w:tc>
        <w:tc>
          <w:tcPr>
            <w:tcW w:w="839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vAlign w:val="center"/>
          </w:tcPr>
          <w:p w14:paraId="442A58F0" w14:textId="77777777" w:rsidR="001F6468" w:rsidRDefault="001F6468">
            <w:pPr>
              <w:spacing w:after="0"/>
              <w:jc w:val="center"/>
            </w:pPr>
          </w:p>
        </w:tc>
        <w:tc>
          <w:tcPr>
            <w:tcW w:w="840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</w:tcPr>
          <w:p w14:paraId="30C01553" w14:textId="77777777" w:rsidR="001F6468" w:rsidRDefault="001F6468">
            <w:pPr>
              <w:spacing w:after="0"/>
              <w:jc w:val="center"/>
            </w:pPr>
          </w:p>
        </w:tc>
        <w:tc>
          <w:tcPr>
            <w:tcW w:w="714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vAlign w:val="center"/>
          </w:tcPr>
          <w:p w14:paraId="27A2B7DF" w14:textId="416091A4" w:rsidR="001F6468" w:rsidRDefault="001F6468">
            <w:pPr>
              <w:spacing w:after="0"/>
              <w:jc w:val="center"/>
            </w:pPr>
          </w:p>
        </w:tc>
        <w:tc>
          <w:tcPr>
            <w:tcW w:w="1148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vAlign w:val="center"/>
          </w:tcPr>
          <w:p w14:paraId="2874A0D5" w14:textId="77777777" w:rsidR="001F6468" w:rsidRDefault="001F6468">
            <w:pPr>
              <w:spacing w:after="0"/>
              <w:jc w:val="center"/>
            </w:pPr>
            <w:r>
              <w:rPr>
                <w:sz w:val="16"/>
              </w:rPr>
              <w:t>R</w:t>
            </w:r>
          </w:p>
        </w:tc>
        <w:tc>
          <w:tcPr>
            <w:tcW w:w="1190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vAlign w:val="center"/>
          </w:tcPr>
          <w:p w14:paraId="1D4AD569" w14:textId="77777777" w:rsidR="001F6468" w:rsidRDefault="001F6468">
            <w:pPr>
              <w:spacing w:after="0"/>
              <w:jc w:val="center"/>
            </w:pPr>
            <w:r>
              <w:rPr>
                <w:sz w:val="16"/>
              </w:rPr>
              <w:t>R</w:t>
            </w:r>
          </w:p>
        </w:tc>
      </w:tr>
    </w:tbl>
    <w:p w14:paraId="599B96E9" w14:textId="77777777" w:rsidR="007F76DA" w:rsidRDefault="007F76DA">
      <w:pPr>
        <w:spacing w:after="0" w:line="120" w:lineRule="exact"/>
      </w:pPr>
    </w:p>
    <w:p w14:paraId="5A8F4C46" w14:textId="7A9C5AE7" w:rsidR="002D410F" w:rsidRPr="002D410F" w:rsidRDefault="002D410F" w:rsidP="002D410F">
      <w:pPr>
        <w:spacing w:after="60"/>
        <w:rPr>
          <w:b/>
          <w:color w:val="AD0049"/>
          <w:sz w:val="16"/>
        </w:rPr>
      </w:pPr>
      <w:r w:rsidRPr="002D410F">
        <w:rPr>
          <w:b/>
          <w:color w:val="AD0049"/>
          <w:sz w:val="16"/>
        </w:rPr>
        <w:t>Reskilling/Upskilling:</w:t>
      </w:r>
    </w:p>
    <w:p w14:paraId="2E462847" w14:textId="2C11656B" w:rsidR="002D410F" w:rsidRPr="002D410F" w:rsidRDefault="002D410F" w:rsidP="002D410F">
      <w:pPr>
        <w:spacing w:after="60"/>
        <w:rPr>
          <w:b/>
          <w:color w:val="AD0049"/>
          <w:sz w:val="16"/>
        </w:rPr>
      </w:pPr>
      <w:r w:rsidRPr="002D410F">
        <w:rPr>
          <w:b/>
          <w:color w:val="AD0049"/>
          <w:sz w:val="16"/>
        </w:rPr>
        <w:t>Motivation –</w:t>
      </w:r>
      <w:r w:rsidR="00316D51" w:rsidRPr="00316D51">
        <w:t xml:space="preserve"> </w:t>
      </w:r>
      <w:r w:rsidR="00316D51">
        <w:rPr>
          <w:b/>
          <w:color w:val="AD0049"/>
          <w:sz w:val="16"/>
        </w:rPr>
        <w:t>Ex</w:t>
      </w:r>
      <w:r w:rsidR="00316D51" w:rsidRPr="00316D51">
        <w:rPr>
          <w:b/>
          <w:color w:val="AD0049"/>
          <w:sz w:val="16"/>
        </w:rPr>
        <w:t>plain how the proposed intervention responds to technological change, changing job roles, organisational restructuring, possible retrenchment or evolving sector requirements, and how it supports the beneficiary’s role, reskilling/upskilling need or employment sustainability</w:t>
      </w:r>
    </w:p>
    <w:tbl>
      <w:tblPr>
        <w:tblW w:w="15762" w:type="dxa"/>
        <w:tblInd w:w="-271" w:type="dxa"/>
        <w:tblLayout w:type="fixed"/>
        <w:tblCellMar>
          <w:top w:w="70" w:type="dxa"/>
          <w:left w:w="90" w:type="dxa"/>
          <w:bottom w:w="70" w:type="dxa"/>
          <w:right w:w="90" w:type="dxa"/>
        </w:tblCellMar>
        <w:tblLook w:val="04A0" w:firstRow="1" w:lastRow="0" w:firstColumn="1" w:lastColumn="0" w:noHBand="0" w:noVBand="1"/>
      </w:tblPr>
      <w:tblGrid>
        <w:gridCol w:w="15762"/>
      </w:tblGrid>
      <w:tr w:rsidR="002D410F" w14:paraId="50072556" w14:textId="77777777" w:rsidTr="001F6468">
        <w:trPr>
          <w:cantSplit/>
          <w:trHeight w:val="1701"/>
        </w:trPr>
        <w:tc>
          <w:tcPr>
            <w:tcW w:w="15762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vAlign w:val="center"/>
          </w:tcPr>
          <w:p w14:paraId="58304D02" w14:textId="77777777" w:rsidR="002D410F" w:rsidRDefault="002D410F" w:rsidP="002D410F">
            <w:pPr>
              <w:spacing w:after="0"/>
              <w:jc w:val="both"/>
            </w:pPr>
          </w:p>
        </w:tc>
      </w:tr>
    </w:tbl>
    <w:p w14:paraId="3D302564" w14:textId="77777777" w:rsidR="002D410F" w:rsidRDefault="002D410F" w:rsidP="002D410F">
      <w:pPr>
        <w:spacing w:after="0"/>
      </w:pPr>
    </w:p>
    <w:p w14:paraId="2107F8B6" w14:textId="77777777" w:rsidR="007F76DA" w:rsidRDefault="007F76DA">
      <w:pPr>
        <w:sectPr w:rsidR="007F76DA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6838" w:h="11906" w:orient="landscape"/>
          <w:pgMar w:top="794" w:right="850" w:bottom="794" w:left="850" w:header="720" w:footer="720" w:gutter="0"/>
          <w:cols w:space="720"/>
          <w:formProt w:val="0"/>
          <w:docGrid w:linePitch="360"/>
        </w:sectPr>
      </w:pPr>
    </w:p>
    <w:tbl>
      <w:tblPr>
        <w:tblW w:w="10765" w:type="dxa"/>
        <w:tblInd w:w="-266" w:type="dxa"/>
        <w:tblLayout w:type="fixed"/>
        <w:tblCellMar>
          <w:top w:w="70" w:type="dxa"/>
          <w:left w:w="90" w:type="dxa"/>
          <w:bottom w:w="70" w:type="dxa"/>
          <w:right w:w="90" w:type="dxa"/>
        </w:tblCellMar>
        <w:tblLook w:val="04A0" w:firstRow="1" w:lastRow="0" w:firstColumn="1" w:lastColumn="0" w:noHBand="0" w:noVBand="1"/>
      </w:tblPr>
      <w:tblGrid>
        <w:gridCol w:w="835"/>
        <w:gridCol w:w="9930"/>
      </w:tblGrid>
      <w:tr w:rsidR="007F76DA" w14:paraId="53CE3819" w14:textId="77777777" w:rsidTr="00F2480B">
        <w:trPr>
          <w:cantSplit/>
        </w:trPr>
        <w:tc>
          <w:tcPr>
            <w:tcW w:w="835" w:type="dxa"/>
            <w:shd w:val="clear" w:color="auto" w:fill="AD0049"/>
            <w:vAlign w:val="center"/>
          </w:tcPr>
          <w:p w14:paraId="49DD1A96" w14:textId="77777777" w:rsidR="007F76DA" w:rsidRDefault="00000000">
            <w:r>
              <w:rPr>
                <w:b/>
                <w:color w:val="FFFFFF"/>
                <w:sz w:val="20"/>
              </w:rPr>
              <w:lastRenderedPageBreak/>
              <w:t>3</w:t>
            </w:r>
          </w:p>
        </w:tc>
        <w:tc>
          <w:tcPr>
            <w:tcW w:w="9930" w:type="dxa"/>
            <w:shd w:val="clear" w:color="auto" w:fill="D9B26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1B65F" w14:textId="28255567" w:rsidR="007F76DA" w:rsidRDefault="00000000">
            <w:pPr>
              <w:spacing w:after="0"/>
            </w:pPr>
            <w:r>
              <w:rPr>
                <w:b/>
                <w:color w:val="AD0049"/>
                <w:sz w:val="20"/>
              </w:rPr>
              <w:t>Previous BANKSETA Funding and Past-performance Disclosure</w:t>
            </w:r>
            <w:r w:rsidR="00B80360">
              <w:rPr>
                <w:b/>
                <w:color w:val="AD0049"/>
                <w:sz w:val="20"/>
              </w:rPr>
              <w:t xml:space="preserve"> – last 3 years</w:t>
            </w:r>
            <w:r>
              <w:rPr>
                <w:b/>
                <w:color w:val="AD0049"/>
                <w:sz w:val="20"/>
              </w:rPr>
              <w:br/>
            </w:r>
            <w:r w:rsidRPr="0012279F">
              <w:rPr>
                <w:i/>
                <w:color w:val="666666"/>
                <w:sz w:val="15"/>
              </w:rPr>
              <w:t>Complete where the applicant has previously received BANKSETA funding. BANKSETA may verify information against project records.</w:t>
            </w:r>
          </w:p>
        </w:tc>
      </w:tr>
    </w:tbl>
    <w:p w14:paraId="294AEBE7" w14:textId="77777777" w:rsidR="007F76DA" w:rsidRDefault="007F76DA">
      <w:pPr>
        <w:spacing w:after="60"/>
      </w:pPr>
    </w:p>
    <w:tbl>
      <w:tblPr>
        <w:tblW w:w="10765" w:type="dxa"/>
        <w:tblInd w:w="-271" w:type="dxa"/>
        <w:tblLayout w:type="fixed"/>
        <w:tblCellMar>
          <w:top w:w="70" w:type="dxa"/>
          <w:left w:w="90" w:type="dxa"/>
          <w:bottom w:w="70" w:type="dxa"/>
          <w:right w:w="90" w:type="dxa"/>
        </w:tblCellMar>
        <w:tblLook w:val="04A0" w:firstRow="1" w:lastRow="0" w:firstColumn="1" w:lastColumn="0" w:noHBand="0" w:noVBand="1"/>
      </w:tblPr>
      <w:tblGrid>
        <w:gridCol w:w="567"/>
        <w:gridCol w:w="3685"/>
        <w:gridCol w:w="1700"/>
        <w:gridCol w:w="1985"/>
        <w:gridCol w:w="2828"/>
      </w:tblGrid>
      <w:tr w:rsidR="007F76DA" w14:paraId="1C120505" w14:textId="77777777" w:rsidTr="00F2480B">
        <w:trPr>
          <w:cantSplit/>
          <w:tblHeader/>
        </w:trPr>
        <w:tc>
          <w:tcPr>
            <w:tcW w:w="567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shd w:val="clear" w:color="auto" w:fill="AD0049"/>
            <w:vAlign w:val="center"/>
          </w:tcPr>
          <w:p w14:paraId="3A48C812" w14:textId="77777777" w:rsidR="007F76DA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5"/>
              </w:rPr>
              <w:t>No.</w:t>
            </w:r>
          </w:p>
        </w:tc>
        <w:tc>
          <w:tcPr>
            <w:tcW w:w="3685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shd w:val="clear" w:color="auto" w:fill="AD0049"/>
            <w:vAlign w:val="center"/>
          </w:tcPr>
          <w:p w14:paraId="15303B80" w14:textId="77777777" w:rsidR="007F76DA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5"/>
              </w:rPr>
              <w:t>Project / Contract Reference</w:t>
            </w:r>
          </w:p>
        </w:tc>
        <w:tc>
          <w:tcPr>
            <w:tcW w:w="1700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shd w:val="clear" w:color="auto" w:fill="AD0049"/>
            <w:vAlign w:val="center"/>
          </w:tcPr>
          <w:p w14:paraId="7667529F" w14:textId="77777777" w:rsidR="007F76DA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5"/>
              </w:rPr>
              <w:t>Funding Year</w:t>
            </w:r>
          </w:p>
        </w:tc>
        <w:tc>
          <w:tcPr>
            <w:tcW w:w="1985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shd w:val="clear" w:color="auto" w:fill="AD0049"/>
            <w:vAlign w:val="center"/>
          </w:tcPr>
          <w:p w14:paraId="74D995A5" w14:textId="77777777" w:rsidR="007F76DA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5"/>
              </w:rPr>
              <w:t>Approved Amount</w:t>
            </w:r>
          </w:p>
        </w:tc>
        <w:tc>
          <w:tcPr>
            <w:tcW w:w="2828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shd w:val="clear" w:color="auto" w:fill="AD0049"/>
            <w:vAlign w:val="center"/>
          </w:tcPr>
          <w:p w14:paraId="5A4ECCC2" w14:textId="77777777" w:rsidR="007F76DA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5"/>
              </w:rPr>
              <w:t>Status / Performance</w:t>
            </w:r>
          </w:p>
        </w:tc>
      </w:tr>
      <w:tr w:rsidR="007F76DA" w14:paraId="4A27F1A3" w14:textId="77777777" w:rsidTr="00F2480B">
        <w:trPr>
          <w:cantSplit/>
          <w:trHeight w:val="567"/>
        </w:trPr>
        <w:tc>
          <w:tcPr>
            <w:tcW w:w="567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vAlign w:val="center"/>
          </w:tcPr>
          <w:p w14:paraId="7A5762C9" w14:textId="77777777" w:rsidR="007F76DA" w:rsidRDefault="00000000">
            <w:pPr>
              <w:spacing w:after="0"/>
            </w:pPr>
            <w:r>
              <w:rPr>
                <w:b/>
                <w:color w:val="AD0049"/>
                <w:sz w:val="15"/>
              </w:rPr>
              <w:t>1</w:t>
            </w:r>
          </w:p>
        </w:tc>
        <w:tc>
          <w:tcPr>
            <w:tcW w:w="3685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vAlign w:val="center"/>
          </w:tcPr>
          <w:p w14:paraId="0575AE49" w14:textId="77777777" w:rsidR="007F76DA" w:rsidRDefault="007F76DA">
            <w:pPr>
              <w:spacing w:after="0"/>
            </w:pPr>
          </w:p>
        </w:tc>
        <w:tc>
          <w:tcPr>
            <w:tcW w:w="1700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vAlign w:val="center"/>
          </w:tcPr>
          <w:p w14:paraId="0EABE457" w14:textId="77777777" w:rsidR="007F76DA" w:rsidRDefault="007F76DA">
            <w:pPr>
              <w:spacing w:after="0"/>
            </w:pPr>
          </w:p>
        </w:tc>
        <w:tc>
          <w:tcPr>
            <w:tcW w:w="1985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vAlign w:val="center"/>
          </w:tcPr>
          <w:p w14:paraId="73638B75" w14:textId="77777777" w:rsidR="007F76DA" w:rsidRDefault="007F76DA">
            <w:pPr>
              <w:spacing w:after="0"/>
            </w:pPr>
          </w:p>
        </w:tc>
        <w:tc>
          <w:tcPr>
            <w:tcW w:w="2828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vAlign w:val="center"/>
          </w:tcPr>
          <w:p w14:paraId="4CEA0E00" w14:textId="77777777" w:rsidR="007F76DA" w:rsidRDefault="007F76DA">
            <w:pPr>
              <w:spacing w:after="0"/>
            </w:pPr>
          </w:p>
        </w:tc>
      </w:tr>
      <w:tr w:rsidR="007F76DA" w14:paraId="58897826" w14:textId="77777777" w:rsidTr="00F2480B">
        <w:trPr>
          <w:cantSplit/>
          <w:trHeight w:val="567"/>
        </w:trPr>
        <w:tc>
          <w:tcPr>
            <w:tcW w:w="567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vAlign w:val="center"/>
          </w:tcPr>
          <w:p w14:paraId="796DD9AC" w14:textId="77777777" w:rsidR="007F76DA" w:rsidRDefault="00000000">
            <w:pPr>
              <w:spacing w:after="0"/>
            </w:pPr>
            <w:r>
              <w:rPr>
                <w:b/>
                <w:color w:val="AD0049"/>
                <w:sz w:val="15"/>
              </w:rPr>
              <w:t>2</w:t>
            </w:r>
          </w:p>
        </w:tc>
        <w:tc>
          <w:tcPr>
            <w:tcW w:w="3685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vAlign w:val="center"/>
          </w:tcPr>
          <w:p w14:paraId="06448510" w14:textId="77777777" w:rsidR="007F76DA" w:rsidRDefault="007F76DA">
            <w:pPr>
              <w:spacing w:after="0"/>
            </w:pPr>
          </w:p>
        </w:tc>
        <w:tc>
          <w:tcPr>
            <w:tcW w:w="1700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vAlign w:val="center"/>
          </w:tcPr>
          <w:p w14:paraId="0DB167BE" w14:textId="77777777" w:rsidR="007F76DA" w:rsidRDefault="007F76DA">
            <w:pPr>
              <w:spacing w:after="0"/>
            </w:pPr>
          </w:p>
        </w:tc>
        <w:tc>
          <w:tcPr>
            <w:tcW w:w="1985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vAlign w:val="center"/>
          </w:tcPr>
          <w:p w14:paraId="69E5AEF3" w14:textId="77777777" w:rsidR="007F76DA" w:rsidRDefault="007F76DA">
            <w:pPr>
              <w:spacing w:after="0"/>
            </w:pPr>
          </w:p>
        </w:tc>
        <w:tc>
          <w:tcPr>
            <w:tcW w:w="2828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vAlign w:val="center"/>
          </w:tcPr>
          <w:p w14:paraId="2B7592B2" w14:textId="77777777" w:rsidR="007F76DA" w:rsidRDefault="007F76DA">
            <w:pPr>
              <w:spacing w:after="0"/>
            </w:pPr>
          </w:p>
        </w:tc>
      </w:tr>
      <w:tr w:rsidR="007F76DA" w14:paraId="34581108" w14:textId="77777777" w:rsidTr="00F2480B">
        <w:trPr>
          <w:cantSplit/>
          <w:trHeight w:val="567"/>
        </w:trPr>
        <w:tc>
          <w:tcPr>
            <w:tcW w:w="567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vAlign w:val="center"/>
          </w:tcPr>
          <w:p w14:paraId="2CD34091" w14:textId="77777777" w:rsidR="007F76DA" w:rsidRDefault="00000000">
            <w:pPr>
              <w:spacing w:after="0"/>
            </w:pPr>
            <w:r>
              <w:rPr>
                <w:b/>
                <w:color w:val="AD0049"/>
                <w:sz w:val="15"/>
              </w:rPr>
              <w:t>3</w:t>
            </w:r>
          </w:p>
        </w:tc>
        <w:tc>
          <w:tcPr>
            <w:tcW w:w="3685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vAlign w:val="center"/>
          </w:tcPr>
          <w:p w14:paraId="3F60D0B2" w14:textId="77777777" w:rsidR="007F76DA" w:rsidRDefault="007F76DA">
            <w:pPr>
              <w:spacing w:after="0"/>
            </w:pPr>
          </w:p>
        </w:tc>
        <w:tc>
          <w:tcPr>
            <w:tcW w:w="1700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vAlign w:val="center"/>
          </w:tcPr>
          <w:p w14:paraId="0033043A" w14:textId="77777777" w:rsidR="007F76DA" w:rsidRDefault="007F76DA">
            <w:pPr>
              <w:spacing w:after="0"/>
            </w:pPr>
          </w:p>
        </w:tc>
        <w:tc>
          <w:tcPr>
            <w:tcW w:w="1985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vAlign w:val="center"/>
          </w:tcPr>
          <w:p w14:paraId="4035C417" w14:textId="77777777" w:rsidR="007F76DA" w:rsidRDefault="007F76DA">
            <w:pPr>
              <w:spacing w:after="0"/>
            </w:pPr>
          </w:p>
        </w:tc>
        <w:tc>
          <w:tcPr>
            <w:tcW w:w="2828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vAlign w:val="center"/>
          </w:tcPr>
          <w:p w14:paraId="69B087D6" w14:textId="77777777" w:rsidR="007F76DA" w:rsidRDefault="007F76DA">
            <w:pPr>
              <w:spacing w:after="0"/>
            </w:pPr>
          </w:p>
        </w:tc>
      </w:tr>
    </w:tbl>
    <w:p w14:paraId="31923626" w14:textId="77777777" w:rsidR="007F76DA" w:rsidRDefault="007F76DA">
      <w:pPr>
        <w:spacing w:after="60"/>
      </w:pPr>
    </w:p>
    <w:p w14:paraId="51342C44" w14:textId="4CE81E72" w:rsidR="007F76DA" w:rsidRDefault="00000000" w:rsidP="00F2480B">
      <w:pPr>
        <w:spacing w:after="60"/>
        <w:ind w:left="-266"/>
      </w:pPr>
      <w:r>
        <w:rPr>
          <w:b/>
          <w:color w:val="AD0049"/>
          <w:sz w:val="16"/>
        </w:rPr>
        <w:t xml:space="preserve">Provide any additional explanation of past underperformance, contract termination, outstanding reporting or </w:t>
      </w:r>
      <w:r w:rsidR="00112F8B">
        <w:rPr>
          <w:b/>
          <w:color w:val="AD0049"/>
          <w:sz w:val="16"/>
        </w:rPr>
        <w:t>non-</w:t>
      </w:r>
      <w:r>
        <w:rPr>
          <w:b/>
          <w:color w:val="AD0049"/>
          <w:sz w:val="16"/>
        </w:rPr>
        <w:t>compliance matters:</w:t>
      </w:r>
    </w:p>
    <w:tbl>
      <w:tblPr>
        <w:tblW w:w="10793" w:type="dxa"/>
        <w:tblInd w:w="-271" w:type="dxa"/>
        <w:tblLayout w:type="fixed"/>
        <w:tblCellMar>
          <w:top w:w="70" w:type="dxa"/>
          <w:left w:w="90" w:type="dxa"/>
          <w:bottom w:w="70" w:type="dxa"/>
          <w:right w:w="90" w:type="dxa"/>
        </w:tblCellMar>
        <w:tblLook w:val="04A0" w:firstRow="1" w:lastRow="0" w:firstColumn="1" w:lastColumn="0" w:noHBand="0" w:noVBand="1"/>
      </w:tblPr>
      <w:tblGrid>
        <w:gridCol w:w="10793"/>
      </w:tblGrid>
      <w:tr w:rsidR="007F76DA" w14:paraId="2F28EAEC" w14:textId="77777777" w:rsidTr="00F2480B">
        <w:trPr>
          <w:cantSplit/>
          <w:trHeight w:val="1701"/>
        </w:trPr>
        <w:tc>
          <w:tcPr>
            <w:tcW w:w="10793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vAlign w:val="center"/>
          </w:tcPr>
          <w:p w14:paraId="79438A98" w14:textId="77777777" w:rsidR="007F76DA" w:rsidRDefault="007F76DA">
            <w:pPr>
              <w:spacing w:after="0"/>
            </w:pPr>
          </w:p>
        </w:tc>
      </w:tr>
    </w:tbl>
    <w:p w14:paraId="4FC92365" w14:textId="77777777" w:rsidR="007F76DA" w:rsidRDefault="007F76DA">
      <w:pPr>
        <w:spacing w:after="0"/>
      </w:pPr>
    </w:p>
    <w:tbl>
      <w:tblPr>
        <w:tblW w:w="10793" w:type="dxa"/>
        <w:tblInd w:w="-266" w:type="dxa"/>
        <w:tblLayout w:type="fixed"/>
        <w:tblCellMar>
          <w:top w:w="70" w:type="dxa"/>
          <w:left w:w="90" w:type="dxa"/>
          <w:bottom w:w="70" w:type="dxa"/>
          <w:right w:w="90" w:type="dxa"/>
        </w:tblCellMar>
        <w:tblLook w:val="04A0" w:firstRow="1" w:lastRow="0" w:firstColumn="1" w:lastColumn="0" w:noHBand="0" w:noVBand="1"/>
      </w:tblPr>
      <w:tblGrid>
        <w:gridCol w:w="835"/>
        <w:gridCol w:w="9958"/>
      </w:tblGrid>
      <w:tr w:rsidR="007F76DA" w14:paraId="22027788" w14:textId="77777777" w:rsidTr="00F2480B">
        <w:trPr>
          <w:cantSplit/>
        </w:trPr>
        <w:tc>
          <w:tcPr>
            <w:tcW w:w="835" w:type="dxa"/>
            <w:shd w:val="clear" w:color="auto" w:fill="AD0049"/>
            <w:vAlign w:val="center"/>
          </w:tcPr>
          <w:p w14:paraId="725FB45A" w14:textId="77777777" w:rsidR="007F76DA" w:rsidRDefault="00000000">
            <w:r>
              <w:rPr>
                <w:b/>
                <w:color w:val="FFFFFF"/>
                <w:sz w:val="20"/>
              </w:rPr>
              <w:t>4</w:t>
            </w:r>
          </w:p>
        </w:tc>
        <w:tc>
          <w:tcPr>
            <w:tcW w:w="9958" w:type="dxa"/>
            <w:shd w:val="clear" w:color="auto" w:fill="D9B26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6D8A7" w14:textId="77777777" w:rsidR="007F76DA" w:rsidRDefault="00000000">
            <w:pPr>
              <w:spacing w:after="0"/>
            </w:pPr>
            <w:r w:rsidRPr="001316A5">
              <w:rPr>
                <w:b/>
                <w:color w:val="AD0049"/>
                <w:sz w:val="20"/>
              </w:rPr>
              <w:t>Supporting Documents Checklist</w:t>
            </w:r>
            <w:r>
              <w:rPr>
                <w:b/>
                <w:color w:val="AD0049"/>
                <w:sz w:val="20"/>
              </w:rPr>
              <w:br/>
            </w:r>
            <w:r w:rsidRPr="0012279F">
              <w:rPr>
                <w:i/>
                <w:color w:val="666666"/>
                <w:sz w:val="15"/>
              </w:rPr>
              <w:t>Upload the compulsory documents applicable to the applicant/category through SIMS.</w:t>
            </w:r>
          </w:p>
        </w:tc>
      </w:tr>
    </w:tbl>
    <w:p w14:paraId="53B04F5B" w14:textId="77777777" w:rsidR="007F76DA" w:rsidRDefault="007F76DA">
      <w:pPr>
        <w:spacing w:after="60"/>
      </w:pPr>
    </w:p>
    <w:tbl>
      <w:tblPr>
        <w:tblW w:w="10807" w:type="dxa"/>
        <w:tblInd w:w="-274" w:type="dxa"/>
        <w:tblLayout w:type="fixed"/>
        <w:tblLook w:val="04A0" w:firstRow="1" w:lastRow="0" w:firstColumn="1" w:lastColumn="0" w:noHBand="0" w:noVBand="1"/>
      </w:tblPr>
      <w:tblGrid>
        <w:gridCol w:w="575"/>
        <w:gridCol w:w="3519"/>
        <w:gridCol w:w="5811"/>
        <w:gridCol w:w="902"/>
      </w:tblGrid>
      <w:tr w:rsidR="00B22E55" w14:paraId="05100CE4" w14:textId="77777777" w:rsidTr="00F2480B">
        <w:trPr>
          <w:cantSplit/>
          <w:tblHeader/>
        </w:trPr>
        <w:tc>
          <w:tcPr>
            <w:tcW w:w="575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shd w:val="clear" w:color="auto" w:fill="AD0049"/>
            <w:vAlign w:val="center"/>
          </w:tcPr>
          <w:p w14:paraId="2DE143AE" w14:textId="77777777" w:rsidR="00B22E55" w:rsidRDefault="00B22E55" w:rsidP="00B22E55">
            <w:pPr>
              <w:spacing w:after="0"/>
              <w:ind w:left="-130" w:firstLine="130"/>
              <w:jc w:val="center"/>
            </w:pPr>
            <w:r>
              <w:rPr>
                <w:b/>
                <w:color w:val="FFFFFF"/>
                <w:sz w:val="16"/>
              </w:rPr>
              <w:t>No.</w:t>
            </w:r>
          </w:p>
        </w:tc>
        <w:tc>
          <w:tcPr>
            <w:tcW w:w="3519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shd w:val="clear" w:color="auto" w:fill="AD0049"/>
            <w:vAlign w:val="center"/>
          </w:tcPr>
          <w:p w14:paraId="05BE3084" w14:textId="1CF9858F" w:rsidR="00B22E55" w:rsidRDefault="00B22E55" w:rsidP="00B22E55">
            <w:pPr>
              <w:spacing w:after="0"/>
              <w:jc w:val="center"/>
              <w:rPr>
                <w:b/>
                <w:color w:val="FFFFFF"/>
                <w:sz w:val="16"/>
              </w:rPr>
            </w:pPr>
            <w:r>
              <w:rPr>
                <w:b/>
                <w:color w:val="FFFFFF"/>
                <w:sz w:val="16"/>
              </w:rPr>
              <w:t>Applicable To</w:t>
            </w:r>
          </w:p>
        </w:tc>
        <w:tc>
          <w:tcPr>
            <w:tcW w:w="5811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shd w:val="clear" w:color="auto" w:fill="AD0049"/>
            <w:vAlign w:val="center"/>
          </w:tcPr>
          <w:p w14:paraId="35EE3A16" w14:textId="72FCEFAC" w:rsidR="00B22E55" w:rsidRDefault="00B22E55" w:rsidP="00B22E55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Required Document / Evidence</w:t>
            </w:r>
          </w:p>
        </w:tc>
        <w:tc>
          <w:tcPr>
            <w:tcW w:w="902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shd w:val="clear" w:color="auto" w:fill="AD0049"/>
            <w:vAlign w:val="center"/>
          </w:tcPr>
          <w:p w14:paraId="5243909F" w14:textId="77777777" w:rsidR="00B22E55" w:rsidRDefault="00B22E55" w:rsidP="00B22E55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Attached</w:t>
            </w:r>
          </w:p>
        </w:tc>
      </w:tr>
      <w:tr w:rsidR="001316A5" w14:paraId="7590257C" w14:textId="77777777" w:rsidTr="00F2480B">
        <w:trPr>
          <w:cantSplit/>
        </w:trPr>
        <w:tc>
          <w:tcPr>
            <w:tcW w:w="575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vAlign w:val="center"/>
          </w:tcPr>
          <w:p w14:paraId="53CB343C" w14:textId="77777777" w:rsidR="001316A5" w:rsidRDefault="001316A5" w:rsidP="001316A5">
            <w:pPr>
              <w:spacing w:after="0"/>
              <w:jc w:val="center"/>
            </w:pPr>
            <w:r>
              <w:rPr>
                <w:sz w:val="16"/>
              </w:rPr>
              <w:t>1</w:t>
            </w:r>
          </w:p>
        </w:tc>
        <w:tc>
          <w:tcPr>
            <w:tcW w:w="3519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vAlign w:val="center"/>
          </w:tcPr>
          <w:p w14:paraId="37D82EBD" w14:textId="77777777" w:rsidR="001316A5" w:rsidRPr="001F6468" w:rsidRDefault="001316A5" w:rsidP="001316A5">
            <w:pPr>
              <w:spacing w:after="0"/>
              <w:rPr>
                <w:rFonts w:cs="Arial"/>
                <w:sz w:val="16"/>
                <w:szCs w:val="16"/>
              </w:rPr>
            </w:pPr>
            <w:r w:rsidRPr="001F6468">
              <w:rPr>
                <w:rFonts w:cs="Arial"/>
                <w:sz w:val="16"/>
                <w:szCs w:val="16"/>
              </w:rPr>
              <w:t>All Categories:</w:t>
            </w:r>
          </w:p>
          <w:p w14:paraId="7B85DE4D" w14:textId="77777777" w:rsidR="001316A5" w:rsidRPr="001F6468" w:rsidRDefault="001316A5" w:rsidP="001316A5">
            <w:pPr>
              <w:pStyle w:val="ListParagraph"/>
              <w:widowControl w:val="0"/>
              <w:numPr>
                <w:ilvl w:val="0"/>
                <w:numId w:val="8"/>
              </w:numPr>
              <w:spacing w:after="0" w:line="240" w:lineRule="auto"/>
              <w:ind w:left="341"/>
              <w:contextualSpacing w:val="0"/>
              <w:rPr>
                <w:rFonts w:cs="Arial"/>
                <w:sz w:val="16"/>
                <w:szCs w:val="16"/>
              </w:rPr>
            </w:pPr>
            <w:r w:rsidRPr="001F6468">
              <w:rPr>
                <w:rFonts w:cs="Arial"/>
                <w:sz w:val="16"/>
                <w:szCs w:val="16"/>
              </w:rPr>
              <w:t>Eligible employer</w:t>
            </w:r>
          </w:p>
          <w:p w14:paraId="59AE216A" w14:textId="77777777" w:rsidR="001316A5" w:rsidRPr="001F6468" w:rsidRDefault="001316A5" w:rsidP="001316A5">
            <w:pPr>
              <w:pStyle w:val="ListParagraph"/>
              <w:widowControl w:val="0"/>
              <w:numPr>
                <w:ilvl w:val="0"/>
                <w:numId w:val="8"/>
              </w:numPr>
              <w:spacing w:after="0" w:line="240" w:lineRule="auto"/>
              <w:ind w:left="341"/>
              <w:contextualSpacing w:val="0"/>
              <w:rPr>
                <w:rFonts w:cs="Arial"/>
                <w:sz w:val="16"/>
                <w:szCs w:val="16"/>
              </w:rPr>
            </w:pPr>
            <w:r w:rsidRPr="001F6468">
              <w:rPr>
                <w:rFonts w:cs="Arial"/>
                <w:sz w:val="16"/>
                <w:szCs w:val="16"/>
              </w:rPr>
              <w:t>Federations / Trade Unions Members &amp; Employees</w:t>
            </w:r>
          </w:p>
          <w:p w14:paraId="051D7F0F" w14:textId="0844B9A6" w:rsidR="001316A5" w:rsidRPr="001F6468" w:rsidRDefault="001316A5" w:rsidP="001316A5">
            <w:pPr>
              <w:pStyle w:val="ListParagraph"/>
              <w:widowControl w:val="0"/>
              <w:numPr>
                <w:ilvl w:val="0"/>
                <w:numId w:val="8"/>
              </w:numPr>
              <w:spacing w:after="0" w:line="240" w:lineRule="auto"/>
              <w:ind w:left="341"/>
              <w:contextualSpacing w:val="0"/>
              <w:rPr>
                <w:rFonts w:cs="Arial"/>
                <w:sz w:val="16"/>
                <w:szCs w:val="16"/>
              </w:rPr>
            </w:pPr>
            <w:r w:rsidRPr="001F6468">
              <w:rPr>
                <w:rFonts w:cs="Arial"/>
                <w:sz w:val="16"/>
                <w:szCs w:val="16"/>
              </w:rPr>
              <w:t>Sector / Industry Organisations</w:t>
            </w:r>
          </w:p>
        </w:tc>
        <w:tc>
          <w:tcPr>
            <w:tcW w:w="5811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vAlign w:val="center"/>
          </w:tcPr>
          <w:p w14:paraId="359FBE7C" w14:textId="50217051" w:rsidR="001316A5" w:rsidRPr="001F6468" w:rsidRDefault="001316A5" w:rsidP="001316A5">
            <w:pPr>
              <w:spacing w:after="0"/>
              <w:rPr>
                <w:sz w:val="16"/>
                <w:szCs w:val="16"/>
              </w:rPr>
            </w:pPr>
            <w:r w:rsidRPr="001F6468">
              <w:rPr>
                <w:rFonts w:cs="Arial"/>
                <w:sz w:val="16"/>
                <w:szCs w:val="16"/>
              </w:rPr>
              <w:t>The prescribed application form must be completed correctly, in full and duly signed by an authorised person.</w:t>
            </w:r>
          </w:p>
        </w:tc>
        <w:tc>
          <w:tcPr>
            <w:tcW w:w="902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vAlign w:val="center"/>
          </w:tcPr>
          <w:p w14:paraId="69D6EEB3" w14:textId="77777777" w:rsidR="001316A5" w:rsidRDefault="001316A5" w:rsidP="001316A5">
            <w:pPr>
              <w:spacing w:after="0"/>
              <w:jc w:val="center"/>
            </w:pPr>
            <w:r>
              <w:rPr>
                <w:sz w:val="16"/>
              </w:rPr>
              <w:t>☐</w:t>
            </w:r>
          </w:p>
        </w:tc>
      </w:tr>
      <w:tr w:rsidR="001316A5" w:rsidRPr="00B304D6" w14:paraId="0792BA76" w14:textId="77777777" w:rsidTr="00F2480B">
        <w:trPr>
          <w:cantSplit/>
        </w:trPr>
        <w:tc>
          <w:tcPr>
            <w:tcW w:w="575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vAlign w:val="center"/>
          </w:tcPr>
          <w:p w14:paraId="35FB0BCB" w14:textId="77777777" w:rsidR="001316A5" w:rsidRPr="00B22E55" w:rsidRDefault="001316A5" w:rsidP="001316A5">
            <w:pPr>
              <w:spacing w:after="0"/>
              <w:jc w:val="center"/>
            </w:pPr>
            <w:r w:rsidRPr="00B22E55">
              <w:rPr>
                <w:sz w:val="16"/>
              </w:rPr>
              <w:t>2</w:t>
            </w:r>
          </w:p>
        </w:tc>
        <w:tc>
          <w:tcPr>
            <w:tcW w:w="3519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vAlign w:val="center"/>
          </w:tcPr>
          <w:p w14:paraId="31CC89E9" w14:textId="5125CCD5" w:rsidR="001316A5" w:rsidRPr="001F6468" w:rsidRDefault="001316A5" w:rsidP="001316A5">
            <w:pPr>
              <w:spacing w:after="0"/>
              <w:rPr>
                <w:sz w:val="16"/>
                <w:szCs w:val="16"/>
              </w:rPr>
            </w:pPr>
            <w:r w:rsidRPr="001F6468">
              <w:rPr>
                <w:rFonts w:cs="Arial"/>
                <w:sz w:val="16"/>
                <w:szCs w:val="16"/>
              </w:rPr>
              <w:t>Inter-SETA Transfer applicants only</w:t>
            </w:r>
          </w:p>
        </w:tc>
        <w:tc>
          <w:tcPr>
            <w:tcW w:w="5811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vAlign w:val="center"/>
          </w:tcPr>
          <w:p w14:paraId="74B1728D" w14:textId="77777777" w:rsidR="001316A5" w:rsidRPr="001F6468" w:rsidRDefault="001316A5" w:rsidP="001316A5">
            <w:pPr>
              <w:spacing w:after="0"/>
              <w:rPr>
                <w:rFonts w:cs="Arial"/>
                <w:sz w:val="16"/>
                <w:szCs w:val="16"/>
              </w:rPr>
            </w:pPr>
            <w:r w:rsidRPr="001F6468">
              <w:rPr>
                <w:rFonts w:cs="Arial"/>
                <w:sz w:val="16"/>
                <w:szCs w:val="16"/>
              </w:rPr>
              <w:t>An applicant awaiting registration with the BANKSETA</w:t>
            </w:r>
          </w:p>
          <w:p w14:paraId="56848C66" w14:textId="77777777" w:rsidR="001316A5" w:rsidRPr="001F6468" w:rsidRDefault="001316A5" w:rsidP="001316A5">
            <w:pPr>
              <w:pStyle w:val="ListParagraph"/>
              <w:widowControl w:val="0"/>
              <w:numPr>
                <w:ilvl w:val="0"/>
                <w:numId w:val="9"/>
              </w:numPr>
              <w:spacing w:after="0" w:line="240" w:lineRule="auto"/>
              <w:ind w:left="350"/>
              <w:contextualSpacing w:val="0"/>
              <w:rPr>
                <w:rFonts w:cs="Arial"/>
                <w:sz w:val="16"/>
                <w:szCs w:val="16"/>
              </w:rPr>
            </w:pPr>
            <w:r w:rsidRPr="001F6468">
              <w:rPr>
                <w:rFonts w:cs="Arial"/>
                <w:sz w:val="16"/>
                <w:szCs w:val="16"/>
              </w:rPr>
              <w:t>Approved WSP and ATR at the previous SETA</w:t>
            </w:r>
          </w:p>
          <w:p w14:paraId="7B004D6C" w14:textId="360B0497" w:rsidR="001316A5" w:rsidRPr="001F6468" w:rsidRDefault="001316A5" w:rsidP="001316A5">
            <w:pPr>
              <w:pStyle w:val="ListParagraph"/>
              <w:widowControl w:val="0"/>
              <w:numPr>
                <w:ilvl w:val="0"/>
                <w:numId w:val="8"/>
              </w:numPr>
              <w:spacing w:after="0" w:line="240" w:lineRule="auto"/>
              <w:ind w:left="341"/>
              <w:contextualSpacing w:val="0"/>
              <w:rPr>
                <w:rFonts w:cs="Arial"/>
                <w:sz w:val="16"/>
                <w:szCs w:val="16"/>
              </w:rPr>
            </w:pPr>
            <w:r w:rsidRPr="001F6468">
              <w:rPr>
                <w:rFonts w:cs="Arial"/>
                <w:sz w:val="16"/>
                <w:szCs w:val="16"/>
              </w:rPr>
              <w:t>InterSETA transfer form</w:t>
            </w:r>
          </w:p>
        </w:tc>
        <w:tc>
          <w:tcPr>
            <w:tcW w:w="902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vAlign w:val="center"/>
          </w:tcPr>
          <w:p w14:paraId="0A0BF3C0" w14:textId="77777777" w:rsidR="001316A5" w:rsidRPr="00A1078B" w:rsidRDefault="001316A5" w:rsidP="001316A5">
            <w:pPr>
              <w:spacing w:after="0"/>
              <w:jc w:val="center"/>
            </w:pPr>
            <w:r w:rsidRPr="00A1078B">
              <w:rPr>
                <w:rFonts w:ascii="Segoe UI Symbol" w:hAnsi="Segoe UI Symbol" w:cs="Segoe UI Symbol"/>
                <w:sz w:val="16"/>
              </w:rPr>
              <w:t>☐</w:t>
            </w:r>
          </w:p>
        </w:tc>
      </w:tr>
      <w:tr w:rsidR="001316A5" w:rsidRPr="00B304D6" w14:paraId="400C79E8" w14:textId="77777777" w:rsidTr="00F2480B">
        <w:trPr>
          <w:cantSplit/>
        </w:trPr>
        <w:tc>
          <w:tcPr>
            <w:tcW w:w="575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vAlign w:val="center"/>
          </w:tcPr>
          <w:p w14:paraId="2307ECB4" w14:textId="77777777" w:rsidR="001316A5" w:rsidRPr="00A1078B" w:rsidRDefault="001316A5" w:rsidP="001316A5">
            <w:pPr>
              <w:spacing w:after="0"/>
              <w:jc w:val="center"/>
            </w:pPr>
            <w:r w:rsidRPr="00A1078B">
              <w:rPr>
                <w:sz w:val="16"/>
              </w:rPr>
              <w:t>3</w:t>
            </w:r>
          </w:p>
        </w:tc>
        <w:tc>
          <w:tcPr>
            <w:tcW w:w="3519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vAlign w:val="center"/>
          </w:tcPr>
          <w:p w14:paraId="63A77338" w14:textId="45682F5D" w:rsidR="001316A5" w:rsidRPr="001F6468" w:rsidRDefault="001316A5" w:rsidP="001316A5">
            <w:pPr>
              <w:spacing w:after="0"/>
              <w:rPr>
                <w:sz w:val="16"/>
                <w:szCs w:val="16"/>
                <w:highlight w:val="magenta"/>
              </w:rPr>
            </w:pPr>
            <w:r w:rsidRPr="001F6468">
              <w:rPr>
                <w:rFonts w:cs="Arial"/>
                <w:sz w:val="16"/>
                <w:szCs w:val="16"/>
              </w:rPr>
              <w:t>Federations / Trade Unions</w:t>
            </w:r>
          </w:p>
        </w:tc>
        <w:tc>
          <w:tcPr>
            <w:tcW w:w="5811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vAlign w:val="center"/>
          </w:tcPr>
          <w:p w14:paraId="59CEC1B1" w14:textId="77777777" w:rsidR="00AA61F4" w:rsidRDefault="001316A5" w:rsidP="001316A5">
            <w:pPr>
              <w:pStyle w:val="ListParagraph"/>
              <w:widowControl w:val="0"/>
              <w:numPr>
                <w:ilvl w:val="0"/>
                <w:numId w:val="8"/>
              </w:numPr>
              <w:spacing w:after="0" w:line="240" w:lineRule="auto"/>
              <w:ind w:left="341"/>
              <w:contextualSpacing w:val="0"/>
              <w:rPr>
                <w:rFonts w:cs="Arial"/>
                <w:sz w:val="16"/>
                <w:szCs w:val="16"/>
              </w:rPr>
            </w:pPr>
            <w:r w:rsidRPr="001F6468">
              <w:rPr>
                <w:rFonts w:cs="Arial"/>
                <w:sz w:val="16"/>
                <w:szCs w:val="16"/>
              </w:rPr>
              <w:t>Proof of registration with the Department of Employment and Labour (DEL)</w:t>
            </w:r>
          </w:p>
          <w:p w14:paraId="021072D6" w14:textId="0ED69996" w:rsidR="001316A5" w:rsidRPr="00AA61F4" w:rsidRDefault="001316A5" w:rsidP="001316A5">
            <w:pPr>
              <w:pStyle w:val="ListParagraph"/>
              <w:widowControl w:val="0"/>
              <w:numPr>
                <w:ilvl w:val="0"/>
                <w:numId w:val="8"/>
              </w:numPr>
              <w:spacing w:after="0" w:line="240" w:lineRule="auto"/>
              <w:ind w:left="341"/>
              <w:contextualSpacing w:val="0"/>
              <w:rPr>
                <w:rFonts w:cs="Arial"/>
                <w:sz w:val="16"/>
                <w:szCs w:val="16"/>
              </w:rPr>
            </w:pPr>
            <w:proofErr w:type="gramStart"/>
            <w:r w:rsidRPr="00AA61F4">
              <w:rPr>
                <w:rFonts w:cs="Arial"/>
                <w:sz w:val="16"/>
                <w:szCs w:val="16"/>
              </w:rPr>
              <w:t>Sworn affidavit</w:t>
            </w:r>
            <w:proofErr w:type="gramEnd"/>
            <w:r w:rsidRPr="00AA61F4">
              <w:rPr>
                <w:rFonts w:cs="Arial"/>
                <w:sz w:val="16"/>
                <w:szCs w:val="16"/>
              </w:rPr>
              <w:t xml:space="preserve"> by duly authorised office bearer confirming a minimum of 100 active members within the Banking and Alternative Banking Sector, based on current and verifiable membership records</w:t>
            </w:r>
          </w:p>
        </w:tc>
        <w:tc>
          <w:tcPr>
            <w:tcW w:w="902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vAlign w:val="center"/>
          </w:tcPr>
          <w:p w14:paraId="7059CCA3" w14:textId="77777777" w:rsidR="001316A5" w:rsidRPr="00A1078B" w:rsidRDefault="001316A5" w:rsidP="001316A5">
            <w:pPr>
              <w:spacing w:after="0"/>
              <w:jc w:val="center"/>
            </w:pPr>
            <w:r w:rsidRPr="00A1078B">
              <w:rPr>
                <w:rFonts w:ascii="Segoe UI Symbol" w:hAnsi="Segoe UI Symbol" w:cs="Segoe UI Symbol"/>
                <w:sz w:val="16"/>
              </w:rPr>
              <w:t>☐</w:t>
            </w:r>
          </w:p>
        </w:tc>
      </w:tr>
      <w:tr w:rsidR="001316A5" w14:paraId="64EBA76E" w14:textId="77777777" w:rsidTr="00F2480B">
        <w:trPr>
          <w:cantSplit/>
        </w:trPr>
        <w:tc>
          <w:tcPr>
            <w:tcW w:w="575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vAlign w:val="center"/>
          </w:tcPr>
          <w:p w14:paraId="39AD9A50" w14:textId="77777777" w:rsidR="001316A5" w:rsidRPr="00A1078B" w:rsidRDefault="001316A5" w:rsidP="001316A5">
            <w:pPr>
              <w:spacing w:after="0"/>
              <w:jc w:val="center"/>
            </w:pPr>
            <w:r w:rsidRPr="00A1078B">
              <w:rPr>
                <w:sz w:val="16"/>
              </w:rPr>
              <w:t>4</w:t>
            </w:r>
          </w:p>
        </w:tc>
        <w:tc>
          <w:tcPr>
            <w:tcW w:w="3519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vAlign w:val="center"/>
          </w:tcPr>
          <w:p w14:paraId="45A19F43" w14:textId="15A7175A" w:rsidR="001316A5" w:rsidRPr="001F6468" w:rsidRDefault="001316A5" w:rsidP="001316A5">
            <w:pPr>
              <w:pStyle w:val="ListParagraph"/>
              <w:widowControl w:val="0"/>
              <w:numPr>
                <w:ilvl w:val="0"/>
                <w:numId w:val="9"/>
              </w:numPr>
              <w:spacing w:after="0" w:line="240" w:lineRule="auto"/>
              <w:ind w:left="350"/>
              <w:contextualSpacing w:val="0"/>
              <w:rPr>
                <w:rFonts w:cs="Arial"/>
                <w:sz w:val="16"/>
                <w:szCs w:val="16"/>
              </w:rPr>
            </w:pPr>
            <w:r w:rsidRPr="001F6468">
              <w:rPr>
                <w:rFonts w:cs="Arial"/>
                <w:sz w:val="16"/>
                <w:szCs w:val="16"/>
              </w:rPr>
              <w:t>Sector / Industry Organisations</w:t>
            </w:r>
          </w:p>
        </w:tc>
        <w:tc>
          <w:tcPr>
            <w:tcW w:w="5811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vAlign w:val="center"/>
          </w:tcPr>
          <w:p w14:paraId="5AAC769F" w14:textId="77777777" w:rsidR="001316A5" w:rsidRPr="001F6468" w:rsidRDefault="001316A5" w:rsidP="001316A5">
            <w:pPr>
              <w:pStyle w:val="ListParagraph"/>
              <w:widowControl w:val="0"/>
              <w:numPr>
                <w:ilvl w:val="0"/>
                <w:numId w:val="8"/>
              </w:numPr>
              <w:spacing w:after="0" w:line="240" w:lineRule="auto"/>
              <w:ind w:left="341"/>
              <w:contextualSpacing w:val="0"/>
              <w:rPr>
                <w:rFonts w:cs="Arial"/>
                <w:sz w:val="16"/>
                <w:szCs w:val="16"/>
              </w:rPr>
            </w:pPr>
            <w:r w:rsidRPr="001F6468">
              <w:rPr>
                <w:rFonts w:cs="Arial"/>
                <w:sz w:val="16"/>
                <w:szCs w:val="16"/>
              </w:rPr>
              <w:t>Constitution/MOI/founding document.</w:t>
            </w:r>
          </w:p>
          <w:p w14:paraId="254FA23B" w14:textId="77777777" w:rsidR="001316A5" w:rsidRPr="001F6468" w:rsidRDefault="001316A5" w:rsidP="001316A5">
            <w:pPr>
              <w:pStyle w:val="ListParagraph"/>
              <w:widowControl w:val="0"/>
              <w:numPr>
                <w:ilvl w:val="0"/>
                <w:numId w:val="8"/>
              </w:numPr>
              <w:spacing w:after="0" w:line="240" w:lineRule="auto"/>
              <w:ind w:left="341"/>
              <w:contextualSpacing w:val="0"/>
              <w:rPr>
                <w:rFonts w:cs="Arial"/>
                <w:sz w:val="16"/>
                <w:szCs w:val="16"/>
              </w:rPr>
            </w:pPr>
            <w:r w:rsidRPr="001F6468">
              <w:rPr>
                <w:rFonts w:cs="Arial"/>
                <w:sz w:val="16"/>
                <w:szCs w:val="16"/>
              </w:rPr>
              <w:t>Active member list indicating member organisation name where at least 10 members fall within the Banking or Alternative Banking sector.</w:t>
            </w:r>
          </w:p>
          <w:p w14:paraId="7B0F7D8F" w14:textId="77777777" w:rsidR="001316A5" w:rsidRPr="001F6468" w:rsidRDefault="001316A5" w:rsidP="001316A5">
            <w:pPr>
              <w:spacing w:after="0"/>
              <w:rPr>
                <w:rFonts w:cs="Arial"/>
                <w:i/>
                <w:iCs/>
                <w:sz w:val="16"/>
                <w:szCs w:val="16"/>
              </w:rPr>
            </w:pPr>
          </w:p>
          <w:p w14:paraId="5405D184" w14:textId="1C50C5C5" w:rsidR="001316A5" w:rsidRPr="001F6468" w:rsidRDefault="001316A5" w:rsidP="001316A5">
            <w:pPr>
              <w:spacing w:after="0"/>
              <w:rPr>
                <w:sz w:val="16"/>
                <w:szCs w:val="16"/>
                <w:highlight w:val="magenta"/>
              </w:rPr>
            </w:pPr>
            <w:r w:rsidRPr="001F6468">
              <w:rPr>
                <w:rFonts w:cs="Arial"/>
                <w:i/>
                <w:iCs/>
                <w:sz w:val="16"/>
                <w:szCs w:val="16"/>
              </w:rPr>
              <w:t>The BANKSETA reserves the right to verify the information contained in the list and may request additional supporting evidence where reasonably required, subject to applicable data protection and confidentiality requirements</w:t>
            </w:r>
          </w:p>
        </w:tc>
        <w:tc>
          <w:tcPr>
            <w:tcW w:w="902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vAlign w:val="center"/>
          </w:tcPr>
          <w:p w14:paraId="04AC66AD" w14:textId="77777777" w:rsidR="001316A5" w:rsidRPr="00A1078B" w:rsidRDefault="001316A5" w:rsidP="001316A5">
            <w:pPr>
              <w:spacing w:after="0"/>
              <w:jc w:val="center"/>
            </w:pPr>
            <w:r w:rsidRPr="00A1078B">
              <w:rPr>
                <w:sz w:val="16"/>
              </w:rPr>
              <w:t>☐</w:t>
            </w:r>
          </w:p>
        </w:tc>
      </w:tr>
      <w:tr w:rsidR="001316A5" w14:paraId="379A9751" w14:textId="77777777" w:rsidTr="00F2480B">
        <w:trPr>
          <w:cantSplit/>
        </w:trPr>
        <w:tc>
          <w:tcPr>
            <w:tcW w:w="575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vAlign w:val="center"/>
          </w:tcPr>
          <w:p w14:paraId="7E247023" w14:textId="31FBE089" w:rsidR="001316A5" w:rsidRPr="00A1078B" w:rsidRDefault="001316A5" w:rsidP="001316A5">
            <w:pPr>
              <w:spacing w:after="0"/>
              <w:jc w:val="center"/>
            </w:pPr>
            <w:r>
              <w:rPr>
                <w:sz w:val="16"/>
              </w:rPr>
              <w:t>5</w:t>
            </w:r>
          </w:p>
        </w:tc>
        <w:tc>
          <w:tcPr>
            <w:tcW w:w="3519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vAlign w:val="center"/>
          </w:tcPr>
          <w:p w14:paraId="4D9C827C" w14:textId="77777777" w:rsidR="00AA61F4" w:rsidRDefault="001316A5" w:rsidP="001316A5">
            <w:pPr>
              <w:pStyle w:val="ListParagraph"/>
              <w:widowControl w:val="0"/>
              <w:numPr>
                <w:ilvl w:val="0"/>
                <w:numId w:val="9"/>
              </w:numPr>
              <w:spacing w:after="0" w:line="240" w:lineRule="auto"/>
              <w:ind w:left="350"/>
              <w:contextualSpacing w:val="0"/>
              <w:rPr>
                <w:rFonts w:cs="Arial"/>
                <w:sz w:val="16"/>
                <w:szCs w:val="16"/>
              </w:rPr>
            </w:pPr>
            <w:r w:rsidRPr="001F6468">
              <w:rPr>
                <w:rFonts w:cs="Arial"/>
                <w:sz w:val="16"/>
                <w:szCs w:val="16"/>
              </w:rPr>
              <w:t>Reskilling/Upskilling</w:t>
            </w:r>
          </w:p>
          <w:p w14:paraId="712A8B1C" w14:textId="3F196DF7" w:rsidR="001316A5" w:rsidRPr="00AA61F4" w:rsidRDefault="001316A5" w:rsidP="001316A5">
            <w:pPr>
              <w:pStyle w:val="ListParagraph"/>
              <w:widowControl w:val="0"/>
              <w:numPr>
                <w:ilvl w:val="0"/>
                <w:numId w:val="9"/>
              </w:numPr>
              <w:spacing w:after="0" w:line="240" w:lineRule="auto"/>
              <w:ind w:left="350"/>
              <w:contextualSpacing w:val="0"/>
              <w:rPr>
                <w:rFonts w:cs="Arial"/>
                <w:sz w:val="16"/>
                <w:szCs w:val="16"/>
              </w:rPr>
            </w:pPr>
            <w:r w:rsidRPr="00AA61F4">
              <w:rPr>
                <w:rFonts w:cs="Arial"/>
                <w:sz w:val="16"/>
                <w:szCs w:val="16"/>
              </w:rPr>
              <w:t>IT Programmes (IT Skills for Workers)</w:t>
            </w:r>
          </w:p>
        </w:tc>
        <w:tc>
          <w:tcPr>
            <w:tcW w:w="5811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vAlign w:val="center"/>
          </w:tcPr>
          <w:p w14:paraId="56EEF24A" w14:textId="7FA9FD2E" w:rsidR="001316A5" w:rsidRPr="001F6468" w:rsidRDefault="001316A5" w:rsidP="001316A5">
            <w:pPr>
              <w:pStyle w:val="ListParagraph"/>
              <w:widowControl w:val="0"/>
              <w:numPr>
                <w:ilvl w:val="0"/>
                <w:numId w:val="8"/>
              </w:numPr>
              <w:spacing w:after="0" w:line="240" w:lineRule="auto"/>
              <w:ind w:left="341"/>
              <w:contextualSpacing w:val="0"/>
              <w:rPr>
                <w:sz w:val="16"/>
                <w:szCs w:val="16"/>
              </w:rPr>
            </w:pPr>
            <w:r w:rsidRPr="001F6468">
              <w:rPr>
                <w:rFonts w:cs="Arial"/>
                <w:sz w:val="16"/>
                <w:szCs w:val="16"/>
              </w:rPr>
              <w:t>Where the application is for a SAQA registered Qualification or Registered Skills Programme, the applicant must submit valid provider accreditation documentation, including evidence that the approved scope covers the qualification or skills programme applied for.</w:t>
            </w:r>
          </w:p>
        </w:tc>
        <w:tc>
          <w:tcPr>
            <w:tcW w:w="902" w:type="dxa"/>
            <w:tcBorders>
              <w:top w:val="single" w:sz="6" w:space="0" w:color="BBB2A6"/>
              <w:left w:val="single" w:sz="6" w:space="0" w:color="BBB2A6"/>
              <w:bottom w:val="single" w:sz="6" w:space="0" w:color="BBB2A6"/>
              <w:right w:val="single" w:sz="6" w:space="0" w:color="BBB2A6"/>
            </w:tcBorders>
            <w:vAlign w:val="center"/>
          </w:tcPr>
          <w:p w14:paraId="38873F77" w14:textId="77777777" w:rsidR="001316A5" w:rsidRPr="00A1078B" w:rsidRDefault="001316A5" w:rsidP="001316A5">
            <w:pPr>
              <w:spacing w:after="0"/>
              <w:jc w:val="center"/>
            </w:pPr>
            <w:r w:rsidRPr="00A1078B">
              <w:rPr>
                <w:sz w:val="16"/>
              </w:rPr>
              <w:t>☐</w:t>
            </w:r>
          </w:p>
        </w:tc>
      </w:tr>
    </w:tbl>
    <w:p w14:paraId="278A5A58" w14:textId="77777777" w:rsidR="00B80360" w:rsidRDefault="00B80360">
      <w:pPr>
        <w:spacing w:after="0" w:line="240" w:lineRule="auto"/>
      </w:pPr>
      <w:r>
        <w:br w:type="page"/>
      </w:r>
    </w:p>
    <w:tbl>
      <w:tblPr>
        <w:tblW w:w="10807" w:type="dxa"/>
        <w:tblInd w:w="-266" w:type="dxa"/>
        <w:tblLayout w:type="fixed"/>
        <w:tblCellMar>
          <w:top w:w="70" w:type="dxa"/>
          <w:left w:w="90" w:type="dxa"/>
          <w:bottom w:w="70" w:type="dxa"/>
          <w:right w:w="90" w:type="dxa"/>
        </w:tblCellMar>
        <w:tblLook w:val="04A0" w:firstRow="1" w:lastRow="0" w:firstColumn="1" w:lastColumn="0" w:noHBand="0" w:noVBand="1"/>
      </w:tblPr>
      <w:tblGrid>
        <w:gridCol w:w="835"/>
        <w:gridCol w:w="9972"/>
      </w:tblGrid>
      <w:tr w:rsidR="007F76DA" w14:paraId="5B7846A9" w14:textId="77777777" w:rsidTr="00F2480B">
        <w:trPr>
          <w:cantSplit/>
        </w:trPr>
        <w:tc>
          <w:tcPr>
            <w:tcW w:w="835" w:type="dxa"/>
            <w:shd w:val="clear" w:color="auto" w:fill="AD0049"/>
            <w:vAlign w:val="center"/>
          </w:tcPr>
          <w:p w14:paraId="0DFB0B01" w14:textId="77777777" w:rsidR="007F76DA" w:rsidRDefault="00000000">
            <w:r>
              <w:rPr>
                <w:b/>
                <w:color w:val="FFFFFF"/>
                <w:sz w:val="20"/>
              </w:rPr>
              <w:lastRenderedPageBreak/>
              <w:t>5</w:t>
            </w:r>
          </w:p>
        </w:tc>
        <w:tc>
          <w:tcPr>
            <w:tcW w:w="9972" w:type="dxa"/>
            <w:shd w:val="clear" w:color="auto" w:fill="D9B26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1CCBC" w14:textId="77777777" w:rsidR="007F76DA" w:rsidRDefault="00000000">
            <w:pPr>
              <w:spacing w:after="0"/>
            </w:pPr>
            <w:r>
              <w:rPr>
                <w:b/>
                <w:color w:val="AD0049"/>
                <w:sz w:val="20"/>
              </w:rPr>
              <w:t>Applicant Compliance Declaration and Authorisation</w:t>
            </w:r>
            <w:r>
              <w:rPr>
                <w:b/>
                <w:color w:val="AD0049"/>
                <w:sz w:val="20"/>
              </w:rPr>
              <w:br/>
            </w:r>
            <w:r w:rsidRPr="00825E61">
              <w:rPr>
                <w:i/>
                <w:color w:val="666666"/>
                <w:sz w:val="15"/>
              </w:rPr>
              <w:t>To be completed by the authorised representative. Tick Yes or No for each statement. Any “No” response must be explained below.</w:t>
            </w:r>
          </w:p>
        </w:tc>
      </w:tr>
    </w:tbl>
    <w:p w14:paraId="303BBB74" w14:textId="77777777" w:rsidR="007F76DA" w:rsidRDefault="007F76DA">
      <w:pPr>
        <w:spacing w:after="60"/>
      </w:pPr>
    </w:p>
    <w:tbl>
      <w:tblPr>
        <w:tblW w:w="10821" w:type="dxa"/>
        <w:tblInd w:w="-271" w:type="dxa"/>
        <w:tblLayout w:type="fixed"/>
        <w:tblCellMar>
          <w:top w:w="70" w:type="dxa"/>
          <w:left w:w="90" w:type="dxa"/>
          <w:bottom w:w="70" w:type="dxa"/>
          <w:right w:w="90" w:type="dxa"/>
        </w:tblCellMar>
        <w:tblLook w:val="04A0" w:firstRow="1" w:lastRow="0" w:firstColumn="1" w:lastColumn="0" w:noHBand="0" w:noVBand="1"/>
      </w:tblPr>
      <w:tblGrid>
        <w:gridCol w:w="547"/>
        <w:gridCol w:w="9042"/>
        <w:gridCol w:w="602"/>
        <w:gridCol w:w="630"/>
      </w:tblGrid>
      <w:tr w:rsidR="007F76DA" w14:paraId="13606716" w14:textId="77777777" w:rsidTr="00BD0B5A">
        <w:trPr>
          <w:cantSplit/>
          <w:tblHeader/>
        </w:trPr>
        <w:tc>
          <w:tcPr>
            <w:tcW w:w="547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shd w:val="clear" w:color="auto" w:fill="AD0049"/>
            <w:vAlign w:val="center"/>
          </w:tcPr>
          <w:p w14:paraId="7E9326DB" w14:textId="77777777" w:rsidR="007F76DA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No.</w:t>
            </w:r>
          </w:p>
        </w:tc>
        <w:tc>
          <w:tcPr>
            <w:tcW w:w="9042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shd w:val="clear" w:color="auto" w:fill="AD0049"/>
            <w:vAlign w:val="center"/>
          </w:tcPr>
          <w:p w14:paraId="6E4697F7" w14:textId="77777777" w:rsidR="007F76DA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Requirement / Declaration</w:t>
            </w:r>
          </w:p>
        </w:tc>
        <w:tc>
          <w:tcPr>
            <w:tcW w:w="602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shd w:val="clear" w:color="auto" w:fill="AD0049"/>
            <w:vAlign w:val="center"/>
          </w:tcPr>
          <w:p w14:paraId="2540DB0A" w14:textId="77777777" w:rsidR="007F76DA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Yes</w:t>
            </w:r>
          </w:p>
        </w:tc>
        <w:tc>
          <w:tcPr>
            <w:tcW w:w="630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shd w:val="clear" w:color="auto" w:fill="AD0049"/>
            <w:vAlign w:val="center"/>
          </w:tcPr>
          <w:p w14:paraId="441FCF4C" w14:textId="77777777" w:rsidR="007F76DA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No</w:t>
            </w:r>
          </w:p>
        </w:tc>
      </w:tr>
      <w:tr w:rsidR="007F76DA" w14:paraId="4311C5FA" w14:textId="77777777" w:rsidTr="00BD0B5A">
        <w:tc>
          <w:tcPr>
            <w:tcW w:w="547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74382" w14:textId="48CA081E" w:rsidR="007F76DA" w:rsidRDefault="001316A5">
            <w:pPr>
              <w:spacing w:after="0"/>
              <w:jc w:val="center"/>
            </w:pPr>
            <w:r>
              <w:t>1</w:t>
            </w:r>
          </w:p>
        </w:tc>
        <w:tc>
          <w:tcPr>
            <w:tcW w:w="9042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5A27A" w14:textId="381D92BF" w:rsidR="007F76DA" w:rsidRDefault="00000000">
            <w:pPr>
              <w:spacing w:after="0"/>
            </w:pPr>
            <w:r>
              <w:rPr>
                <w:sz w:val="16"/>
              </w:rPr>
              <w:t>The proposed beneficiaries are employed in the Banking or Alternative Banking Sector.</w:t>
            </w:r>
            <w:r w:rsidR="00AA61F4">
              <w:rPr>
                <w:sz w:val="16"/>
              </w:rPr>
              <w:t xml:space="preserve"> </w:t>
            </w:r>
            <w:r w:rsidR="00AA61F4" w:rsidRPr="00AA61F4">
              <w:rPr>
                <w:sz w:val="16"/>
              </w:rPr>
              <w:t>Eligible beneficiar</w:t>
            </w:r>
            <w:r w:rsidR="00AA61F4">
              <w:rPr>
                <w:sz w:val="16"/>
              </w:rPr>
              <w:t>ies</w:t>
            </w:r>
            <w:r w:rsidR="00AA61F4" w:rsidRPr="00AA61F4">
              <w:rPr>
                <w:sz w:val="16"/>
              </w:rPr>
              <w:t xml:space="preserve"> must be below the age of 65</w:t>
            </w:r>
            <w:r w:rsidR="00415482">
              <w:rPr>
                <w:sz w:val="16"/>
              </w:rPr>
              <w:t xml:space="preserve"> </w:t>
            </w:r>
            <w:r w:rsidR="00AA61F4" w:rsidRPr="00AA61F4">
              <w:rPr>
                <w:sz w:val="16"/>
              </w:rPr>
              <w:t>and be holders of South African identity documents</w:t>
            </w:r>
            <w:r w:rsidR="00415482">
              <w:rPr>
                <w:sz w:val="16"/>
              </w:rPr>
              <w:t xml:space="preserve"> </w:t>
            </w:r>
            <w:r w:rsidR="00415482" w:rsidRPr="00AA61F4">
              <w:rPr>
                <w:sz w:val="16"/>
              </w:rPr>
              <w:t>unless specifically motivated</w:t>
            </w:r>
          </w:p>
        </w:tc>
        <w:tc>
          <w:tcPr>
            <w:tcW w:w="602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6EA68" w14:textId="77777777" w:rsidR="007F76DA" w:rsidRDefault="00000000">
            <w:pPr>
              <w:spacing w:after="0"/>
              <w:jc w:val="center"/>
            </w:pPr>
            <w:r>
              <w:rPr>
                <w:sz w:val="16"/>
              </w:rPr>
              <w:t>☐</w:t>
            </w:r>
          </w:p>
        </w:tc>
        <w:tc>
          <w:tcPr>
            <w:tcW w:w="630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B4137" w14:textId="77777777" w:rsidR="007F76DA" w:rsidRDefault="00000000">
            <w:pPr>
              <w:spacing w:after="0"/>
              <w:jc w:val="center"/>
            </w:pPr>
            <w:r>
              <w:rPr>
                <w:sz w:val="16"/>
              </w:rPr>
              <w:t>☐</w:t>
            </w:r>
          </w:p>
        </w:tc>
      </w:tr>
      <w:tr w:rsidR="007F76DA" w14:paraId="757DBB3A" w14:textId="77777777" w:rsidTr="00BD0B5A">
        <w:tc>
          <w:tcPr>
            <w:tcW w:w="547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6A471" w14:textId="09A632CE" w:rsidR="007F76DA" w:rsidRDefault="001316A5">
            <w:pPr>
              <w:spacing w:after="0"/>
              <w:jc w:val="center"/>
            </w:pPr>
            <w:r>
              <w:t>2</w:t>
            </w:r>
          </w:p>
        </w:tc>
        <w:tc>
          <w:tcPr>
            <w:tcW w:w="9042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6A634" w14:textId="77777777" w:rsidR="00CF506B" w:rsidRDefault="00000000">
            <w:pPr>
              <w:spacing w:after="0"/>
              <w:rPr>
                <w:sz w:val="16"/>
              </w:rPr>
            </w:pPr>
            <w:r>
              <w:rPr>
                <w:sz w:val="16"/>
              </w:rPr>
              <w:t>The proposed provider has the appropriate expertise and capacity and, where applicable, is accredited for the qualification/programme applied for.</w:t>
            </w:r>
            <w:r w:rsidR="00CF506B">
              <w:rPr>
                <w:sz w:val="16"/>
              </w:rPr>
              <w:t xml:space="preserve"> </w:t>
            </w:r>
          </w:p>
          <w:p w14:paraId="43FF895C" w14:textId="06F8D2A9" w:rsidR="007F76DA" w:rsidRDefault="00CF506B">
            <w:pPr>
              <w:spacing w:after="0"/>
            </w:pPr>
            <w:r>
              <w:rPr>
                <w:sz w:val="16"/>
              </w:rPr>
              <w:t xml:space="preserve">If the provider is not known at the time of application, the applicant declares that they will </w:t>
            </w:r>
            <w:proofErr w:type="spellStart"/>
            <w:r>
              <w:rPr>
                <w:sz w:val="16"/>
              </w:rPr>
              <w:t>utili</w:t>
            </w:r>
            <w:r w:rsidR="007C7F0F">
              <w:rPr>
                <w:sz w:val="16"/>
              </w:rPr>
              <w:t>s</w:t>
            </w:r>
            <w:r>
              <w:rPr>
                <w:sz w:val="16"/>
              </w:rPr>
              <w:t>e</w:t>
            </w:r>
            <w:proofErr w:type="spellEnd"/>
            <w:r>
              <w:rPr>
                <w:sz w:val="16"/>
              </w:rPr>
              <w:t xml:space="preserve"> a provider who is either accredited (where required) or a </w:t>
            </w:r>
            <w:r w:rsidR="00316D51">
              <w:rPr>
                <w:sz w:val="16"/>
              </w:rPr>
              <w:t>provider who</w:t>
            </w:r>
            <w:r>
              <w:rPr>
                <w:sz w:val="16"/>
              </w:rPr>
              <w:t xml:space="preserve"> has the appropriate expertise and capacity to deliver.</w:t>
            </w:r>
          </w:p>
        </w:tc>
        <w:tc>
          <w:tcPr>
            <w:tcW w:w="602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56BDC" w14:textId="77777777" w:rsidR="007F76DA" w:rsidRDefault="00000000">
            <w:pPr>
              <w:spacing w:after="0"/>
              <w:jc w:val="center"/>
            </w:pPr>
            <w:r>
              <w:rPr>
                <w:sz w:val="16"/>
              </w:rPr>
              <w:t>☐</w:t>
            </w:r>
          </w:p>
        </w:tc>
        <w:tc>
          <w:tcPr>
            <w:tcW w:w="630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79DCE" w14:textId="77777777" w:rsidR="007F76DA" w:rsidRDefault="00000000">
            <w:pPr>
              <w:spacing w:after="0"/>
              <w:jc w:val="center"/>
            </w:pPr>
            <w:r>
              <w:rPr>
                <w:sz w:val="16"/>
              </w:rPr>
              <w:t>☐</w:t>
            </w:r>
          </w:p>
        </w:tc>
      </w:tr>
      <w:tr w:rsidR="007F76DA" w14:paraId="29853E1B" w14:textId="77777777" w:rsidTr="00BD0B5A">
        <w:tc>
          <w:tcPr>
            <w:tcW w:w="547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4A6A4" w14:textId="47F7BC63" w:rsidR="007F76DA" w:rsidRDefault="001316A5">
            <w:pPr>
              <w:spacing w:after="0"/>
              <w:jc w:val="center"/>
            </w:pPr>
            <w:r>
              <w:t>3</w:t>
            </w:r>
          </w:p>
        </w:tc>
        <w:tc>
          <w:tcPr>
            <w:tcW w:w="9042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9C41C" w14:textId="77777777" w:rsidR="007F76DA" w:rsidRDefault="00000000">
            <w:pPr>
              <w:spacing w:after="0"/>
            </w:pPr>
            <w:r>
              <w:rPr>
                <w:sz w:val="16"/>
              </w:rPr>
              <w:t>For Reskilling/Upskilling, the required motivation explains the effect of role changes, restructuring or possible retrenchment and the relevance of the intervention.</w:t>
            </w:r>
          </w:p>
        </w:tc>
        <w:tc>
          <w:tcPr>
            <w:tcW w:w="602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53A9F" w14:textId="77777777" w:rsidR="007F76DA" w:rsidRDefault="00000000">
            <w:pPr>
              <w:spacing w:after="0"/>
              <w:jc w:val="center"/>
            </w:pPr>
            <w:r>
              <w:rPr>
                <w:sz w:val="16"/>
              </w:rPr>
              <w:t>☐</w:t>
            </w:r>
          </w:p>
        </w:tc>
        <w:tc>
          <w:tcPr>
            <w:tcW w:w="630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68E13" w14:textId="77777777" w:rsidR="007F76DA" w:rsidRDefault="00000000">
            <w:pPr>
              <w:spacing w:after="0"/>
              <w:jc w:val="center"/>
            </w:pPr>
            <w:r>
              <w:rPr>
                <w:sz w:val="16"/>
              </w:rPr>
              <w:t>☐</w:t>
            </w:r>
          </w:p>
        </w:tc>
      </w:tr>
      <w:tr w:rsidR="007F76DA" w14:paraId="0505D241" w14:textId="77777777" w:rsidTr="00BD0B5A">
        <w:tc>
          <w:tcPr>
            <w:tcW w:w="547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C5C0F" w14:textId="0602FA9C" w:rsidR="007F76DA" w:rsidRDefault="001316A5">
            <w:pPr>
              <w:spacing w:after="0"/>
              <w:jc w:val="center"/>
            </w:pPr>
            <w:r>
              <w:t>4</w:t>
            </w:r>
          </w:p>
        </w:tc>
        <w:tc>
          <w:tcPr>
            <w:tcW w:w="9042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4ABE1" w14:textId="77777777" w:rsidR="007F76DA" w:rsidRDefault="00000000">
            <w:pPr>
              <w:spacing w:after="0"/>
            </w:pPr>
            <w:r>
              <w:rPr>
                <w:sz w:val="16"/>
              </w:rPr>
              <w:t>The applicant is not under investigation for mismanagement of funds, fraudulent activities, or conduct resulting in fruitless and wasteful expenditure.</w:t>
            </w:r>
          </w:p>
        </w:tc>
        <w:tc>
          <w:tcPr>
            <w:tcW w:w="602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2971B" w14:textId="77777777" w:rsidR="007F76DA" w:rsidRDefault="00000000">
            <w:pPr>
              <w:spacing w:after="0"/>
              <w:jc w:val="center"/>
            </w:pPr>
            <w:r>
              <w:rPr>
                <w:sz w:val="16"/>
              </w:rPr>
              <w:t>☐</w:t>
            </w:r>
          </w:p>
        </w:tc>
        <w:tc>
          <w:tcPr>
            <w:tcW w:w="630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B9B69" w14:textId="77777777" w:rsidR="007F76DA" w:rsidRDefault="00000000">
            <w:pPr>
              <w:spacing w:after="0"/>
              <w:jc w:val="center"/>
            </w:pPr>
            <w:r>
              <w:rPr>
                <w:sz w:val="16"/>
              </w:rPr>
              <w:t>☐</w:t>
            </w:r>
          </w:p>
        </w:tc>
      </w:tr>
      <w:tr w:rsidR="007F76DA" w14:paraId="4364ABB1" w14:textId="77777777" w:rsidTr="00BD0B5A">
        <w:tc>
          <w:tcPr>
            <w:tcW w:w="547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FC98D" w14:textId="3B54E194" w:rsidR="007F76DA" w:rsidRDefault="001316A5">
            <w:pPr>
              <w:spacing w:after="0"/>
              <w:jc w:val="center"/>
            </w:pPr>
            <w:r>
              <w:t>5</w:t>
            </w:r>
          </w:p>
        </w:tc>
        <w:tc>
          <w:tcPr>
            <w:tcW w:w="9042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3FA12" w14:textId="77777777" w:rsidR="007F76DA" w:rsidRDefault="00000000">
            <w:pPr>
              <w:spacing w:after="0"/>
            </w:pPr>
            <w:r>
              <w:rPr>
                <w:sz w:val="16"/>
              </w:rPr>
              <w:t>All information provided in this application and supporting documents is complete, accurate, not misleading and capable of verification.</w:t>
            </w:r>
          </w:p>
        </w:tc>
        <w:tc>
          <w:tcPr>
            <w:tcW w:w="602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D41D4" w14:textId="77777777" w:rsidR="007F76DA" w:rsidRDefault="00000000">
            <w:pPr>
              <w:spacing w:after="0"/>
              <w:jc w:val="center"/>
            </w:pPr>
            <w:r>
              <w:rPr>
                <w:sz w:val="16"/>
              </w:rPr>
              <w:t>☐</w:t>
            </w:r>
          </w:p>
        </w:tc>
        <w:tc>
          <w:tcPr>
            <w:tcW w:w="630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3522F" w14:textId="77777777" w:rsidR="007F76DA" w:rsidRDefault="00000000">
            <w:pPr>
              <w:spacing w:after="0"/>
              <w:jc w:val="center"/>
            </w:pPr>
            <w:r>
              <w:rPr>
                <w:sz w:val="16"/>
              </w:rPr>
              <w:t>☐</w:t>
            </w:r>
          </w:p>
        </w:tc>
      </w:tr>
      <w:tr w:rsidR="007F76DA" w14:paraId="55E47EA9" w14:textId="77777777" w:rsidTr="00BD0B5A">
        <w:tc>
          <w:tcPr>
            <w:tcW w:w="547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B7E3F" w14:textId="425EB95E" w:rsidR="007F76DA" w:rsidRDefault="001316A5">
            <w:pPr>
              <w:spacing w:after="0"/>
              <w:jc w:val="center"/>
            </w:pPr>
            <w:r>
              <w:t>6</w:t>
            </w:r>
          </w:p>
        </w:tc>
        <w:tc>
          <w:tcPr>
            <w:tcW w:w="9042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6DB4E" w14:textId="77777777" w:rsidR="007F76DA" w:rsidRDefault="00000000">
            <w:pPr>
              <w:spacing w:after="0"/>
            </w:pPr>
            <w:r>
              <w:rPr>
                <w:sz w:val="16"/>
              </w:rPr>
              <w:t>The same beneficiary and cost have not received duplicate or double funding from another SETA, donor or funding body.</w:t>
            </w:r>
          </w:p>
        </w:tc>
        <w:tc>
          <w:tcPr>
            <w:tcW w:w="602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7FD73" w14:textId="77777777" w:rsidR="007F76DA" w:rsidRDefault="00000000">
            <w:pPr>
              <w:spacing w:after="0"/>
              <w:jc w:val="center"/>
            </w:pPr>
            <w:r>
              <w:rPr>
                <w:sz w:val="16"/>
              </w:rPr>
              <w:t>☐</w:t>
            </w:r>
          </w:p>
        </w:tc>
        <w:tc>
          <w:tcPr>
            <w:tcW w:w="630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314DF" w14:textId="77777777" w:rsidR="007F76DA" w:rsidRDefault="00000000">
            <w:pPr>
              <w:spacing w:after="0"/>
              <w:jc w:val="center"/>
            </w:pPr>
            <w:r>
              <w:rPr>
                <w:sz w:val="16"/>
              </w:rPr>
              <w:t>☐</w:t>
            </w:r>
          </w:p>
        </w:tc>
      </w:tr>
      <w:tr w:rsidR="007F76DA" w14:paraId="1E47338D" w14:textId="77777777" w:rsidTr="00BD0B5A">
        <w:tc>
          <w:tcPr>
            <w:tcW w:w="547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BF675" w14:textId="46FA1361" w:rsidR="007F76DA" w:rsidRDefault="001316A5">
            <w:pPr>
              <w:spacing w:after="0"/>
              <w:jc w:val="center"/>
            </w:pPr>
            <w:r>
              <w:t>7</w:t>
            </w:r>
          </w:p>
        </w:tc>
        <w:tc>
          <w:tcPr>
            <w:tcW w:w="9042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AB0E8" w14:textId="77777777" w:rsidR="007F76DA" w:rsidRDefault="00000000">
            <w:pPr>
              <w:spacing w:after="0"/>
            </w:pPr>
            <w:r>
              <w:rPr>
                <w:sz w:val="16"/>
              </w:rPr>
              <w:t>The applicant has disclosed any matter that may affect its eligibility, past-performance assessment or risk profile.</w:t>
            </w:r>
          </w:p>
        </w:tc>
        <w:tc>
          <w:tcPr>
            <w:tcW w:w="602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19C48" w14:textId="77777777" w:rsidR="007F76DA" w:rsidRDefault="00000000">
            <w:pPr>
              <w:spacing w:after="0"/>
              <w:jc w:val="center"/>
            </w:pPr>
            <w:r>
              <w:rPr>
                <w:sz w:val="16"/>
              </w:rPr>
              <w:t>☐</w:t>
            </w:r>
          </w:p>
        </w:tc>
        <w:tc>
          <w:tcPr>
            <w:tcW w:w="630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5547E" w14:textId="77777777" w:rsidR="007F76DA" w:rsidRDefault="00000000">
            <w:pPr>
              <w:spacing w:after="0"/>
              <w:jc w:val="center"/>
            </w:pPr>
            <w:r>
              <w:rPr>
                <w:sz w:val="16"/>
              </w:rPr>
              <w:t>☐</w:t>
            </w:r>
          </w:p>
        </w:tc>
      </w:tr>
      <w:tr w:rsidR="007F76DA" w14:paraId="496F116A" w14:textId="77777777" w:rsidTr="00BD0B5A">
        <w:tc>
          <w:tcPr>
            <w:tcW w:w="547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17088" w14:textId="02C64DFA" w:rsidR="007F76DA" w:rsidRDefault="001316A5">
            <w:pPr>
              <w:spacing w:after="0"/>
              <w:jc w:val="center"/>
            </w:pPr>
            <w:r>
              <w:t>8</w:t>
            </w:r>
          </w:p>
        </w:tc>
        <w:tc>
          <w:tcPr>
            <w:tcW w:w="9042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6CFBF" w14:textId="77777777" w:rsidR="007F76DA" w:rsidRDefault="00000000">
            <w:pPr>
              <w:spacing w:after="0"/>
            </w:pPr>
            <w:r>
              <w:rPr>
                <w:sz w:val="16"/>
              </w:rPr>
              <w:t>Any funding awarded will be used only for the approved programme and direct implementation costs stipulated in the MoA.</w:t>
            </w:r>
          </w:p>
        </w:tc>
        <w:tc>
          <w:tcPr>
            <w:tcW w:w="602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ACB105" w14:textId="77777777" w:rsidR="007F76DA" w:rsidRDefault="00000000">
            <w:pPr>
              <w:spacing w:after="0"/>
              <w:jc w:val="center"/>
            </w:pPr>
            <w:r>
              <w:rPr>
                <w:sz w:val="16"/>
              </w:rPr>
              <w:t>☐</w:t>
            </w:r>
          </w:p>
        </w:tc>
        <w:tc>
          <w:tcPr>
            <w:tcW w:w="630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FF677" w14:textId="77777777" w:rsidR="007F76DA" w:rsidRDefault="00000000">
            <w:pPr>
              <w:spacing w:after="0"/>
              <w:jc w:val="center"/>
            </w:pPr>
            <w:r>
              <w:rPr>
                <w:sz w:val="16"/>
              </w:rPr>
              <w:t>☐</w:t>
            </w:r>
          </w:p>
        </w:tc>
      </w:tr>
      <w:tr w:rsidR="007F76DA" w14:paraId="422B6F3E" w14:textId="77777777" w:rsidTr="00BD0B5A">
        <w:tc>
          <w:tcPr>
            <w:tcW w:w="547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BF5B6" w14:textId="0CAA2C37" w:rsidR="007F76DA" w:rsidRDefault="001316A5">
            <w:pPr>
              <w:spacing w:after="0"/>
              <w:jc w:val="center"/>
            </w:pPr>
            <w:r>
              <w:t>9</w:t>
            </w:r>
          </w:p>
        </w:tc>
        <w:tc>
          <w:tcPr>
            <w:tcW w:w="9042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E17AB" w14:textId="77777777" w:rsidR="007F76DA" w:rsidRDefault="00000000">
            <w:pPr>
              <w:spacing w:after="0"/>
            </w:pPr>
            <w:r>
              <w:rPr>
                <w:sz w:val="16"/>
              </w:rPr>
              <w:t>No material change to the approved programme, beneficiary numbers, provider, delivery method, dates or budget will be implemented without prior written BANKSETA approval.</w:t>
            </w:r>
          </w:p>
        </w:tc>
        <w:tc>
          <w:tcPr>
            <w:tcW w:w="602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EB8B6" w14:textId="77777777" w:rsidR="007F76DA" w:rsidRDefault="00000000">
            <w:pPr>
              <w:spacing w:after="0"/>
              <w:jc w:val="center"/>
            </w:pPr>
            <w:r>
              <w:rPr>
                <w:sz w:val="16"/>
              </w:rPr>
              <w:t>☐</w:t>
            </w:r>
          </w:p>
        </w:tc>
        <w:tc>
          <w:tcPr>
            <w:tcW w:w="630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103CC" w14:textId="77777777" w:rsidR="007F76DA" w:rsidRDefault="00000000">
            <w:pPr>
              <w:spacing w:after="0"/>
              <w:jc w:val="center"/>
            </w:pPr>
            <w:r>
              <w:rPr>
                <w:sz w:val="16"/>
              </w:rPr>
              <w:t>☐</w:t>
            </w:r>
          </w:p>
        </w:tc>
      </w:tr>
      <w:tr w:rsidR="007F76DA" w14:paraId="66E9E793" w14:textId="77777777" w:rsidTr="00BD0B5A">
        <w:tc>
          <w:tcPr>
            <w:tcW w:w="547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777F7" w14:textId="77E8AF86" w:rsidR="007F76DA" w:rsidRDefault="001316A5">
            <w:pPr>
              <w:spacing w:after="0"/>
              <w:jc w:val="center"/>
            </w:pPr>
            <w:r>
              <w:t>10</w:t>
            </w:r>
          </w:p>
        </w:tc>
        <w:tc>
          <w:tcPr>
            <w:tcW w:w="9042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1FB6D" w14:textId="77777777" w:rsidR="007F76DA" w:rsidRDefault="00000000">
            <w:pPr>
              <w:spacing w:after="0"/>
            </w:pPr>
            <w:r>
              <w:rPr>
                <w:sz w:val="16"/>
              </w:rPr>
              <w:t>The applicant will disclose savings, non-utilisation or underutilisation and will not redirect funds without BANKSETA approval.</w:t>
            </w:r>
          </w:p>
        </w:tc>
        <w:tc>
          <w:tcPr>
            <w:tcW w:w="602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73D06" w14:textId="77777777" w:rsidR="007F76DA" w:rsidRDefault="00000000">
            <w:pPr>
              <w:spacing w:after="0"/>
              <w:jc w:val="center"/>
            </w:pPr>
            <w:r>
              <w:rPr>
                <w:sz w:val="16"/>
              </w:rPr>
              <w:t>☐</w:t>
            </w:r>
          </w:p>
        </w:tc>
        <w:tc>
          <w:tcPr>
            <w:tcW w:w="630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CBA09" w14:textId="77777777" w:rsidR="007F76DA" w:rsidRDefault="00000000">
            <w:pPr>
              <w:spacing w:after="0"/>
              <w:jc w:val="center"/>
            </w:pPr>
            <w:r>
              <w:rPr>
                <w:sz w:val="16"/>
              </w:rPr>
              <w:t>☐</w:t>
            </w:r>
          </w:p>
        </w:tc>
      </w:tr>
      <w:tr w:rsidR="007F76DA" w14:paraId="03F3F022" w14:textId="77777777" w:rsidTr="00BD0B5A">
        <w:tc>
          <w:tcPr>
            <w:tcW w:w="547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5D96E" w14:textId="605CCBD8" w:rsidR="007F76DA" w:rsidRDefault="001316A5">
            <w:pPr>
              <w:spacing w:after="0"/>
              <w:jc w:val="center"/>
            </w:pPr>
            <w:r>
              <w:t>11</w:t>
            </w:r>
          </w:p>
        </w:tc>
        <w:tc>
          <w:tcPr>
            <w:tcW w:w="9042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3216E" w14:textId="10776C8B" w:rsidR="007F76DA" w:rsidRDefault="00000000">
            <w:pPr>
              <w:spacing w:after="0"/>
            </w:pPr>
            <w:r>
              <w:rPr>
                <w:sz w:val="16"/>
              </w:rPr>
              <w:t xml:space="preserve">The applicant will obtain the required consent </w:t>
            </w:r>
            <w:r w:rsidR="000B0652">
              <w:rPr>
                <w:sz w:val="16"/>
              </w:rPr>
              <w:t xml:space="preserve">from beneficiaries </w:t>
            </w:r>
            <w:r>
              <w:rPr>
                <w:sz w:val="16"/>
              </w:rPr>
              <w:t>for collection and processing of personal information in accordance with POPIA.</w:t>
            </w:r>
          </w:p>
        </w:tc>
        <w:tc>
          <w:tcPr>
            <w:tcW w:w="602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67C50" w14:textId="77777777" w:rsidR="007F76DA" w:rsidRDefault="00000000">
            <w:pPr>
              <w:spacing w:after="0"/>
              <w:jc w:val="center"/>
            </w:pPr>
            <w:r>
              <w:rPr>
                <w:sz w:val="16"/>
              </w:rPr>
              <w:t>☐</w:t>
            </w:r>
          </w:p>
        </w:tc>
        <w:tc>
          <w:tcPr>
            <w:tcW w:w="630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BCC92" w14:textId="77777777" w:rsidR="007F76DA" w:rsidRDefault="00000000">
            <w:pPr>
              <w:spacing w:after="0"/>
              <w:jc w:val="center"/>
            </w:pPr>
            <w:r>
              <w:rPr>
                <w:sz w:val="16"/>
              </w:rPr>
              <w:t>☐</w:t>
            </w:r>
          </w:p>
        </w:tc>
      </w:tr>
      <w:tr w:rsidR="007F76DA" w14:paraId="147332C7" w14:textId="77777777" w:rsidTr="00BD0B5A">
        <w:tc>
          <w:tcPr>
            <w:tcW w:w="547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FFBD4" w14:textId="54A3D46D" w:rsidR="007F76DA" w:rsidRDefault="001316A5">
            <w:pPr>
              <w:spacing w:after="0"/>
              <w:jc w:val="center"/>
            </w:pPr>
            <w:r>
              <w:t>12</w:t>
            </w:r>
          </w:p>
        </w:tc>
        <w:tc>
          <w:tcPr>
            <w:tcW w:w="9042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CC5B0" w14:textId="77777777" w:rsidR="007F76DA" w:rsidRDefault="00000000">
            <w:pPr>
              <w:spacing w:after="0"/>
            </w:pPr>
            <w:r>
              <w:rPr>
                <w:sz w:val="16"/>
              </w:rPr>
              <w:t>The applicant agrees to provide information required for due diligence, verification, monitoring, audit, evaluation, impact assessment and statutory reporting.</w:t>
            </w:r>
          </w:p>
        </w:tc>
        <w:tc>
          <w:tcPr>
            <w:tcW w:w="602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8CA53" w14:textId="77777777" w:rsidR="007F76DA" w:rsidRDefault="00000000">
            <w:pPr>
              <w:spacing w:after="0"/>
              <w:jc w:val="center"/>
            </w:pPr>
            <w:r>
              <w:rPr>
                <w:sz w:val="16"/>
              </w:rPr>
              <w:t>☐</w:t>
            </w:r>
          </w:p>
        </w:tc>
        <w:tc>
          <w:tcPr>
            <w:tcW w:w="630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6C6BE" w14:textId="77777777" w:rsidR="007F76DA" w:rsidRDefault="00000000">
            <w:pPr>
              <w:spacing w:after="0"/>
              <w:jc w:val="center"/>
            </w:pPr>
            <w:r>
              <w:rPr>
                <w:sz w:val="16"/>
              </w:rPr>
              <w:t>☐</w:t>
            </w:r>
          </w:p>
        </w:tc>
      </w:tr>
      <w:tr w:rsidR="007F76DA" w14:paraId="77CE2B30" w14:textId="77777777" w:rsidTr="00BD0B5A">
        <w:tc>
          <w:tcPr>
            <w:tcW w:w="547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FC846" w14:textId="5DCE81BF" w:rsidR="007F76DA" w:rsidRDefault="001316A5">
            <w:pPr>
              <w:spacing w:after="0"/>
              <w:jc w:val="center"/>
            </w:pPr>
            <w:r>
              <w:t>13</w:t>
            </w:r>
          </w:p>
        </w:tc>
        <w:tc>
          <w:tcPr>
            <w:tcW w:w="9042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2DFF3" w14:textId="53F7DD2A" w:rsidR="007F76DA" w:rsidRDefault="00000000">
            <w:pPr>
              <w:spacing w:after="0"/>
            </w:pPr>
            <w:r>
              <w:rPr>
                <w:sz w:val="16"/>
              </w:rPr>
              <w:t xml:space="preserve">The applicant understands that inaccurate, fraudulent or unsupported information may result in the application being declined, funding being reduced/withdrawn, payments withheld, the agreement terminated </w:t>
            </w:r>
            <w:r w:rsidR="000B0652">
              <w:rPr>
                <w:sz w:val="16"/>
              </w:rPr>
              <w:t xml:space="preserve">and/or </w:t>
            </w:r>
            <w:r>
              <w:rPr>
                <w:sz w:val="16"/>
              </w:rPr>
              <w:t>funds recovered.</w:t>
            </w:r>
          </w:p>
        </w:tc>
        <w:tc>
          <w:tcPr>
            <w:tcW w:w="602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641CC" w14:textId="77777777" w:rsidR="007F76DA" w:rsidRDefault="00000000">
            <w:pPr>
              <w:spacing w:after="0"/>
              <w:jc w:val="center"/>
            </w:pPr>
            <w:r>
              <w:rPr>
                <w:sz w:val="16"/>
              </w:rPr>
              <w:t>☐</w:t>
            </w:r>
          </w:p>
        </w:tc>
        <w:tc>
          <w:tcPr>
            <w:tcW w:w="630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704C1" w14:textId="77777777" w:rsidR="007F76DA" w:rsidRDefault="00000000">
            <w:pPr>
              <w:spacing w:after="0"/>
              <w:jc w:val="center"/>
            </w:pPr>
            <w:r>
              <w:rPr>
                <w:sz w:val="16"/>
              </w:rPr>
              <w:t>☐</w:t>
            </w:r>
          </w:p>
        </w:tc>
      </w:tr>
      <w:tr w:rsidR="007F76DA" w14:paraId="5E499F9A" w14:textId="77777777" w:rsidTr="00BD0B5A">
        <w:tc>
          <w:tcPr>
            <w:tcW w:w="547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BD0CA" w14:textId="7E45CC2D" w:rsidR="007F76DA" w:rsidRDefault="001316A5">
            <w:pPr>
              <w:spacing w:after="0"/>
              <w:jc w:val="center"/>
            </w:pPr>
            <w:r>
              <w:t>14</w:t>
            </w:r>
          </w:p>
        </w:tc>
        <w:tc>
          <w:tcPr>
            <w:tcW w:w="9042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5B511" w14:textId="77777777" w:rsidR="007F76DA" w:rsidRDefault="00000000">
            <w:pPr>
              <w:spacing w:after="0"/>
            </w:pPr>
            <w:r>
              <w:rPr>
                <w:sz w:val="16"/>
              </w:rPr>
              <w:t>Neither the applicant nor any person involved in this application has an undisclosed actual, potential or perceived conflict of interest or prohibited related-party relationship with BANKSETA.</w:t>
            </w:r>
          </w:p>
        </w:tc>
        <w:tc>
          <w:tcPr>
            <w:tcW w:w="602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0254A" w14:textId="77777777" w:rsidR="007F76DA" w:rsidRDefault="00000000">
            <w:pPr>
              <w:spacing w:after="0"/>
              <w:jc w:val="center"/>
            </w:pPr>
            <w:r>
              <w:rPr>
                <w:sz w:val="16"/>
              </w:rPr>
              <w:t>☐</w:t>
            </w:r>
          </w:p>
        </w:tc>
        <w:tc>
          <w:tcPr>
            <w:tcW w:w="630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37919" w14:textId="77777777" w:rsidR="007F76DA" w:rsidRDefault="00000000">
            <w:pPr>
              <w:spacing w:after="0"/>
              <w:jc w:val="center"/>
            </w:pPr>
            <w:r>
              <w:rPr>
                <w:sz w:val="16"/>
              </w:rPr>
              <w:t>☐</w:t>
            </w:r>
          </w:p>
        </w:tc>
      </w:tr>
      <w:tr w:rsidR="007F76DA" w14:paraId="4C5B5669" w14:textId="77777777" w:rsidTr="00BD0B5A">
        <w:tc>
          <w:tcPr>
            <w:tcW w:w="547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CC9E3" w14:textId="3F640AF9" w:rsidR="007F76DA" w:rsidRDefault="001316A5">
            <w:pPr>
              <w:spacing w:after="0"/>
              <w:jc w:val="center"/>
            </w:pPr>
            <w:r>
              <w:t>15</w:t>
            </w:r>
          </w:p>
        </w:tc>
        <w:tc>
          <w:tcPr>
            <w:tcW w:w="9042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9D55E" w14:textId="2635266F" w:rsidR="007F76DA" w:rsidRDefault="00000000">
            <w:pPr>
              <w:spacing w:after="0"/>
            </w:pPr>
            <w:r>
              <w:rPr>
                <w:sz w:val="16"/>
              </w:rPr>
              <w:t xml:space="preserve">I am duly authorised to submit this application on behalf of the applicant </w:t>
            </w:r>
            <w:proofErr w:type="gramStart"/>
            <w:r>
              <w:rPr>
                <w:sz w:val="16"/>
              </w:rPr>
              <w:t>organisation</w:t>
            </w:r>
            <w:proofErr w:type="gramEnd"/>
            <w:r w:rsidR="00415482">
              <w:rPr>
                <w:sz w:val="16"/>
              </w:rPr>
              <w:t xml:space="preserve"> and</w:t>
            </w:r>
            <w:r w:rsidR="007C7F0F">
              <w:rPr>
                <w:sz w:val="16"/>
              </w:rPr>
              <w:t xml:space="preserve"> I am</w:t>
            </w:r>
            <w:r w:rsidR="00415482">
              <w:rPr>
                <w:sz w:val="16"/>
              </w:rPr>
              <w:t xml:space="preserve"> employed by the applicant organisation.</w:t>
            </w:r>
          </w:p>
        </w:tc>
        <w:tc>
          <w:tcPr>
            <w:tcW w:w="602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B5110" w14:textId="77777777" w:rsidR="007F76DA" w:rsidRDefault="00000000">
            <w:pPr>
              <w:spacing w:after="0"/>
              <w:jc w:val="center"/>
            </w:pPr>
            <w:r>
              <w:rPr>
                <w:sz w:val="16"/>
              </w:rPr>
              <w:t>☐</w:t>
            </w:r>
          </w:p>
        </w:tc>
        <w:tc>
          <w:tcPr>
            <w:tcW w:w="630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1AB74" w14:textId="77777777" w:rsidR="007F76DA" w:rsidRDefault="00000000">
            <w:pPr>
              <w:spacing w:after="0"/>
              <w:jc w:val="center"/>
            </w:pPr>
            <w:r>
              <w:rPr>
                <w:sz w:val="16"/>
              </w:rPr>
              <w:t>☐</w:t>
            </w:r>
          </w:p>
        </w:tc>
      </w:tr>
    </w:tbl>
    <w:p w14:paraId="670EC8BE" w14:textId="77777777" w:rsidR="007F76DA" w:rsidRDefault="007F76DA">
      <w:pPr>
        <w:spacing w:after="60"/>
      </w:pPr>
    </w:p>
    <w:p w14:paraId="3D380F9E" w14:textId="77777777" w:rsidR="007F76DA" w:rsidRDefault="00000000" w:rsidP="00F2480B">
      <w:pPr>
        <w:spacing w:after="60"/>
        <w:ind w:left="-284"/>
      </w:pPr>
      <w:r>
        <w:rPr>
          <w:b/>
          <w:color w:val="AD0049"/>
          <w:sz w:val="16"/>
        </w:rPr>
        <w:t>Provide details for any “No” response or other compliance matters that BANKSETA should consider:</w:t>
      </w:r>
    </w:p>
    <w:tbl>
      <w:tblPr>
        <w:tblW w:w="10779" w:type="dxa"/>
        <w:tblInd w:w="-271" w:type="dxa"/>
        <w:tblLayout w:type="fixed"/>
        <w:tblCellMar>
          <w:top w:w="70" w:type="dxa"/>
          <w:left w:w="90" w:type="dxa"/>
          <w:bottom w:w="70" w:type="dxa"/>
          <w:right w:w="90" w:type="dxa"/>
        </w:tblCellMar>
        <w:tblLook w:val="04A0" w:firstRow="1" w:lastRow="0" w:firstColumn="1" w:lastColumn="0" w:noHBand="0" w:noVBand="1"/>
      </w:tblPr>
      <w:tblGrid>
        <w:gridCol w:w="10779"/>
      </w:tblGrid>
      <w:tr w:rsidR="007F76DA" w14:paraId="75FB9214" w14:textId="77777777" w:rsidTr="00F2480B">
        <w:trPr>
          <w:cantSplit/>
          <w:trHeight w:val="1247"/>
        </w:trPr>
        <w:tc>
          <w:tcPr>
            <w:tcW w:w="10779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vAlign w:val="center"/>
          </w:tcPr>
          <w:p w14:paraId="0911411C" w14:textId="77777777" w:rsidR="007F76DA" w:rsidRDefault="007F76DA">
            <w:pPr>
              <w:spacing w:after="0"/>
            </w:pPr>
          </w:p>
        </w:tc>
      </w:tr>
    </w:tbl>
    <w:p w14:paraId="4F201156" w14:textId="77777777" w:rsidR="007F76DA" w:rsidRDefault="007F76DA">
      <w:pPr>
        <w:spacing w:after="0"/>
      </w:pPr>
    </w:p>
    <w:tbl>
      <w:tblPr>
        <w:tblW w:w="10793" w:type="dxa"/>
        <w:tblInd w:w="-280" w:type="dxa"/>
        <w:tblLayout w:type="fixed"/>
        <w:tblCellMar>
          <w:top w:w="70" w:type="dxa"/>
          <w:left w:w="90" w:type="dxa"/>
          <w:bottom w:w="70" w:type="dxa"/>
          <w:right w:w="90" w:type="dxa"/>
        </w:tblCellMar>
        <w:tblLook w:val="04A0" w:firstRow="1" w:lastRow="0" w:firstColumn="1" w:lastColumn="0" w:noHBand="0" w:noVBand="1"/>
      </w:tblPr>
      <w:tblGrid>
        <w:gridCol w:w="835"/>
        <w:gridCol w:w="9958"/>
      </w:tblGrid>
      <w:tr w:rsidR="007F76DA" w14:paraId="3168103C" w14:textId="77777777" w:rsidTr="00F2480B">
        <w:trPr>
          <w:cantSplit/>
        </w:trPr>
        <w:tc>
          <w:tcPr>
            <w:tcW w:w="835" w:type="dxa"/>
            <w:shd w:val="clear" w:color="auto" w:fill="AD0049"/>
            <w:vAlign w:val="center"/>
          </w:tcPr>
          <w:p w14:paraId="1C45E4B0" w14:textId="77777777" w:rsidR="007F76DA" w:rsidRDefault="00000000">
            <w:r>
              <w:rPr>
                <w:b/>
                <w:color w:val="FFFFFF"/>
                <w:sz w:val="20"/>
              </w:rPr>
              <w:t>6</w:t>
            </w:r>
          </w:p>
        </w:tc>
        <w:tc>
          <w:tcPr>
            <w:tcW w:w="9958" w:type="dxa"/>
            <w:shd w:val="clear" w:color="auto" w:fill="D9B26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68AFF" w14:textId="77777777" w:rsidR="007F76DA" w:rsidRDefault="00000000">
            <w:pPr>
              <w:spacing w:after="0"/>
              <w:rPr>
                <w:b/>
                <w:color w:val="AD0049"/>
                <w:sz w:val="20"/>
              </w:rPr>
            </w:pPr>
            <w:r>
              <w:rPr>
                <w:b/>
                <w:color w:val="AD0049"/>
                <w:sz w:val="20"/>
              </w:rPr>
              <w:t>Authorised Representative Sign-off</w:t>
            </w:r>
          </w:p>
          <w:p w14:paraId="4063029D" w14:textId="015F34F4" w:rsidR="00BD0B5A" w:rsidRDefault="00BD0B5A">
            <w:pPr>
              <w:spacing w:after="0"/>
            </w:pPr>
            <w:r>
              <w:rPr>
                <w:i/>
                <w:color w:val="666666"/>
                <w:sz w:val="15"/>
              </w:rPr>
              <w:t xml:space="preserve">Must be employed by </w:t>
            </w:r>
            <w:r w:rsidRPr="00415482">
              <w:rPr>
                <w:i/>
                <w:color w:val="666666"/>
                <w:sz w:val="15"/>
              </w:rPr>
              <w:t>the applicant organisation.</w:t>
            </w:r>
          </w:p>
        </w:tc>
      </w:tr>
    </w:tbl>
    <w:p w14:paraId="0043A76A" w14:textId="77777777" w:rsidR="007F76DA" w:rsidRDefault="007F76DA">
      <w:pPr>
        <w:spacing w:after="60"/>
      </w:pPr>
    </w:p>
    <w:p w14:paraId="3E7A4A46" w14:textId="77777777" w:rsidR="007F76DA" w:rsidRDefault="00000000" w:rsidP="00F2480B">
      <w:pPr>
        <w:spacing w:after="60"/>
        <w:ind w:left="-280"/>
      </w:pPr>
      <w:r>
        <w:rPr>
          <w:sz w:val="16"/>
        </w:rPr>
        <w:t>By signing below, the authorised representative confirms the compliance declarations and information provided in this application.</w:t>
      </w:r>
    </w:p>
    <w:tbl>
      <w:tblPr>
        <w:tblW w:w="10779" w:type="dxa"/>
        <w:tblInd w:w="-271" w:type="dxa"/>
        <w:tblLayout w:type="fixed"/>
        <w:tblCellMar>
          <w:top w:w="70" w:type="dxa"/>
          <w:left w:w="90" w:type="dxa"/>
          <w:bottom w:w="70" w:type="dxa"/>
          <w:right w:w="90" w:type="dxa"/>
        </w:tblCellMar>
        <w:tblLook w:val="04A0" w:firstRow="1" w:lastRow="0" w:firstColumn="1" w:lastColumn="0" w:noHBand="0" w:noVBand="1"/>
      </w:tblPr>
      <w:tblGrid>
        <w:gridCol w:w="2381"/>
        <w:gridCol w:w="2988"/>
        <w:gridCol w:w="2410"/>
        <w:gridCol w:w="3000"/>
      </w:tblGrid>
      <w:tr w:rsidR="007F76DA" w14:paraId="1C990765" w14:textId="77777777" w:rsidTr="004036EE">
        <w:trPr>
          <w:cantSplit/>
        </w:trPr>
        <w:tc>
          <w:tcPr>
            <w:tcW w:w="2381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shd w:val="clear" w:color="auto" w:fill="F3F1ED"/>
            <w:vAlign w:val="center"/>
          </w:tcPr>
          <w:p w14:paraId="7480452E" w14:textId="77777777" w:rsidR="007F76DA" w:rsidRDefault="00000000">
            <w:pPr>
              <w:spacing w:after="0"/>
            </w:pPr>
            <w:r>
              <w:rPr>
                <w:b/>
                <w:color w:val="AD0049"/>
                <w:sz w:val="16"/>
              </w:rPr>
              <w:t>Name of authorised representative</w:t>
            </w:r>
          </w:p>
        </w:tc>
        <w:tc>
          <w:tcPr>
            <w:tcW w:w="2988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shd w:val="clear" w:color="auto" w:fill="FFFFFF"/>
            <w:vAlign w:val="center"/>
          </w:tcPr>
          <w:p w14:paraId="77EAF78F" w14:textId="77777777" w:rsidR="007F76DA" w:rsidRDefault="007F76DA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shd w:val="clear" w:color="auto" w:fill="F3F1ED"/>
            <w:vAlign w:val="center"/>
          </w:tcPr>
          <w:p w14:paraId="0C2820EA" w14:textId="77777777" w:rsidR="007F76DA" w:rsidRDefault="00000000">
            <w:pPr>
              <w:spacing w:after="0"/>
            </w:pPr>
            <w:r>
              <w:rPr>
                <w:b/>
                <w:color w:val="AD0049"/>
                <w:sz w:val="16"/>
              </w:rPr>
              <w:t>Designation</w:t>
            </w:r>
          </w:p>
        </w:tc>
        <w:tc>
          <w:tcPr>
            <w:tcW w:w="3000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shd w:val="clear" w:color="auto" w:fill="FFFFFF"/>
            <w:vAlign w:val="center"/>
          </w:tcPr>
          <w:p w14:paraId="7A835D23" w14:textId="77777777" w:rsidR="007F76DA" w:rsidRDefault="007F76DA">
            <w:pPr>
              <w:spacing w:after="0"/>
            </w:pPr>
          </w:p>
        </w:tc>
      </w:tr>
      <w:tr w:rsidR="007F76DA" w14:paraId="4AC70938" w14:textId="77777777" w:rsidTr="004036EE">
        <w:trPr>
          <w:cantSplit/>
        </w:trPr>
        <w:tc>
          <w:tcPr>
            <w:tcW w:w="2381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shd w:val="clear" w:color="auto" w:fill="F3F1ED"/>
            <w:vAlign w:val="center"/>
          </w:tcPr>
          <w:p w14:paraId="35BD74F3" w14:textId="77777777" w:rsidR="007F76DA" w:rsidRDefault="00000000">
            <w:pPr>
              <w:spacing w:after="0"/>
            </w:pPr>
            <w:r>
              <w:rPr>
                <w:b/>
                <w:color w:val="AD0049"/>
                <w:sz w:val="16"/>
              </w:rPr>
              <w:t>Signature</w:t>
            </w:r>
          </w:p>
        </w:tc>
        <w:tc>
          <w:tcPr>
            <w:tcW w:w="2988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shd w:val="clear" w:color="auto" w:fill="FFFFFF"/>
            <w:vAlign w:val="center"/>
          </w:tcPr>
          <w:p w14:paraId="403C5E27" w14:textId="77777777" w:rsidR="007F76DA" w:rsidRDefault="007F76DA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shd w:val="clear" w:color="auto" w:fill="F3F1ED"/>
            <w:vAlign w:val="center"/>
          </w:tcPr>
          <w:p w14:paraId="66F4C9C5" w14:textId="77777777" w:rsidR="007F76DA" w:rsidRDefault="00000000">
            <w:pPr>
              <w:spacing w:after="0"/>
            </w:pPr>
            <w:r>
              <w:rPr>
                <w:b/>
                <w:color w:val="AD0049"/>
                <w:sz w:val="16"/>
              </w:rPr>
              <w:t>Date</w:t>
            </w:r>
          </w:p>
        </w:tc>
        <w:tc>
          <w:tcPr>
            <w:tcW w:w="3000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shd w:val="clear" w:color="auto" w:fill="FFFFFF"/>
            <w:vAlign w:val="center"/>
          </w:tcPr>
          <w:p w14:paraId="57ED6EF8" w14:textId="77777777" w:rsidR="007F76DA" w:rsidRDefault="007F76DA">
            <w:pPr>
              <w:spacing w:after="0"/>
            </w:pPr>
          </w:p>
        </w:tc>
      </w:tr>
      <w:tr w:rsidR="007F76DA" w14:paraId="780C2C2D" w14:textId="77777777" w:rsidTr="004036EE">
        <w:trPr>
          <w:cantSplit/>
        </w:trPr>
        <w:tc>
          <w:tcPr>
            <w:tcW w:w="2381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shd w:val="clear" w:color="auto" w:fill="F3F1ED"/>
            <w:vAlign w:val="center"/>
          </w:tcPr>
          <w:p w14:paraId="50B97D1D" w14:textId="77777777" w:rsidR="007F76DA" w:rsidRDefault="00000000">
            <w:pPr>
              <w:spacing w:after="0"/>
            </w:pPr>
            <w:r>
              <w:rPr>
                <w:b/>
                <w:color w:val="AD0049"/>
                <w:sz w:val="16"/>
              </w:rPr>
              <w:t>Organisation name</w:t>
            </w:r>
          </w:p>
        </w:tc>
        <w:tc>
          <w:tcPr>
            <w:tcW w:w="2988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shd w:val="clear" w:color="auto" w:fill="FFFFFF"/>
            <w:vAlign w:val="center"/>
          </w:tcPr>
          <w:p w14:paraId="77019E38" w14:textId="77777777" w:rsidR="007F76DA" w:rsidRDefault="007F76DA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shd w:val="clear" w:color="auto" w:fill="F3F1ED"/>
            <w:vAlign w:val="center"/>
          </w:tcPr>
          <w:p w14:paraId="141FBEA3" w14:textId="77777777" w:rsidR="007F76DA" w:rsidRDefault="00000000">
            <w:pPr>
              <w:spacing w:after="0"/>
            </w:pPr>
            <w:r>
              <w:rPr>
                <w:b/>
                <w:color w:val="AD0049"/>
                <w:sz w:val="16"/>
              </w:rPr>
              <w:t>Cell phone</w:t>
            </w:r>
          </w:p>
        </w:tc>
        <w:tc>
          <w:tcPr>
            <w:tcW w:w="3000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shd w:val="clear" w:color="auto" w:fill="FFFFFF"/>
            <w:vAlign w:val="center"/>
          </w:tcPr>
          <w:p w14:paraId="20E12319" w14:textId="77777777" w:rsidR="007F76DA" w:rsidRDefault="007F76DA">
            <w:pPr>
              <w:spacing w:after="0"/>
            </w:pPr>
          </w:p>
        </w:tc>
      </w:tr>
      <w:tr w:rsidR="007F76DA" w14:paraId="669CE851" w14:textId="77777777" w:rsidTr="004036EE">
        <w:trPr>
          <w:cantSplit/>
        </w:trPr>
        <w:tc>
          <w:tcPr>
            <w:tcW w:w="2381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shd w:val="clear" w:color="auto" w:fill="F3F1ED"/>
            <w:vAlign w:val="center"/>
          </w:tcPr>
          <w:p w14:paraId="0607C019" w14:textId="77777777" w:rsidR="007F76DA" w:rsidRDefault="00000000">
            <w:pPr>
              <w:spacing w:after="0"/>
            </w:pPr>
            <w:r>
              <w:rPr>
                <w:b/>
                <w:color w:val="AD0049"/>
                <w:sz w:val="16"/>
              </w:rPr>
              <w:t>Email</w:t>
            </w:r>
          </w:p>
        </w:tc>
        <w:tc>
          <w:tcPr>
            <w:tcW w:w="2988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shd w:val="clear" w:color="auto" w:fill="FFFFFF"/>
            <w:vAlign w:val="center"/>
          </w:tcPr>
          <w:p w14:paraId="72613B66" w14:textId="77777777" w:rsidR="007F76DA" w:rsidRDefault="007F76DA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shd w:val="clear" w:color="auto" w:fill="F3F1ED"/>
            <w:vAlign w:val="center"/>
          </w:tcPr>
          <w:p w14:paraId="17309A5D" w14:textId="77777777" w:rsidR="007F76DA" w:rsidRDefault="007F76DA">
            <w:pPr>
              <w:spacing w:after="0"/>
            </w:pPr>
          </w:p>
        </w:tc>
        <w:tc>
          <w:tcPr>
            <w:tcW w:w="3000" w:type="dxa"/>
            <w:tcBorders>
              <w:top w:val="single" w:sz="4" w:space="0" w:color="BBB2A6"/>
              <w:left w:val="single" w:sz="4" w:space="0" w:color="BBB2A6"/>
              <w:bottom w:val="single" w:sz="4" w:space="0" w:color="BBB2A6"/>
              <w:right w:val="single" w:sz="4" w:space="0" w:color="BBB2A6"/>
            </w:tcBorders>
            <w:shd w:val="clear" w:color="auto" w:fill="FFFFFF"/>
            <w:vAlign w:val="center"/>
          </w:tcPr>
          <w:p w14:paraId="3E9EA140" w14:textId="77777777" w:rsidR="007F76DA" w:rsidRDefault="007F76DA">
            <w:pPr>
              <w:spacing w:after="0"/>
            </w:pPr>
          </w:p>
        </w:tc>
      </w:tr>
    </w:tbl>
    <w:p w14:paraId="2C8963FD" w14:textId="77777777" w:rsidR="007F76DA" w:rsidRDefault="00000000">
      <w:r>
        <w:br w:type="page"/>
      </w:r>
    </w:p>
    <w:tbl>
      <w:tblPr>
        <w:tblW w:w="10208" w:type="dxa"/>
        <w:jc w:val="center"/>
        <w:tblLayout w:type="fixed"/>
        <w:tblLook w:val="04A0" w:firstRow="1" w:lastRow="0" w:firstColumn="1" w:lastColumn="0" w:noHBand="0" w:noVBand="1"/>
      </w:tblPr>
      <w:tblGrid>
        <w:gridCol w:w="953"/>
        <w:gridCol w:w="9255"/>
      </w:tblGrid>
      <w:tr w:rsidR="007F76DA" w14:paraId="023D2911" w14:textId="77777777" w:rsidTr="00825E61">
        <w:trPr>
          <w:jc w:val="center"/>
        </w:trPr>
        <w:tc>
          <w:tcPr>
            <w:tcW w:w="953" w:type="dxa"/>
            <w:shd w:val="clear" w:color="auto" w:fill="AD0049"/>
            <w:vAlign w:val="center"/>
          </w:tcPr>
          <w:p w14:paraId="2DCD9E5A" w14:textId="77777777" w:rsidR="007F76DA" w:rsidRDefault="00000000">
            <w:pPr>
              <w:pageBreakBefore/>
              <w:spacing w:after="0"/>
              <w:jc w:val="center"/>
            </w:pPr>
            <w:r>
              <w:rPr>
                <w:b/>
                <w:color w:val="FFFFFF"/>
                <w:sz w:val="22"/>
              </w:rPr>
              <w:lastRenderedPageBreak/>
              <w:t>A</w:t>
            </w:r>
          </w:p>
        </w:tc>
        <w:tc>
          <w:tcPr>
            <w:tcW w:w="9255" w:type="dxa"/>
            <w:shd w:val="clear" w:color="auto" w:fill="D9B262"/>
            <w:vAlign w:val="center"/>
          </w:tcPr>
          <w:p w14:paraId="4440BA70" w14:textId="77777777" w:rsidR="007F76DA" w:rsidRDefault="00000000">
            <w:pPr>
              <w:spacing w:after="0"/>
            </w:pPr>
            <w:r>
              <w:rPr>
                <w:b/>
                <w:color w:val="AD0049"/>
                <w:sz w:val="22"/>
              </w:rPr>
              <w:t>ANNEXURE A – OFO CODES AND DESCRIPTORS</w:t>
            </w:r>
          </w:p>
        </w:tc>
      </w:tr>
    </w:tbl>
    <w:p w14:paraId="7F5D2480" w14:textId="1C14920A" w:rsidR="007F76DA" w:rsidRDefault="001316A5">
      <w:pPr>
        <w:spacing w:after="120"/>
      </w:pPr>
      <w:r w:rsidRPr="001316A5">
        <w:rPr>
          <w:sz w:val="16"/>
        </w:rPr>
        <w:t>For Online Short Courses, applications must relate to the occupations listed below</w:t>
      </w:r>
      <w:r>
        <w:rPr>
          <w:sz w:val="16"/>
        </w:rPr>
        <w:t>. Select the relevant OFO code in Section 2 where applicable.</w:t>
      </w:r>
    </w:p>
    <w:tbl>
      <w:tblPr>
        <w:tblW w:w="10208" w:type="dxa"/>
        <w:jc w:val="center"/>
        <w:tblLayout w:type="fixed"/>
        <w:tblLook w:val="04A0" w:firstRow="1" w:lastRow="0" w:firstColumn="1" w:lastColumn="0" w:noHBand="0" w:noVBand="1"/>
      </w:tblPr>
      <w:tblGrid>
        <w:gridCol w:w="2185"/>
        <w:gridCol w:w="8023"/>
      </w:tblGrid>
      <w:tr w:rsidR="007F76DA" w14:paraId="1E2322A0" w14:textId="77777777" w:rsidTr="00825E61">
        <w:trPr>
          <w:tblHeader/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shd w:val="clear" w:color="auto" w:fill="AD0049"/>
            <w:vAlign w:val="center"/>
          </w:tcPr>
          <w:p w14:paraId="334E2C9A" w14:textId="77777777" w:rsidR="007F76DA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OFO CODE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shd w:val="clear" w:color="auto" w:fill="AD0049"/>
            <w:vAlign w:val="center"/>
          </w:tcPr>
          <w:p w14:paraId="5911E24A" w14:textId="77777777" w:rsidR="007F76DA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OFO DESCRIPTOR</w:t>
            </w:r>
          </w:p>
        </w:tc>
      </w:tr>
      <w:tr w:rsidR="007F76DA" w14:paraId="6BCFE9E5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44F423A0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2021-121202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6507803F" w14:textId="77777777" w:rsidR="007F76DA" w:rsidRDefault="00000000">
            <w:pPr>
              <w:spacing w:after="0"/>
            </w:pPr>
            <w:r>
              <w:rPr>
                <w:sz w:val="15"/>
              </w:rPr>
              <w:t>Business Training Manager</w:t>
            </w:r>
          </w:p>
        </w:tc>
      </w:tr>
      <w:tr w:rsidR="007F76DA" w14:paraId="72F39553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224CDD72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2021-122301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79D81D93" w14:textId="77777777" w:rsidR="007F76DA" w:rsidRDefault="00000000">
            <w:pPr>
              <w:spacing w:after="0"/>
            </w:pPr>
            <w:r>
              <w:rPr>
                <w:sz w:val="15"/>
              </w:rPr>
              <w:t>Research and Development Manager</w:t>
            </w:r>
          </w:p>
        </w:tc>
      </w:tr>
      <w:tr w:rsidR="007F76DA" w14:paraId="7E00970D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05B473FD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2021-131101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76D25480" w14:textId="77777777" w:rsidR="007F76DA" w:rsidRDefault="00000000">
            <w:pPr>
              <w:spacing w:after="0"/>
            </w:pPr>
            <w:r>
              <w:rPr>
                <w:sz w:val="15"/>
              </w:rPr>
              <w:t>Agricultural Farm Manager</w:t>
            </w:r>
          </w:p>
        </w:tc>
      </w:tr>
      <w:tr w:rsidR="007F76DA" w14:paraId="2DB97206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77AFC4EE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2021-132102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2D22DE5D" w14:textId="77777777" w:rsidR="007F76DA" w:rsidRDefault="00000000">
            <w:pPr>
              <w:spacing w:after="0"/>
            </w:pPr>
            <w:r>
              <w:rPr>
                <w:sz w:val="15"/>
              </w:rPr>
              <w:t>Manufacturing Operations Manager</w:t>
            </w:r>
          </w:p>
        </w:tc>
      </w:tr>
      <w:tr w:rsidR="007F76DA" w14:paraId="046B7038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3E581AA9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2021-132107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55038E00" w14:textId="77777777" w:rsidR="007F76DA" w:rsidRDefault="00000000">
            <w:pPr>
              <w:spacing w:after="0"/>
            </w:pPr>
            <w:r>
              <w:rPr>
                <w:sz w:val="15"/>
              </w:rPr>
              <w:t>Quality Manager</w:t>
            </w:r>
          </w:p>
        </w:tc>
      </w:tr>
      <w:tr w:rsidR="007F76DA" w14:paraId="2E58F3D1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28BCBC22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2021-132301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6B8A2922" w14:textId="77777777" w:rsidR="007F76DA" w:rsidRDefault="00000000">
            <w:pPr>
              <w:spacing w:after="0"/>
            </w:pPr>
            <w:r>
              <w:rPr>
                <w:sz w:val="15"/>
              </w:rPr>
              <w:t>Construction Project Manager</w:t>
            </w:r>
          </w:p>
        </w:tc>
      </w:tr>
      <w:tr w:rsidR="007F76DA" w14:paraId="2990CEE8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258E5326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2021-133102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60189173" w14:textId="77777777" w:rsidR="007F76DA" w:rsidRDefault="00000000">
            <w:pPr>
              <w:spacing w:after="0"/>
            </w:pPr>
            <w:r>
              <w:rPr>
                <w:sz w:val="15"/>
              </w:rPr>
              <w:t>ICT Project Manager</w:t>
            </w:r>
          </w:p>
        </w:tc>
      </w:tr>
      <w:tr w:rsidR="007F76DA" w14:paraId="2B29D9F1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335E63DD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2021-143905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4729D6FF" w14:textId="77777777" w:rsidR="007F76DA" w:rsidRDefault="00000000">
            <w:pPr>
              <w:spacing w:after="0"/>
            </w:pPr>
            <w:r>
              <w:rPr>
                <w:sz w:val="15"/>
              </w:rPr>
              <w:t>Call or Contact Centre Manager</w:t>
            </w:r>
          </w:p>
        </w:tc>
      </w:tr>
      <w:tr w:rsidR="007F76DA" w14:paraId="36778328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7F9ABC34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2021-211201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6E3305EF" w14:textId="77777777" w:rsidR="007F76DA" w:rsidRDefault="00000000">
            <w:pPr>
              <w:spacing w:after="0"/>
            </w:pPr>
            <w:r>
              <w:rPr>
                <w:sz w:val="15"/>
              </w:rPr>
              <w:t>Meteorologist</w:t>
            </w:r>
          </w:p>
        </w:tc>
      </w:tr>
      <w:tr w:rsidR="007F76DA" w14:paraId="5C533416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21EF6D93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2021-213105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794B6449" w14:textId="77777777" w:rsidR="007F76DA" w:rsidRDefault="00000000">
            <w:pPr>
              <w:spacing w:after="0"/>
            </w:pPr>
            <w:r>
              <w:rPr>
                <w:sz w:val="15"/>
              </w:rPr>
              <w:t>Biotechnologist</w:t>
            </w:r>
          </w:p>
        </w:tc>
      </w:tr>
      <w:tr w:rsidR="007F76DA" w14:paraId="1411F818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7F021BA9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2021-213108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0EEC2346" w14:textId="77777777" w:rsidR="007F76DA" w:rsidRDefault="00000000">
            <w:pPr>
              <w:spacing w:after="0"/>
            </w:pPr>
            <w:r>
              <w:rPr>
                <w:sz w:val="15"/>
              </w:rPr>
              <w:t>Microbiologist</w:t>
            </w:r>
          </w:p>
        </w:tc>
      </w:tr>
      <w:tr w:rsidR="007F76DA" w14:paraId="044FAEEF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10676506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2021-213109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699B4269" w14:textId="77777777" w:rsidR="007F76DA" w:rsidRDefault="00000000">
            <w:pPr>
              <w:spacing w:after="0"/>
            </w:pPr>
            <w:r>
              <w:rPr>
                <w:sz w:val="15"/>
              </w:rPr>
              <w:t>Zoologist</w:t>
            </w:r>
          </w:p>
        </w:tc>
      </w:tr>
      <w:tr w:rsidR="007F76DA" w14:paraId="63094F6A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7FF6B2CE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2021-213201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36367A94" w14:textId="77777777" w:rsidR="007F76DA" w:rsidRDefault="00000000">
            <w:pPr>
              <w:spacing w:after="0"/>
            </w:pPr>
            <w:r>
              <w:rPr>
                <w:sz w:val="15"/>
              </w:rPr>
              <w:t>Agriculture Consultant</w:t>
            </w:r>
          </w:p>
        </w:tc>
      </w:tr>
      <w:tr w:rsidR="007F76DA" w14:paraId="71937820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77387291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2021-213202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4B901571" w14:textId="77777777" w:rsidR="007F76DA" w:rsidRDefault="00000000">
            <w:pPr>
              <w:spacing w:after="0"/>
            </w:pPr>
            <w:r>
              <w:rPr>
                <w:sz w:val="15"/>
              </w:rPr>
              <w:t>Agricultural Scientist</w:t>
            </w:r>
          </w:p>
        </w:tc>
      </w:tr>
      <w:tr w:rsidR="007F76DA" w14:paraId="2257F395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417448EE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2021-213205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251E9C1E" w14:textId="77777777" w:rsidR="007F76DA" w:rsidRDefault="00000000">
            <w:pPr>
              <w:spacing w:after="0"/>
            </w:pPr>
            <w:r>
              <w:rPr>
                <w:sz w:val="15"/>
              </w:rPr>
              <w:t>Food and Beverage Scientist</w:t>
            </w:r>
          </w:p>
        </w:tc>
      </w:tr>
      <w:tr w:rsidR="007F76DA" w14:paraId="161C3CDC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232855F3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2021-213302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5D76154E" w14:textId="77777777" w:rsidR="007F76DA" w:rsidRDefault="00000000">
            <w:pPr>
              <w:spacing w:after="0"/>
            </w:pPr>
            <w:r>
              <w:rPr>
                <w:sz w:val="15"/>
              </w:rPr>
              <w:t>Environmental Scientist</w:t>
            </w:r>
          </w:p>
        </w:tc>
      </w:tr>
      <w:tr w:rsidR="007F76DA" w14:paraId="02E62B56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5457907F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2021-213304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3E4F4A67" w14:textId="77777777" w:rsidR="007F76DA" w:rsidRDefault="00000000">
            <w:pPr>
              <w:spacing w:after="0"/>
            </w:pPr>
            <w:r>
              <w:rPr>
                <w:sz w:val="15"/>
              </w:rPr>
              <w:t>Earth and Soil Scientist</w:t>
            </w:r>
          </w:p>
        </w:tc>
      </w:tr>
      <w:tr w:rsidR="007F76DA" w14:paraId="792A0B17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53193485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2021-214104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0900A797" w14:textId="77777777" w:rsidR="007F76DA" w:rsidRDefault="00000000">
            <w:pPr>
              <w:spacing w:after="0"/>
            </w:pPr>
            <w:r>
              <w:rPr>
                <w:sz w:val="15"/>
              </w:rPr>
              <w:t>Production Engineering Technologist (</w:t>
            </w:r>
            <w:proofErr w:type="spellStart"/>
            <w:r>
              <w:rPr>
                <w:sz w:val="15"/>
              </w:rPr>
              <w:t>specialising</w:t>
            </w:r>
            <w:proofErr w:type="spellEnd"/>
            <w:r>
              <w:rPr>
                <w:sz w:val="15"/>
              </w:rPr>
              <w:t xml:space="preserve"> as Leather and Footwear Production Technologists)</w:t>
            </w:r>
          </w:p>
        </w:tc>
      </w:tr>
      <w:tr w:rsidR="007F76DA" w14:paraId="7858AFF6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5CF87D3F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2021-214201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43E9B885" w14:textId="77777777" w:rsidR="007F76DA" w:rsidRDefault="00000000">
            <w:pPr>
              <w:spacing w:after="0"/>
            </w:pPr>
            <w:r>
              <w:rPr>
                <w:sz w:val="15"/>
              </w:rPr>
              <w:t>Civil Engineer</w:t>
            </w:r>
          </w:p>
        </w:tc>
      </w:tr>
      <w:tr w:rsidR="007F76DA" w14:paraId="05E8971D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7D6374E9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2021-214202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6B891B48" w14:textId="77777777" w:rsidR="007F76DA" w:rsidRDefault="00000000">
            <w:pPr>
              <w:spacing w:after="0"/>
            </w:pPr>
            <w:r>
              <w:rPr>
                <w:sz w:val="15"/>
              </w:rPr>
              <w:t>Civil Engineering Technologist</w:t>
            </w:r>
          </w:p>
        </w:tc>
      </w:tr>
      <w:tr w:rsidR="007F76DA" w14:paraId="6DB11E34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46F9F40C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2021-214401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7E145941" w14:textId="77777777" w:rsidR="007F76DA" w:rsidRDefault="00000000">
            <w:pPr>
              <w:spacing w:after="0"/>
            </w:pPr>
            <w:r>
              <w:rPr>
                <w:sz w:val="15"/>
              </w:rPr>
              <w:t>Mechanical Engineer</w:t>
            </w:r>
          </w:p>
        </w:tc>
      </w:tr>
      <w:tr w:rsidR="007F76DA" w14:paraId="0331CA45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3EE09A04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2021-214605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49815F4C" w14:textId="77777777" w:rsidR="007F76DA" w:rsidRDefault="00000000">
            <w:pPr>
              <w:spacing w:after="0"/>
            </w:pPr>
            <w:r>
              <w:rPr>
                <w:sz w:val="15"/>
              </w:rPr>
              <w:t>Metallurgist</w:t>
            </w:r>
          </w:p>
        </w:tc>
      </w:tr>
      <w:tr w:rsidR="007F76DA" w14:paraId="7755F769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28295C82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2021-214904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55CEBDD8" w14:textId="77777777" w:rsidR="007F76DA" w:rsidRDefault="00000000">
            <w:pPr>
              <w:spacing w:after="0"/>
            </w:pPr>
            <w:r>
              <w:rPr>
                <w:sz w:val="15"/>
              </w:rPr>
              <w:t>Quantity Surveyor</w:t>
            </w:r>
          </w:p>
        </w:tc>
      </w:tr>
      <w:tr w:rsidR="007F76DA" w14:paraId="77F0A5D4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38015F39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2021-215101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27AECCB9" w14:textId="77777777" w:rsidR="007F76DA" w:rsidRDefault="00000000">
            <w:pPr>
              <w:spacing w:after="0"/>
            </w:pPr>
            <w:r>
              <w:rPr>
                <w:sz w:val="15"/>
              </w:rPr>
              <w:t>Electrical Engineer</w:t>
            </w:r>
          </w:p>
        </w:tc>
      </w:tr>
      <w:tr w:rsidR="007F76DA" w14:paraId="77DE5DC3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6616A0F0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2021-215103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0D28F8D3" w14:textId="77777777" w:rsidR="007F76DA" w:rsidRDefault="00000000">
            <w:pPr>
              <w:spacing w:after="0"/>
            </w:pPr>
            <w:r>
              <w:rPr>
                <w:sz w:val="15"/>
              </w:rPr>
              <w:t>Energy Engineer</w:t>
            </w:r>
          </w:p>
        </w:tc>
      </w:tr>
      <w:tr w:rsidR="007F76DA" w14:paraId="557544A8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28BFFB00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2021-215104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680CFDE6" w14:textId="77777777" w:rsidR="007F76DA" w:rsidRDefault="00000000">
            <w:pPr>
              <w:spacing w:after="0"/>
            </w:pPr>
            <w:r>
              <w:rPr>
                <w:sz w:val="15"/>
              </w:rPr>
              <w:t>Energy Engineering Technologist</w:t>
            </w:r>
          </w:p>
        </w:tc>
      </w:tr>
      <w:tr w:rsidR="007F76DA" w14:paraId="382C335A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0ED7D4A6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2021-216101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0905A233" w14:textId="77777777" w:rsidR="007F76DA" w:rsidRDefault="00000000">
            <w:pPr>
              <w:spacing w:after="0"/>
            </w:pPr>
            <w:r>
              <w:rPr>
                <w:sz w:val="15"/>
              </w:rPr>
              <w:t>Architect</w:t>
            </w:r>
          </w:p>
        </w:tc>
      </w:tr>
      <w:tr w:rsidR="007F76DA" w14:paraId="744BA144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12BADFB6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2021-216302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2624FEB1" w14:textId="77777777" w:rsidR="007F76DA" w:rsidRDefault="00000000">
            <w:pPr>
              <w:spacing w:after="0"/>
            </w:pPr>
            <w:r>
              <w:rPr>
                <w:sz w:val="15"/>
              </w:rPr>
              <w:t>Industrial Designer</w:t>
            </w:r>
          </w:p>
        </w:tc>
      </w:tr>
      <w:tr w:rsidR="007F76DA" w14:paraId="7EC21CFE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1476AD29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2021-216304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27DDB053" w14:textId="77777777" w:rsidR="007F76DA" w:rsidRDefault="00000000">
            <w:pPr>
              <w:spacing w:after="0"/>
            </w:pPr>
            <w:r>
              <w:rPr>
                <w:sz w:val="15"/>
              </w:rPr>
              <w:t>Footwear Designer</w:t>
            </w:r>
          </w:p>
        </w:tc>
      </w:tr>
      <w:tr w:rsidR="007F76DA" w14:paraId="45466F09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77DF28FE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2021-216603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473487B1" w14:textId="77777777" w:rsidR="007F76DA" w:rsidRDefault="00000000">
            <w:pPr>
              <w:spacing w:after="0"/>
            </w:pPr>
            <w:r>
              <w:rPr>
                <w:sz w:val="15"/>
              </w:rPr>
              <w:t>Multimedia Designer</w:t>
            </w:r>
          </w:p>
        </w:tc>
      </w:tr>
      <w:tr w:rsidR="007F76DA" w14:paraId="5E6DBDD8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3A1E8F07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2021-226302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4161C274" w14:textId="77777777" w:rsidR="007F76DA" w:rsidRDefault="00000000">
            <w:pPr>
              <w:spacing w:after="0"/>
            </w:pPr>
            <w:r>
              <w:rPr>
                <w:sz w:val="15"/>
              </w:rPr>
              <w:t>Safety, Health, Environment and Quality (SHE&amp;Q) Practitioner</w:t>
            </w:r>
          </w:p>
        </w:tc>
      </w:tr>
      <w:tr w:rsidR="007F76DA" w14:paraId="00ABC6CC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33190247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2021-234201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61792C77" w14:textId="77777777" w:rsidR="007F76DA" w:rsidRDefault="00000000">
            <w:pPr>
              <w:spacing w:after="0"/>
            </w:pPr>
            <w:r>
              <w:rPr>
                <w:sz w:val="15"/>
              </w:rPr>
              <w:t>Early Childhood Development Practitioner</w:t>
            </w:r>
          </w:p>
        </w:tc>
      </w:tr>
      <w:tr w:rsidR="007F76DA" w14:paraId="134F9971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58F6335C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2021-251101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781D338D" w14:textId="77777777" w:rsidR="007F76DA" w:rsidRDefault="00000000">
            <w:pPr>
              <w:spacing w:after="0"/>
            </w:pPr>
            <w:r>
              <w:rPr>
                <w:sz w:val="15"/>
              </w:rPr>
              <w:t>ICT Systems Analyst</w:t>
            </w:r>
          </w:p>
        </w:tc>
      </w:tr>
      <w:tr w:rsidR="007F76DA" w14:paraId="3ACF6F38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6FBE4935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2021-251102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720B6931" w14:textId="77777777" w:rsidR="007F76DA" w:rsidRDefault="00000000">
            <w:pPr>
              <w:spacing w:after="0"/>
            </w:pPr>
            <w:r>
              <w:rPr>
                <w:sz w:val="15"/>
              </w:rPr>
              <w:t>Data Scientist</w:t>
            </w:r>
          </w:p>
        </w:tc>
      </w:tr>
      <w:tr w:rsidR="007F76DA" w14:paraId="39233934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42EA78E8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2021-251201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382D33A6" w14:textId="77777777" w:rsidR="007F76DA" w:rsidRDefault="00000000">
            <w:pPr>
              <w:spacing w:after="0"/>
            </w:pPr>
            <w:r>
              <w:rPr>
                <w:sz w:val="15"/>
              </w:rPr>
              <w:t>Software Developer*</w:t>
            </w:r>
          </w:p>
        </w:tc>
      </w:tr>
      <w:tr w:rsidR="007F76DA" w14:paraId="0EA833D5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175647D3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2021-251202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640E2B83" w14:textId="77777777" w:rsidR="007F76DA" w:rsidRDefault="00000000">
            <w:pPr>
              <w:spacing w:after="0"/>
            </w:pPr>
            <w:r>
              <w:rPr>
                <w:sz w:val="15"/>
              </w:rPr>
              <w:t>Programmer Analyst</w:t>
            </w:r>
          </w:p>
        </w:tc>
      </w:tr>
      <w:tr w:rsidR="007F76DA" w14:paraId="42D3E47D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65D933CA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2021-251203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58A4BC2D" w14:textId="77777777" w:rsidR="007F76DA" w:rsidRDefault="00000000">
            <w:pPr>
              <w:spacing w:after="0"/>
            </w:pPr>
            <w:r>
              <w:rPr>
                <w:sz w:val="15"/>
              </w:rPr>
              <w:t>Developer Programmer</w:t>
            </w:r>
          </w:p>
        </w:tc>
      </w:tr>
      <w:tr w:rsidR="007F76DA" w14:paraId="0F57715A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55F15697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2021-251302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2693CE20" w14:textId="77777777" w:rsidR="007F76DA" w:rsidRDefault="00000000">
            <w:pPr>
              <w:spacing w:after="0"/>
            </w:pPr>
            <w:r>
              <w:rPr>
                <w:sz w:val="15"/>
              </w:rPr>
              <w:t>Web Developer</w:t>
            </w:r>
          </w:p>
        </w:tc>
      </w:tr>
      <w:tr w:rsidR="007F76DA" w14:paraId="152E518E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28A4475D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2021-252301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41528111" w14:textId="77777777" w:rsidR="007F76DA" w:rsidRDefault="00000000">
            <w:pPr>
              <w:spacing w:after="0"/>
            </w:pPr>
            <w:r>
              <w:rPr>
                <w:sz w:val="15"/>
              </w:rPr>
              <w:t>Computer Network and Systems Engineer</w:t>
            </w:r>
          </w:p>
        </w:tc>
      </w:tr>
      <w:tr w:rsidR="007F76DA" w14:paraId="50907204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2CFB690A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2021-252901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43F95DCE" w14:textId="77777777" w:rsidR="007F76DA" w:rsidRDefault="00000000">
            <w:pPr>
              <w:spacing w:after="0"/>
            </w:pPr>
            <w:r>
              <w:rPr>
                <w:sz w:val="15"/>
              </w:rPr>
              <w:t>ICT Security Specialist</w:t>
            </w:r>
          </w:p>
        </w:tc>
      </w:tr>
      <w:tr w:rsidR="007F76DA" w14:paraId="1A98719A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5072D68C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2021-311201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609DA38E" w14:textId="77777777" w:rsidR="007F76DA" w:rsidRDefault="00000000">
            <w:pPr>
              <w:spacing w:after="0"/>
            </w:pPr>
            <w:r>
              <w:rPr>
                <w:sz w:val="15"/>
              </w:rPr>
              <w:t>Civil Engineering Technician</w:t>
            </w:r>
          </w:p>
        </w:tc>
      </w:tr>
      <w:tr w:rsidR="007F76DA" w14:paraId="323C61DC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654AF3D0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2021-311301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07786EB9" w14:textId="77777777" w:rsidR="007F76DA" w:rsidRDefault="00000000">
            <w:pPr>
              <w:spacing w:after="0"/>
            </w:pPr>
            <w:r>
              <w:rPr>
                <w:sz w:val="15"/>
              </w:rPr>
              <w:t>Electrical Engineering Technician</w:t>
            </w:r>
          </w:p>
        </w:tc>
      </w:tr>
      <w:tr w:rsidR="007F76DA" w14:paraId="64696EC9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518306AB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2021-311401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2AA3AE7B" w14:textId="77777777" w:rsidR="007F76DA" w:rsidRDefault="00000000">
            <w:pPr>
              <w:spacing w:after="0"/>
            </w:pPr>
            <w:r>
              <w:rPr>
                <w:sz w:val="15"/>
              </w:rPr>
              <w:t>Electronic Engineering Technician</w:t>
            </w:r>
          </w:p>
        </w:tc>
      </w:tr>
      <w:tr w:rsidR="007F76DA" w14:paraId="12ED99A4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3BCC0783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2021-311904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1D48F50C" w14:textId="77777777" w:rsidR="007F76DA" w:rsidRDefault="00000000">
            <w:pPr>
              <w:spacing w:after="0"/>
            </w:pPr>
            <w:r>
              <w:rPr>
                <w:sz w:val="15"/>
              </w:rPr>
              <w:t>Manufacturing Technician</w:t>
            </w:r>
          </w:p>
        </w:tc>
      </w:tr>
      <w:tr w:rsidR="007F76DA" w14:paraId="3D85A2E5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402BD89C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2021-312201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6D219CB4" w14:textId="77777777" w:rsidR="007F76DA" w:rsidRDefault="00000000">
            <w:pPr>
              <w:spacing w:after="0"/>
            </w:pPr>
            <w:r>
              <w:rPr>
                <w:sz w:val="15"/>
              </w:rPr>
              <w:t>Production / Operations Supervisor (Manufacturing)</w:t>
            </w:r>
          </w:p>
        </w:tc>
      </w:tr>
      <w:tr w:rsidR="007F76DA" w14:paraId="06FB5A2A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4AC70E9F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2021-312202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5188C506" w14:textId="77777777" w:rsidR="007F76DA" w:rsidRDefault="00000000">
            <w:pPr>
              <w:spacing w:after="0"/>
            </w:pPr>
            <w:r>
              <w:rPr>
                <w:sz w:val="15"/>
              </w:rPr>
              <w:t>Maintenance Planner</w:t>
            </w:r>
          </w:p>
        </w:tc>
      </w:tr>
      <w:tr w:rsidR="007F76DA" w14:paraId="65DEF182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73BEAEB5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2021-312301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75415175" w14:textId="77777777" w:rsidR="007F76DA" w:rsidRDefault="00000000">
            <w:pPr>
              <w:spacing w:after="0"/>
            </w:pPr>
            <w:r>
              <w:rPr>
                <w:sz w:val="15"/>
              </w:rPr>
              <w:t>Building Associate</w:t>
            </w:r>
          </w:p>
        </w:tc>
      </w:tr>
      <w:tr w:rsidR="007F76DA" w14:paraId="39414EAC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34E3F9BE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2021-313102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28F0CEFB" w14:textId="77777777" w:rsidR="007F76DA" w:rsidRDefault="00000000">
            <w:pPr>
              <w:spacing w:after="0"/>
            </w:pPr>
            <w:r>
              <w:rPr>
                <w:sz w:val="15"/>
              </w:rPr>
              <w:t>Biomass Plant Technicians</w:t>
            </w:r>
          </w:p>
        </w:tc>
      </w:tr>
      <w:tr w:rsidR="007F76DA" w14:paraId="0521512F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1973EE02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2021-313105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0F7E8E2F" w14:textId="77777777" w:rsidR="007F76DA" w:rsidRDefault="00000000">
            <w:pPr>
              <w:spacing w:after="0"/>
            </w:pPr>
            <w:r>
              <w:rPr>
                <w:sz w:val="15"/>
              </w:rPr>
              <w:t>Wind Turbine Power Plant Process Controller</w:t>
            </w:r>
          </w:p>
        </w:tc>
      </w:tr>
      <w:tr w:rsidR="007F76DA" w14:paraId="31AEF13B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6A341CB6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2021-313109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6C3E6B80" w14:textId="77777777" w:rsidR="007F76DA" w:rsidRDefault="00000000">
            <w:pPr>
              <w:spacing w:after="0"/>
            </w:pPr>
            <w:r>
              <w:rPr>
                <w:sz w:val="15"/>
              </w:rPr>
              <w:t>Solar Photovoltaic Service Technician</w:t>
            </w:r>
          </w:p>
        </w:tc>
      </w:tr>
      <w:tr w:rsidR="007F76DA" w14:paraId="55A87CF4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1F693549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2021-313901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222DE49F" w14:textId="77777777" w:rsidR="007F76DA" w:rsidRDefault="00000000">
            <w:pPr>
              <w:spacing w:after="0"/>
            </w:pPr>
            <w:r>
              <w:rPr>
                <w:sz w:val="15"/>
              </w:rPr>
              <w:t>Integrated Manufacturing Line Process Control Technician</w:t>
            </w:r>
          </w:p>
        </w:tc>
      </w:tr>
      <w:tr w:rsidR="007F76DA" w14:paraId="652AA709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3BCE8AA3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2021-313907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7DA95B90" w14:textId="77777777" w:rsidR="007F76DA" w:rsidRDefault="00000000">
            <w:pPr>
              <w:spacing w:after="0"/>
            </w:pPr>
            <w:r>
              <w:rPr>
                <w:sz w:val="15"/>
              </w:rPr>
              <w:t>Food and Beverage Manufacturing Process Controller</w:t>
            </w:r>
          </w:p>
        </w:tc>
      </w:tr>
      <w:tr w:rsidR="007F76DA" w14:paraId="0D1D1A7E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3056EAB3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2021-314201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1176941F" w14:textId="77777777" w:rsidR="007F76DA" w:rsidRDefault="00000000">
            <w:pPr>
              <w:spacing w:after="0"/>
            </w:pPr>
            <w:r>
              <w:rPr>
                <w:sz w:val="15"/>
              </w:rPr>
              <w:t>Agricultural Technician</w:t>
            </w:r>
          </w:p>
        </w:tc>
      </w:tr>
      <w:tr w:rsidR="007F76DA" w14:paraId="7F080D34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308E1437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2021-325705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55AA3D8C" w14:textId="77777777" w:rsidR="007F76DA" w:rsidRDefault="00000000">
            <w:pPr>
              <w:spacing w:after="0"/>
            </w:pPr>
            <w:r>
              <w:rPr>
                <w:sz w:val="15"/>
              </w:rPr>
              <w:t>Safety Inspector/Medical Equipment Inspector</w:t>
            </w:r>
          </w:p>
        </w:tc>
      </w:tr>
      <w:tr w:rsidR="007F76DA" w14:paraId="38C9C204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72EF92ED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2021-332302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6BE484DB" w14:textId="77777777" w:rsidR="007F76DA" w:rsidRDefault="00000000">
            <w:pPr>
              <w:spacing w:after="0"/>
            </w:pPr>
            <w:r>
              <w:rPr>
                <w:sz w:val="15"/>
              </w:rPr>
              <w:t>Purchasing Officer</w:t>
            </w:r>
          </w:p>
        </w:tc>
      </w:tr>
      <w:tr w:rsidR="007F76DA" w14:paraId="01B6302A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2F24E20E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2021-351201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3500FB51" w14:textId="77777777" w:rsidR="007F76DA" w:rsidRDefault="00000000">
            <w:pPr>
              <w:spacing w:after="0"/>
            </w:pPr>
            <w:r>
              <w:rPr>
                <w:sz w:val="15"/>
              </w:rPr>
              <w:t>ICT Communications Assistant</w:t>
            </w:r>
          </w:p>
        </w:tc>
      </w:tr>
      <w:tr w:rsidR="007F76DA" w14:paraId="08DD9A7B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456277A6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2021-351301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6D950494" w14:textId="77777777" w:rsidR="007F76DA" w:rsidRDefault="00000000">
            <w:pPr>
              <w:spacing w:after="0"/>
            </w:pPr>
            <w:r>
              <w:rPr>
                <w:sz w:val="15"/>
              </w:rPr>
              <w:t>Computer Network Technician</w:t>
            </w:r>
          </w:p>
        </w:tc>
      </w:tr>
      <w:tr w:rsidR="007F76DA" w14:paraId="6CEA3B0E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387C05C6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2021-422201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08F65367" w14:textId="77777777" w:rsidR="007F76DA" w:rsidRDefault="00000000">
            <w:pPr>
              <w:spacing w:after="0"/>
            </w:pPr>
            <w:r>
              <w:rPr>
                <w:sz w:val="15"/>
              </w:rPr>
              <w:t>Inbound Contact Centre Consultant</w:t>
            </w:r>
          </w:p>
        </w:tc>
      </w:tr>
      <w:tr w:rsidR="007F76DA" w14:paraId="17348D01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70E88178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2021-422202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22BBBC53" w14:textId="77777777" w:rsidR="007F76DA" w:rsidRDefault="00000000">
            <w:pPr>
              <w:spacing w:after="0"/>
            </w:pPr>
            <w:r>
              <w:rPr>
                <w:sz w:val="15"/>
              </w:rPr>
              <w:t>Outbound Contact Centre Consultant</w:t>
            </w:r>
          </w:p>
        </w:tc>
      </w:tr>
      <w:tr w:rsidR="007F76DA" w14:paraId="5BF7013A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56121277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2021-422203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0E5B346D" w14:textId="77777777" w:rsidR="007F76DA" w:rsidRDefault="00000000">
            <w:pPr>
              <w:spacing w:after="0"/>
            </w:pPr>
            <w:r>
              <w:rPr>
                <w:sz w:val="15"/>
              </w:rPr>
              <w:t>Contact Centre Real Time Advisor</w:t>
            </w:r>
          </w:p>
        </w:tc>
      </w:tr>
      <w:tr w:rsidR="007F76DA" w14:paraId="4D0FFB84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2DF700C9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2021-422204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77E5FC61" w14:textId="77777777" w:rsidR="007F76DA" w:rsidRDefault="00000000">
            <w:pPr>
              <w:spacing w:after="0"/>
            </w:pPr>
            <w:r>
              <w:rPr>
                <w:sz w:val="15"/>
              </w:rPr>
              <w:t>Contact Centre Resource Planner</w:t>
            </w:r>
          </w:p>
        </w:tc>
      </w:tr>
      <w:tr w:rsidR="007F76DA" w14:paraId="5982F28A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7930CE8B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2021-422205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6070914C" w14:textId="77777777" w:rsidR="007F76DA" w:rsidRDefault="00000000">
            <w:pPr>
              <w:spacing w:after="0"/>
            </w:pPr>
            <w:r>
              <w:rPr>
                <w:sz w:val="15"/>
              </w:rPr>
              <w:t>Contact Centre Forecast Analyst</w:t>
            </w:r>
          </w:p>
        </w:tc>
      </w:tr>
      <w:tr w:rsidR="007F76DA" w14:paraId="61E07DBE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0F9F817C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2021-422206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7537345B" w14:textId="77777777" w:rsidR="007F76DA" w:rsidRDefault="00000000">
            <w:pPr>
              <w:spacing w:after="0"/>
            </w:pPr>
            <w:r>
              <w:rPr>
                <w:sz w:val="15"/>
              </w:rPr>
              <w:t>Call or Contact Centre Agent</w:t>
            </w:r>
          </w:p>
        </w:tc>
      </w:tr>
      <w:tr w:rsidR="007F76DA" w14:paraId="26996E4F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7C44D76F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2021-611202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7809AF5D" w14:textId="77777777" w:rsidR="007F76DA" w:rsidRDefault="00000000">
            <w:pPr>
              <w:spacing w:after="0"/>
            </w:pPr>
            <w:r>
              <w:rPr>
                <w:sz w:val="15"/>
              </w:rPr>
              <w:t>Horticultural Farmer</w:t>
            </w:r>
          </w:p>
        </w:tc>
      </w:tr>
      <w:tr w:rsidR="007F76DA" w14:paraId="38096478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67299959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lastRenderedPageBreak/>
              <w:t>2021-641502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41ECE491" w14:textId="77777777" w:rsidR="007F76DA" w:rsidRDefault="00000000">
            <w:pPr>
              <w:spacing w:after="0"/>
            </w:pPr>
            <w:r>
              <w:rPr>
                <w:sz w:val="15"/>
              </w:rPr>
              <w:t>Carpenter</w:t>
            </w:r>
          </w:p>
        </w:tc>
      </w:tr>
      <w:tr w:rsidR="007F76DA" w14:paraId="6AB67B3A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5B60289B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2021-642601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1302BA6C" w14:textId="77777777" w:rsidR="007F76DA" w:rsidRDefault="00000000">
            <w:pPr>
              <w:spacing w:after="0"/>
            </w:pPr>
            <w:r>
              <w:rPr>
                <w:sz w:val="15"/>
              </w:rPr>
              <w:t>Plumber</w:t>
            </w:r>
          </w:p>
        </w:tc>
      </w:tr>
      <w:tr w:rsidR="007F76DA" w14:paraId="4FDCF4CB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75A25089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2021-642701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6EF88A42" w14:textId="77777777" w:rsidR="007F76DA" w:rsidRDefault="00000000">
            <w:pPr>
              <w:spacing w:after="0"/>
            </w:pPr>
            <w:r>
              <w:rPr>
                <w:sz w:val="15"/>
              </w:rPr>
              <w:t>Air-conditioning and Refrigeration Mechanic</w:t>
            </w:r>
          </w:p>
        </w:tc>
      </w:tr>
      <w:tr w:rsidR="007F76DA" w14:paraId="435A0559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6AA80276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2021-642702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4A73463A" w14:textId="77777777" w:rsidR="007F76DA" w:rsidRDefault="00000000">
            <w:pPr>
              <w:spacing w:after="0"/>
            </w:pPr>
            <w:r>
              <w:rPr>
                <w:sz w:val="15"/>
              </w:rPr>
              <w:t>Refrigeration Mechanic</w:t>
            </w:r>
          </w:p>
        </w:tc>
      </w:tr>
      <w:tr w:rsidR="007F76DA" w14:paraId="28EC21E3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6F8BFED8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2021-651403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68BCAAAA" w14:textId="77777777" w:rsidR="007F76DA" w:rsidRDefault="00000000">
            <w:pPr>
              <w:spacing w:after="0"/>
            </w:pPr>
            <w:r>
              <w:rPr>
                <w:sz w:val="15"/>
              </w:rPr>
              <w:t>Steel Fixer</w:t>
            </w:r>
          </w:p>
        </w:tc>
      </w:tr>
      <w:tr w:rsidR="007F76DA" w14:paraId="29A790D8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05DCCB0C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2021-652201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02664D13" w14:textId="77777777" w:rsidR="007F76DA" w:rsidRDefault="00000000">
            <w:pPr>
              <w:spacing w:after="0"/>
            </w:pPr>
            <w:r>
              <w:rPr>
                <w:sz w:val="15"/>
              </w:rPr>
              <w:t>Toolmaker</w:t>
            </w:r>
          </w:p>
        </w:tc>
      </w:tr>
      <w:tr w:rsidR="007F76DA" w14:paraId="7DA805D0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1C6C7821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2021-652301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08494350" w14:textId="77777777" w:rsidR="007F76DA" w:rsidRDefault="00000000">
            <w:pPr>
              <w:spacing w:after="0"/>
            </w:pPr>
            <w:r>
              <w:rPr>
                <w:sz w:val="15"/>
              </w:rPr>
              <w:t>Metal Machinist</w:t>
            </w:r>
          </w:p>
        </w:tc>
      </w:tr>
      <w:tr w:rsidR="007F76DA" w14:paraId="733EDC80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31F3EDC8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2021-652302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75F5D6D0" w14:textId="77777777" w:rsidR="007F76DA" w:rsidRDefault="00000000">
            <w:pPr>
              <w:spacing w:after="0"/>
            </w:pPr>
            <w:r>
              <w:rPr>
                <w:sz w:val="15"/>
              </w:rPr>
              <w:t>Fitter and Turner</w:t>
            </w:r>
          </w:p>
        </w:tc>
      </w:tr>
      <w:tr w:rsidR="007F76DA" w14:paraId="2E612C31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4D9E0CEA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2021-653302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436254EF" w14:textId="77777777" w:rsidR="007F76DA" w:rsidRDefault="00000000">
            <w:pPr>
              <w:spacing w:after="0"/>
            </w:pPr>
            <w:r>
              <w:rPr>
                <w:sz w:val="15"/>
              </w:rPr>
              <w:t>Mechanical Equipment Repairer</w:t>
            </w:r>
          </w:p>
        </w:tc>
      </w:tr>
      <w:tr w:rsidR="007F76DA" w14:paraId="2BCF9E3B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60E925B2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2021-662216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6B580BF5" w14:textId="77777777" w:rsidR="007F76DA" w:rsidRDefault="00000000">
            <w:pPr>
              <w:spacing w:after="0"/>
            </w:pPr>
            <w:r>
              <w:rPr>
                <w:sz w:val="15"/>
              </w:rPr>
              <w:t>Commercial Digital Printer</w:t>
            </w:r>
          </w:p>
        </w:tc>
      </w:tr>
      <w:tr w:rsidR="007F76DA" w14:paraId="70265BA3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56F60A62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2021-671101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37F94059" w14:textId="77777777" w:rsidR="007F76DA" w:rsidRDefault="00000000">
            <w:pPr>
              <w:spacing w:after="0"/>
            </w:pPr>
            <w:r>
              <w:rPr>
                <w:sz w:val="15"/>
              </w:rPr>
              <w:t>Electrician</w:t>
            </w:r>
          </w:p>
        </w:tc>
      </w:tr>
      <w:tr w:rsidR="007F76DA" w14:paraId="0B25F4E8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0A967D18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2021-671204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4A49C561" w14:textId="77777777" w:rsidR="007F76DA" w:rsidRDefault="00000000">
            <w:pPr>
              <w:spacing w:after="0"/>
            </w:pPr>
            <w:r>
              <w:rPr>
                <w:sz w:val="15"/>
              </w:rPr>
              <w:t>Lift Mechanic</w:t>
            </w:r>
          </w:p>
        </w:tc>
      </w:tr>
      <w:tr w:rsidR="007F76DA" w14:paraId="755E1238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4A311384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2021-671206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57C68160" w14:textId="77777777" w:rsidR="007F76DA" w:rsidRDefault="00000000">
            <w:pPr>
              <w:spacing w:after="0"/>
            </w:pPr>
            <w:r>
              <w:rPr>
                <w:sz w:val="15"/>
              </w:rPr>
              <w:t>Electrical Equipment Mechanic</w:t>
            </w:r>
          </w:p>
        </w:tc>
      </w:tr>
      <w:tr w:rsidR="007F76DA" w14:paraId="21261FA4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34EDE016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2021-672105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24BA7BA5" w14:textId="77777777" w:rsidR="007F76DA" w:rsidRDefault="00000000">
            <w:pPr>
              <w:spacing w:after="0"/>
            </w:pPr>
            <w:r>
              <w:rPr>
                <w:sz w:val="15"/>
              </w:rPr>
              <w:t>Instrument Mechanician/Medical Equipment Repairer</w:t>
            </w:r>
          </w:p>
        </w:tc>
      </w:tr>
      <w:tr w:rsidR="007F76DA" w14:paraId="4021DA69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4E98A0FB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2021-682201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5064A52F" w14:textId="77777777" w:rsidR="007F76DA" w:rsidRDefault="00000000">
            <w:pPr>
              <w:spacing w:after="0"/>
            </w:pPr>
            <w:r>
              <w:rPr>
                <w:sz w:val="15"/>
              </w:rPr>
              <w:t>Cabinet Maker</w:t>
            </w:r>
          </w:p>
        </w:tc>
      </w:tr>
      <w:tr w:rsidR="007F76DA" w14:paraId="13B6056A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6DC4BBEB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2021-682301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2F6A150B" w14:textId="77777777" w:rsidR="007F76DA" w:rsidRDefault="00000000">
            <w:pPr>
              <w:spacing w:after="0"/>
            </w:pPr>
            <w:r>
              <w:rPr>
                <w:sz w:val="15"/>
              </w:rPr>
              <w:t>Furniture Finisher</w:t>
            </w:r>
          </w:p>
        </w:tc>
      </w:tr>
      <w:tr w:rsidR="007F76DA" w14:paraId="63AA6591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48FA72BF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2021-682303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4B10EEEA" w14:textId="77777777" w:rsidR="007F76DA" w:rsidRDefault="00000000">
            <w:pPr>
              <w:spacing w:after="0"/>
            </w:pPr>
            <w:r>
              <w:rPr>
                <w:sz w:val="15"/>
              </w:rPr>
              <w:t>Wood Machinist</w:t>
            </w:r>
          </w:p>
        </w:tc>
      </w:tr>
      <w:tr w:rsidR="007F76DA" w14:paraId="32CD649D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1B074E5C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2021-683202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0255DB5E" w14:textId="77777777" w:rsidR="007F76DA" w:rsidRDefault="00000000">
            <w:pPr>
              <w:spacing w:after="0"/>
            </w:pPr>
            <w:r>
              <w:rPr>
                <w:sz w:val="15"/>
              </w:rPr>
              <w:t>Apparel and related pattern maker</w:t>
            </w:r>
          </w:p>
        </w:tc>
      </w:tr>
      <w:tr w:rsidR="007F76DA" w14:paraId="60718F77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0C99AF1C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2021-683401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7EDF8801" w14:textId="77777777" w:rsidR="007F76DA" w:rsidRDefault="00000000">
            <w:pPr>
              <w:spacing w:after="0"/>
            </w:pPr>
            <w:r>
              <w:rPr>
                <w:sz w:val="15"/>
              </w:rPr>
              <w:t>Upholsterer</w:t>
            </w:r>
          </w:p>
        </w:tc>
      </w:tr>
      <w:tr w:rsidR="007F76DA" w14:paraId="532378E8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7F99A0DE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2021-684101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43BD6048" w14:textId="77777777" w:rsidR="007F76DA" w:rsidRDefault="00000000">
            <w:pPr>
              <w:spacing w:after="0"/>
            </w:pPr>
            <w:r>
              <w:rPr>
                <w:sz w:val="15"/>
              </w:rPr>
              <w:t>Diver</w:t>
            </w:r>
          </w:p>
        </w:tc>
      </w:tr>
      <w:tr w:rsidR="007F76DA" w14:paraId="0C0CA993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12E23274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2021-684301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0AB63B46" w14:textId="77777777" w:rsidR="007F76DA" w:rsidRDefault="00000000">
            <w:pPr>
              <w:spacing w:after="0"/>
            </w:pPr>
            <w:r>
              <w:rPr>
                <w:sz w:val="15"/>
              </w:rPr>
              <w:t>Crop Produce Analyst</w:t>
            </w:r>
          </w:p>
        </w:tc>
      </w:tr>
      <w:tr w:rsidR="007F76DA" w14:paraId="4506054A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5CD22845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2021-684305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055FBDEE" w14:textId="77777777" w:rsidR="007F76DA" w:rsidRDefault="00000000">
            <w:pPr>
              <w:spacing w:after="0"/>
            </w:pPr>
            <w:r>
              <w:rPr>
                <w:sz w:val="15"/>
              </w:rPr>
              <w:t>Quality Controller (Manufacturing)</w:t>
            </w:r>
          </w:p>
        </w:tc>
      </w:tr>
      <w:tr w:rsidR="007F76DA" w14:paraId="13F7F9D4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1305B9B5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2021-712101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5DB215B7" w14:textId="77777777" w:rsidR="007F76DA" w:rsidRDefault="00000000">
            <w:pPr>
              <w:spacing w:after="0"/>
            </w:pPr>
            <w:r>
              <w:rPr>
                <w:sz w:val="15"/>
              </w:rPr>
              <w:t>Metal Processing Plant Operator</w:t>
            </w:r>
          </w:p>
        </w:tc>
      </w:tr>
      <w:tr w:rsidR="007F76DA" w14:paraId="15F4324A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2B380685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2021-714202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1F5EE141" w14:textId="77777777" w:rsidR="007F76DA" w:rsidRDefault="00000000">
            <w:pPr>
              <w:spacing w:after="0"/>
            </w:pPr>
            <w:r>
              <w:rPr>
                <w:sz w:val="15"/>
              </w:rPr>
              <w:t>Plastic Compounding and Reclamation Machine Operator</w:t>
            </w:r>
          </w:p>
        </w:tc>
      </w:tr>
      <w:tr w:rsidR="007F76DA" w14:paraId="519AA567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5439F2C9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2021-715501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4E23E1CF" w14:textId="77777777" w:rsidR="007F76DA" w:rsidRDefault="00000000">
            <w:pPr>
              <w:spacing w:after="0"/>
            </w:pPr>
            <w:r>
              <w:rPr>
                <w:sz w:val="15"/>
              </w:rPr>
              <w:t>Leather Processing Machine Operator</w:t>
            </w:r>
          </w:p>
        </w:tc>
      </w:tr>
      <w:tr w:rsidR="007F76DA" w14:paraId="689B4124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34C84D24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2021-715601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03442710" w14:textId="77777777" w:rsidR="007F76DA" w:rsidRDefault="00000000">
            <w:pPr>
              <w:spacing w:after="0"/>
            </w:pPr>
            <w:r>
              <w:rPr>
                <w:sz w:val="15"/>
              </w:rPr>
              <w:t>Footwear Cutting Production Machine Operator</w:t>
            </w:r>
          </w:p>
        </w:tc>
      </w:tr>
      <w:tr w:rsidR="007F76DA" w14:paraId="687AB0D3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271EE1FE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2021-715602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66D08492" w14:textId="77777777" w:rsidR="007F76DA" w:rsidRDefault="00000000">
            <w:pPr>
              <w:spacing w:after="0"/>
            </w:pPr>
            <w:r>
              <w:rPr>
                <w:sz w:val="15"/>
              </w:rPr>
              <w:t>Footwear Closing Production Machine Operator</w:t>
            </w:r>
          </w:p>
        </w:tc>
      </w:tr>
      <w:tr w:rsidR="007F76DA" w14:paraId="3E659344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45DE7C0C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2021-715603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0349B9B2" w14:textId="77777777" w:rsidR="007F76DA" w:rsidRDefault="00000000">
            <w:pPr>
              <w:spacing w:after="0"/>
            </w:pPr>
            <w:r>
              <w:rPr>
                <w:sz w:val="15"/>
              </w:rPr>
              <w:t>Footwear Bottom Stock Production Machine Operator</w:t>
            </w:r>
          </w:p>
        </w:tc>
      </w:tr>
      <w:tr w:rsidR="007F76DA" w14:paraId="3857E888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59CF7AFC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2021-715604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07ADF9E1" w14:textId="77777777" w:rsidR="007F76DA" w:rsidRDefault="00000000">
            <w:pPr>
              <w:spacing w:after="0"/>
            </w:pPr>
            <w:r>
              <w:rPr>
                <w:sz w:val="15"/>
              </w:rPr>
              <w:t>Footwear Lasting Production Machine Operator</w:t>
            </w:r>
          </w:p>
        </w:tc>
      </w:tr>
      <w:tr w:rsidR="007F76DA" w14:paraId="667B5B2E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1F80814D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2021-715605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1FED1CEC" w14:textId="77777777" w:rsidR="007F76DA" w:rsidRDefault="00000000">
            <w:pPr>
              <w:spacing w:after="0"/>
            </w:pPr>
            <w:r>
              <w:rPr>
                <w:sz w:val="15"/>
              </w:rPr>
              <w:t>Footwear Finishing Production Machine Operator</w:t>
            </w:r>
          </w:p>
        </w:tc>
      </w:tr>
      <w:tr w:rsidR="007F76DA" w14:paraId="4126EEC3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2565DE90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2021-716112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5017EE89" w14:textId="77777777" w:rsidR="007F76DA" w:rsidRDefault="00000000">
            <w:pPr>
              <w:spacing w:after="0"/>
            </w:pPr>
            <w:r>
              <w:rPr>
                <w:sz w:val="15"/>
              </w:rPr>
              <w:t>Seafood Processing Machine Operator</w:t>
            </w:r>
          </w:p>
        </w:tc>
      </w:tr>
      <w:tr w:rsidR="007F76DA" w14:paraId="7512204D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0DA28563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2021-717102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2EE3D293" w14:textId="77777777" w:rsidR="007F76DA" w:rsidRDefault="00000000">
            <w:pPr>
              <w:spacing w:after="0"/>
            </w:pPr>
            <w:r>
              <w:rPr>
                <w:sz w:val="15"/>
              </w:rPr>
              <w:t>Paper and Pulp Mill Operator</w:t>
            </w:r>
          </w:p>
        </w:tc>
      </w:tr>
      <w:tr w:rsidR="007F76DA" w14:paraId="7BE4C634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536E0E13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2021-721901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401EE284" w14:textId="77777777" w:rsidR="007F76DA" w:rsidRDefault="00000000">
            <w:pPr>
              <w:spacing w:after="0"/>
            </w:pPr>
            <w:r>
              <w:rPr>
                <w:sz w:val="15"/>
              </w:rPr>
              <w:t>Product Assembler</w:t>
            </w:r>
          </w:p>
        </w:tc>
      </w:tr>
      <w:tr w:rsidR="007F76DA" w14:paraId="0B1EEAA0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1294BA72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2021-733211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6EC15D23" w14:textId="77777777" w:rsidR="007F76DA" w:rsidRDefault="00000000">
            <w:pPr>
              <w:spacing w:after="0"/>
            </w:pPr>
            <w:r>
              <w:rPr>
                <w:sz w:val="15"/>
              </w:rPr>
              <w:t>Remotely Operated Vehicle (ROV) Pilot</w:t>
            </w:r>
          </w:p>
        </w:tc>
      </w:tr>
      <w:tr w:rsidR="007F76DA" w14:paraId="4D1A7BE8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3C1BA69C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2021-734402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0BD38824" w14:textId="77777777" w:rsidR="007F76DA" w:rsidRDefault="00000000">
            <w:pPr>
              <w:spacing w:after="0"/>
            </w:pPr>
            <w:r>
              <w:rPr>
                <w:sz w:val="15"/>
              </w:rPr>
              <w:t>Forklift Driver</w:t>
            </w:r>
          </w:p>
        </w:tc>
      </w:tr>
      <w:tr w:rsidR="007F76DA" w14:paraId="5CAF41CD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0C106148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2021-821601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6B70AD24" w14:textId="77777777" w:rsidR="007F76DA" w:rsidRDefault="00000000">
            <w:pPr>
              <w:spacing w:after="0"/>
            </w:pPr>
            <w:r>
              <w:rPr>
                <w:sz w:val="15"/>
              </w:rPr>
              <w:t>Fishing Hand</w:t>
            </w:r>
          </w:p>
        </w:tc>
      </w:tr>
      <w:tr w:rsidR="007F76DA" w14:paraId="3B294051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4A7C3BE6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2021-832903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1B12CC03" w14:textId="77777777" w:rsidR="007F76DA" w:rsidRDefault="00000000">
            <w:pPr>
              <w:spacing w:after="0"/>
            </w:pPr>
            <w:r>
              <w:rPr>
                <w:sz w:val="15"/>
              </w:rPr>
              <w:t>Timber and Wood Process Worker</w:t>
            </w:r>
          </w:p>
        </w:tc>
      </w:tr>
      <w:tr w:rsidR="007F76DA" w14:paraId="008E6A5A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38954A3A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2021-832904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524D7500" w14:textId="77777777" w:rsidR="007F76DA" w:rsidRDefault="00000000">
            <w:pPr>
              <w:spacing w:after="0"/>
            </w:pPr>
            <w:r>
              <w:rPr>
                <w:sz w:val="15"/>
              </w:rPr>
              <w:t>Food and Beverage Factory Worker</w:t>
            </w:r>
          </w:p>
        </w:tc>
      </w:tr>
      <w:tr w:rsidR="007F76DA" w14:paraId="2DD6DF50" w14:textId="77777777" w:rsidTr="00825E61">
        <w:trPr>
          <w:jc w:val="center"/>
        </w:trPr>
        <w:tc>
          <w:tcPr>
            <w:tcW w:w="2185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7292C101" w14:textId="77777777" w:rsidR="007F76DA" w:rsidRDefault="00000000">
            <w:pPr>
              <w:spacing w:after="0"/>
              <w:jc w:val="center"/>
            </w:pPr>
            <w:r>
              <w:rPr>
                <w:sz w:val="15"/>
              </w:rPr>
              <w:t>2021-833303</w:t>
            </w:r>
          </w:p>
        </w:tc>
        <w:tc>
          <w:tcPr>
            <w:tcW w:w="8023" w:type="dxa"/>
            <w:tcBorders>
              <w:top w:val="single" w:sz="8" w:space="0" w:color="BBB2A6"/>
              <w:left w:val="single" w:sz="8" w:space="0" w:color="BBB2A6"/>
              <w:bottom w:val="single" w:sz="8" w:space="0" w:color="BBB2A6"/>
              <w:right w:val="single" w:sz="8" w:space="0" w:color="BBB2A6"/>
            </w:tcBorders>
            <w:vAlign w:val="center"/>
          </w:tcPr>
          <w:p w14:paraId="03033A0E" w14:textId="77777777" w:rsidR="007F76DA" w:rsidRDefault="00000000">
            <w:pPr>
              <w:spacing w:after="0"/>
            </w:pPr>
            <w:r>
              <w:rPr>
                <w:sz w:val="15"/>
              </w:rPr>
              <w:t>Waterside Worker</w:t>
            </w:r>
          </w:p>
        </w:tc>
      </w:tr>
    </w:tbl>
    <w:p w14:paraId="2741CAB2" w14:textId="77777777" w:rsidR="00181B40" w:rsidRDefault="00181B40"/>
    <w:sectPr w:rsidR="00181B40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794" w:right="850" w:bottom="794" w:left="85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F672A" w14:textId="77777777" w:rsidR="00ED75DE" w:rsidRDefault="00ED75DE">
      <w:pPr>
        <w:spacing w:after="0" w:line="240" w:lineRule="auto"/>
      </w:pPr>
      <w:r>
        <w:separator/>
      </w:r>
    </w:p>
  </w:endnote>
  <w:endnote w:type="continuationSeparator" w:id="0">
    <w:p w14:paraId="7CAFC9FD" w14:textId="77777777" w:rsidR="00ED75DE" w:rsidRDefault="00ED7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305DD" w14:textId="77777777" w:rsidR="007F76DA" w:rsidRDefault="007F76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D7DF8" w14:textId="77777777" w:rsidR="007F76DA" w:rsidRDefault="00000000">
    <w:pPr>
      <w:pStyle w:val="Footer"/>
      <w:jc w:val="center"/>
    </w:pPr>
    <w:r>
      <w:rPr>
        <w:sz w:val="14"/>
      </w:rPr>
      <w:t>SPECIAL PROJECTS FOR EMPLOYED BENEFICIARIES FUNDING WINDOW APPLICATION FORM 2026–2027</w:t>
    </w:r>
  </w:p>
  <w:p w14:paraId="5C269265" w14:textId="77777777" w:rsidR="007F76DA" w:rsidRDefault="00000000">
    <w:pPr>
      <w:jc w:val="right"/>
    </w:pPr>
    <w:r>
      <w:rPr>
        <w:sz w:val="14"/>
      </w:rPr>
      <w:t xml:space="preserve">Page </w:t>
    </w:r>
    <w:r>
      <w:rPr>
        <w:sz w:val="14"/>
      </w:rPr>
      <w:fldChar w:fldCharType="begin"/>
    </w:r>
    <w:r>
      <w:rPr>
        <w:sz w:val="14"/>
      </w:rPr>
      <w:instrText xml:space="preserve"> PAGE </w:instrText>
    </w:r>
    <w:r>
      <w:rPr>
        <w:sz w:val="14"/>
      </w:rPr>
      <w:fldChar w:fldCharType="separate"/>
    </w:r>
    <w:r>
      <w:rPr>
        <w:sz w:val="14"/>
      </w:rPr>
      <w:t>2</w:t>
    </w:r>
    <w:r>
      <w:rPr>
        <w:sz w:val="14"/>
      </w:rPr>
      <w:fldChar w:fldCharType="end"/>
    </w:r>
    <w:r>
      <w:rPr>
        <w:sz w:val="14"/>
      </w:rPr>
      <w:t xml:space="preserve"> of </w:t>
    </w:r>
    <w:r>
      <w:rPr>
        <w:sz w:val="14"/>
      </w:rPr>
      <w:fldChar w:fldCharType="begin"/>
    </w:r>
    <w:r>
      <w:rPr>
        <w:sz w:val="14"/>
      </w:rPr>
      <w:instrText xml:space="preserve"> NUMPAGES </w:instrText>
    </w:r>
    <w:r>
      <w:rPr>
        <w:sz w:val="14"/>
      </w:rPr>
      <w:fldChar w:fldCharType="separate"/>
    </w:r>
    <w:r>
      <w:rPr>
        <w:sz w:val="14"/>
      </w:rPr>
      <w:t>7</w:t>
    </w:r>
    <w:r>
      <w:rPr>
        <w:sz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85B85" w14:textId="77777777" w:rsidR="007F76DA" w:rsidRDefault="00000000">
    <w:pPr>
      <w:pStyle w:val="Footer"/>
      <w:jc w:val="center"/>
    </w:pPr>
    <w:r>
      <w:rPr>
        <w:sz w:val="14"/>
      </w:rPr>
      <w:t>SPECIAL PROJECTS FOR EMPLOYED BENEFICIARIES FUNDING WINDOW APPLICATION FORM 2026–2027</w:t>
    </w:r>
  </w:p>
  <w:p w14:paraId="0CBBD6DC" w14:textId="77777777" w:rsidR="007F76DA" w:rsidRDefault="00000000">
    <w:pPr>
      <w:jc w:val="right"/>
    </w:pPr>
    <w:r>
      <w:rPr>
        <w:sz w:val="14"/>
      </w:rPr>
      <w:t xml:space="preserve">Page </w:t>
    </w:r>
    <w:r>
      <w:rPr>
        <w:sz w:val="14"/>
      </w:rPr>
      <w:fldChar w:fldCharType="begin"/>
    </w:r>
    <w:r>
      <w:rPr>
        <w:sz w:val="14"/>
      </w:rPr>
      <w:instrText xml:space="preserve"> PAGE </w:instrText>
    </w:r>
    <w:r>
      <w:rPr>
        <w:sz w:val="14"/>
      </w:rPr>
      <w:fldChar w:fldCharType="separate"/>
    </w:r>
    <w:r>
      <w:rPr>
        <w:sz w:val="14"/>
      </w:rPr>
      <w:t>2</w:t>
    </w:r>
    <w:r>
      <w:rPr>
        <w:sz w:val="14"/>
      </w:rPr>
      <w:fldChar w:fldCharType="end"/>
    </w:r>
    <w:r>
      <w:rPr>
        <w:sz w:val="14"/>
      </w:rPr>
      <w:t xml:space="preserve"> of </w:t>
    </w:r>
    <w:r>
      <w:rPr>
        <w:sz w:val="14"/>
      </w:rPr>
      <w:fldChar w:fldCharType="begin"/>
    </w:r>
    <w:r>
      <w:rPr>
        <w:sz w:val="14"/>
      </w:rPr>
      <w:instrText xml:space="preserve"> NUMPAGES </w:instrText>
    </w:r>
    <w:r>
      <w:rPr>
        <w:sz w:val="14"/>
      </w:rPr>
      <w:fldChar w:fldCharType="separate"/>
    </w:r>
    <w:r>
      <w:rPr>
        <w:sz w:val="14"/>
      </w:rPr>
      <w:t>7</w:t>
    </w:r>
    <w:r>
      <w:rPr>
        <w:sz w:val="14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36A68" w14:textId="77777777" w:rsidR="007F76DA" w:rsidRDefault="007F76DA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78D98" w14:textId="77777777" w:rsidR="007F76DA" w:rsidRDefault="00000000">
    <w:pPr>
      <w:pStyle w:val="Footer"/>
      <w:jc w:val="center"/>
    </w:pPr>
    <w:r>
      <w:rPr>
        <w:sz w:val="14"/>
      </w:rPr>
      <w:t>SPECIAL PROJECTS FOR EMPLOYED BENEFICIARIES FUNDING WINDOW APPLICATION FORM 2026–2027</w:t>
    </w:r>
  </w:p>
  <w:p w14:paraId="697FC8AC" w14:textId="77777777" w:rsidR="007F76DA" w:rsidRDefault="00000000">
    <w:pPr>
      <w:jc w:val="right"/>
    </w:pPr>
    <w:r>
      <w:rPr>
        <w:sz w:val="14"/>
      </w:rPr>
      <w:t xml:space="preserve">Page </w:t>
    </w:r>
    <w:r>
      <w:rPr>
        <w:sz w:val="14"/>
      </w:rPr>
      <w:fldChar w:fldCharType="begin"/>
    </w:r>
    <w:r>
      <w:rPr>
        <w:sz w:val="14"/>
      </w:rPr>
      <w:instrText xml:space="preserve"> PAGE </w:instrText>
    </w:r>
    <w:r>
      <w:rPr>
        <w:sz w:val="14"/>
      </w:rPr>
      <w:fldChar w:fldCharType="separate"/>
    </w:r>
    <w:r>
      <w:rPr>
        <w:sz w:val="14"/>
      </w:rPr>
      <w:t>3</w:t>
    </w:r>
    <w:r>
      <w:rPr>
        <w:sz w:val="14"/>
      </w:rPr>
      <w:fldChar w:fldCharType="end"/>
    </w:r>
    <w:r>
      <w:rPr>
        <w:sz w:val="14"/>
      </w:rPr>
      <w:t xml:space="preserve"> of </w:t>
    </w:r>
    <w:r>
      <w:rPr>
        <w:sz w:val="14"/>
      </w:rPr>
      <w:fldChar w:fldCharType="begin"/>
    </w:r>
    <w:r>
      <w:rPr>
        <w:sz w:val="14"/>
      </w:rPr>
      <w:instrText xml:space="preserve"> NUMPAGES </w:instrText>
    </w:r>
    <w:r>
      <w:rPr>
        <w:sz w:val="14"/>
      </w:rPr>
      <w:fldChar w:fldCharType="separate"/>
    </w:r>
    <w:r>
      <w:rPr>
        <w:sz w:val="14"/>
      </w:rPr>
      <w:t>7</w:t>
    </w:r>
    <w:r>
      <w:rPr>
        <w:sz w:val="14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E3056" w14:textId="77777777" w:rsidR="007F76DA" w:rsidRDefault="00000000">
    <w:pPr>
      <w:pStyle w:val="Footer"/>
      <w:jc w:val="center"/>
    </w:pPr>
    <w:r>
      <w:rPr>
        <w:sz w:val="14"/>
      </w:rPr>
      <w:t>SPECIAL PROJECTS FOR EMPLOYED BENEFICIARIES FUNDING WINDOW APPLICATION FORM 2026–2027</w:t>
    </w:r>
  </w:p>
  <w:p w14:paraId="55613699" w14:textId="77777777" w:rsidR="007F76DA" w:rsidRDefault="00000000">
    <w:pPr>
      <w:jc w:val="right"/>
    </w:pPr>
    <w:r>
      <w:rPr>
        <w:sz w:val="14"/>
      </w:rPr>
      <w:t xml:space="preserve">Page </w:t>
    </w:r>
    <w:r>
      <w:rPr>
        <w:sz w:val="14"/>
      </w:rPr>
      <w:fldChar w:fldCharType="begin"/>
    </w:r>
    <w:r>
      <w:rPr>
        <w:sz w:val="14"/>
      </w:rPr>
      <w:instrText xml:space="preserve"> PAGE </w:instrText>
    </w:r>
    <w:r>
      <w:rPr>
        <w:sz w:val="14"/>
      </w:rPr>
      <w:fldChar w:fldCharType="separate"/>
    </w:r>
    <w:r>
      <w:rPr>
        <w:sz w:val="14"/>
      </w:rPr>
      <w:t>3</w:t>
    </w:r>
    <w:r>
      <w:rPr>
        <w:sz w:val="14"/>
      </w:rPr>
      <w:fldChar w:fldCharType="end"/>
    </w:r>
    <w:r>
      <w:rPr>
        <w:sz w:val="14"/>
      </w:rPr>
      <w:t xml:space="preserve"> of </w:t>
    </w:r>
    <w:r>
      <w:rPr>
        <w:sz w:val="14"/>
      </w:rPr>
      <w:fldChar w:fldCharType="begin"/>
    </w:r>
    <w:r>
      <w:rPr>
        <w:sz w:val="14"/>
      </w:rPr>
      <w:instrText xml:space="preserve"> NUMPAGES </w:instrText>
    </w:r>
    <w:r>
      <w:rPr>
        <w:sz w:val="14"/>
      </w:rPr>
      <w:fldChar w:fldCharType="separate"/>
    </w:r>
    <w:r>
      <w:rPr>
        <w:sz w:val="14"/>
      </w:rPr>
      <w:t>7</w:t>
    </w:r>
    <w:r>
      <w:rPr>
        <w:sz w:val="14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5D2EA" w14:textId="77777777" w:rsidR="007F76DA" w:rsidRDefault="007F76DA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4D6F4" w14:textId="77777777" w:rsidR="007F76DA" w:rsidRDefault="00000000">
    <w:pPr>
      <w:pStyle w:val="Footer"/>
      <w:jc w:val="center"/>
    </w:pPr>
    <w:r>
      <w:rPr>
        <w:sz w:val="14"/>
      </w:rPr>
      <w:t>SPECIAL PROJECTS FOR EMPLOYED BENEFICIARIES FUNDING WINDOW APPLICATION FORM 2026–2027</w:t>
    </w:r>
  </w:p>
  <w:p w14:paraId="48074075" w14:textId="77777777" w:rsidR="007F76DA" w:rsidRDefault="00000000">
    <w:pPr>
      <w:jc w:val="right"/>
    </w:pPr>
    <w:r>
      <w:rPr>
        <w:sz w:val="14"/>
      </w:rPr>
      <w:t xml:space="preserve">Page </w:t>
    </w:r>
    <w:r>
      <w:rPr>
        <w:sz w:val="14"/>
      </w:rPr>
      <w:fldChar w:fldCharType="begin"/>
    </w:r>
    <w:r>
      <w:rPr>
        <w:sz w:val="14"/>
      </w:rPr>
      <w:instrText xml:space="preserve"> PAGE </w:instrText>
    </w:r>
    <w:r>
      <w:rPr>
        <w:sz w:val="14"/>
      </w:rPr>
      <w:fldChar w:fldCharType="separate"/>
    </w:r>
    <w:r>
      <w:rPr>
        <w:sz w:val="14"/>
      </w:rPr>
      <w:t>7</w:t>
    </w:r>
    <w:r>
      <w:rPr>
        <w:sz w:val="14"/>
      </w:rPr>
      <w:fldChar w:fldCharType="end"/>
    </w:r>
    <w:r>
      <w:rPr>
        <w:sz w:val="14"/>
      </w:rPr>
      <w:t xml:space="preserve"> of </w:t>
    </w:r>
    <w:r>
      <w:rPr>
        <w:sz w:val="14"/>
      </w:rPr>
      <w:fldChar w:fldCharType="begin"/>
    </w:r>
    <w:r>
      <w:rPr>
        <w:sz w:val="14"/>
      </w:rPr>
      <w:instrText xml:space="preserve"> NUMPAGES </w:instrText>
    </w:r>
    <w:r>
      <w:rPr>
        <w:sz w:val="14"/>
      </w:rPr>
      <w:fldChar w:fldCharType="separate"/>
    </w:r>
    <w:r>
      <w:rPr>
        <w:sz w:val="14"/>
      </w:rPr>
      <w:t>7</w:t>
    </w:r>
    <w:r>
      <w:rPr>
        <w:sz w:val="14"/>
      </w:rP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F5E65" w14:textId="77777777" w:rsidR="007F76DA" w:rsidRDefault="00000000">
    <w:pPr>
      <w:pStyle w:val="Footer"/>
      <w:jc w:val="center"/>
    </w:pPr>
    <w:r>
      <w:rPr>
        <w:sz w:val="14"/>
      </w:rPr>
      <w:t>SPECIAL PROJECTS FOR EMPLOYED BENEFICIARIES FUNDING WINDOW APPLICATION FORM 2026–2027</w:t>
    </w:r>
  </w:p>
  <w:p w14:paraId="12C53C4F" w14:textId="77777777" w:rsidR="007F76DA" w:rsidRDefault="00000000">
    <w:pPr>
      <w:jc w:val="right"/>
    </w:pPr>
    <w:r>
      <w:rPr>
        <w:sz w:val="14"/>
      </w:rPr>
      <w:t xml:space="preserve">Page </w:t>
    </w:r>
    <w:r>
      <w:rPr>
        <w:sz w:val="14"/>
      </w:rPr>
      <w:fldChar w:fldCharType="begin"/>
    </w:r>
    <w:r>
      <w:rPr>
        <w:sz w:val="14"/>
      </w:rPr>
      <w:instrText xml:space="preserve"> PAGE </w:instrText>
    </w:r>
    <w:r>
      <w:rPr>
        <w:sz w:val="14"/>
      </w:rPr>
      <w:fldChar w:fldCharType="separate"/>
    </w:r>
    <w:r>
      <w:rPr>
        <w:sz w:val="14"/>
      </w:rPr>
      <w:t>7</w:t>
    </w:r>
    <w:r>
      <w:rPr>
        <w:sz w:val="14"/>
      </w:rPr>
      <w:fldChar w:fldCharType="end"/>
    </w:r>
    <w:r>
      <w:rPr>
        <w:sz w:val="14"/>
      </w:rPr>
      <w:t xml:space="preserve"> of </w:t>
    </w:r>
    <w:r>
      <w:rPr>
        <w:sz w:val="14"/>
      </w:rPr>
      <w:fldChar w:fldCharType="begin"/>
    </w:r>
    <w:r>
      <w:rPr>
        <w:sz w:val="14"/>
      </w:rPr>
      <w:instrText xml:space="preserve"> NUMPAGES </w:instrText>
    </w:r>
    <w:r>
      <w:rPr>
        <w:sz w:val="14"/>
      </w:rPr>
      <w:fldChar w:fldCharType="separate"/>
    </w:r>
    <w:r>
      <w:rPr>
        <w:sz w:val="14"/>
      </w:rPr>
      <w:t>7</w:t>
    </w:r>
    <w:r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92C86" w14:textId="77777777" w:rsidR="00ED75DE" w:rsidRDefault="00ED75DE">
      <w:pPr>
        <w:spacing w:after="0" w:line="240" w:lineRule="auto"/>
      </w:pPr>
      <w:r>
        <w:separator/>
      </w:r>
    </w:p>
  </w:footnote>
  <w:footnote w:type="continuationSeparator" w:id="0">
    <w:p w14:paraId="12594CDB" w14:textId="77777777" w:rsidR="00ED75DE" w:rsidRDefault="00ED7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4A8F0" w14:textId="77777777" w:rsidR="007F76DA" w:rsidRDefault="007F76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0D155" w14:textId="77777777" w:rsidR="007F76DA" w:rsidRDefault="00000000">
    <w:pPr>
      <w:pStyle w:val="Header"/>
      <w:jc w:val="center"/>
    </w:pPr>
    <w:r>
      <w:rPr>
        <w:color w:val="555555"/>
        <w:sz w:val="14"/>
      </w:rPr>
      <w:t>SPECIAL PROJECTS FOR EMPLOYED BENEFICIARIES FUNDING WINDOW APPLICATION FORM 2026–2027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738BA" w14:textId="77777777" w:rsidR="007F76DA" w:rsidRDefault="00000000">
    <w:pPr>
      <w:pStyle w:val="Header"/>
      <w:jc w:val="center"/>
    </w:pPr>
    <w:r>
      <w:rPr>
        <w:color w:val="555555"/>
        <w:sz w:val="14"/>
      </w:rPr>
      <w:t>SPECIAL PROJECTS FOR EMPLOYED BENEFICIARIES FUNDING WINDOW APPLICATION FORM 2026–2027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75BB8" w14:textId="77777777" w:rsidR="007F76DA" w:rsidRDefault="007F76DA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CB0E1" w14:textId="77777777" w:rsidR="007F76DA" w:rsidRDefault="00000000">
    <w:pPr>
      <w:pStyle w:val="Header"/>
      <w:jc w:val="center"/>
    </w:pPr>
    <w:r>
      <w:rPr>
        <w:color w:val="555555"/>
        <w:sz w:val="14"/>
      </w:rPr>
      <w:t>SPECIAL PROJECTS FOR EMPLOYED BENEFICIARIES FUNDING WINDOW APPLICATION FORM 2026–2027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4DF05" w14:textId="77777777" w:rsidR="007F76DA" w:rsidRDefault="00000000">
    <w:pPr>
      <w:pStyle w:val="Header"/>
      <w:jc w:val="center"/>
    </w:pPr>
    <w:r>
      <w:rPr>
        <w:color w:val="555555"/>
        <w:sz w:val="14"/>
      </w:rPr>
      <w:t>SPECIAL PROJECTS FOR EMPLOYED BENEFICIARIES FUNDING WINDOW APPLICATION FORM 2026–2027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2FB7A" w14:textId="77777777" w:rsidR="007F76DA" w:rsidRDefault="007F76DA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867B4" w14:textId="77777777" w:rsidR="007F76DA" w:rsidRDefault="00000000">
    <w:pPr>
      <w:pStyle w:val="Header"/>
      <w:jc w:val="center"/>
    </w:pPr>
    <w:r>
      <w:rPr>
        <w:color w:val="555555"/>
        <w:sz w:val="14"/>
      </w:rPr>
      <w:t>SPECIAL PROJECTS FOR EMPLOYED BENEFICIARIES FUNDING WINDOW APPLICATION FORM 2026–2027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26155" w14:textId="77777777" w:rsidR="007F76DA" w:rsidRDefault="00000000">
    <w:pPr>
      <w:pStyle w:val="Header"/>
      <w:jc w:val="center"/>
    </w:pPr>
    <w:r>
      <w:rPr>
        <w:color w:val="555555"/>
        <w:sz w:val="14"/>
      </w:rPr>
      <w:t>SPECIAL PROJECTS FOR EMPLOYED BENEFICIARIES FUNDING WINDOW APPLICATION FORM 2026–2027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403E9"/>
    <w:multiLevelType w:val="multilevel"/>
    <w:tmpl w:val="5290B0B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8C60CFD"/>
    <w:multiLevelType w:val="multilevel"/>
    <w:tmpl w:val="03D418B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B206873"/>
    <w:multiLevelType w:val="hybridMultilevel"/>
    <w:tmpl w:val="40AEE758"/>
    <w:lvl w:ilvl="0" w:tplc="1C090001">
      <w:start w:val="1"/>
      <w:numFmt w:val="bullet"/>
      <w:lvlText w:val=""/>
      <w:lvlJc w:val="left"/>
      <w:pPr>
        <w:ind w:left="217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89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61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33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05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77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49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21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936" w:hanging="360"/>
      </w:pPr>
      <w:rPr>
        <w:rFonts w:ascii="Wingdings" w:hAnsi="Wingdings" w:hint="default"/>
      </w:rPr>
    </w:lvl>
  </w:abstractNum>
  <w:abstractNum w:abstractNumId="3" w15:restartNumberingAfterBreak="0">
    <w:nsid w:val="3BCE0F0D"/>
    <w:multiLevelType w:val="multilevel"/>
    <w:tmpl w:val="2EBC2B5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DBA5058"/>
    <w:multiLevelType w:val="hybridMultilevel"/>
    <w:tmpl w:val="0D1656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7B45B7"/>
    <w:multiLevelType w:val="multilevel"/>
    <w:tmpl w:val="931E5A0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5001E4B"/>
    <w:multiLevelType w:val="multilevel"/>
    <w:tmpl w:val="9A8098F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B297390"/>
    <w:multiLevelType w:val="hybridMultilevel"/>
    <w:tmpl w:val="75E202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942C3B"/>
    <w:multiLevelType w:val="multilevel"/>
    <w:tmpl w:val="0D8C0BD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7C3124FE"/>
    <w:multiLevelType w:val="multilevel"/>
    <w:tmpl w:val="D11E1FC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234437626">
    <w:abstractNumId w:val="3"/>
  </w:num>
  <w:num w:numId="2" w16cid:durableId="1729498878">
    <w:abstractNumId w:val="8"/>
  </w:num>
  <w:num w:numId="3" w16cid:durableId="2014918364">
    <w:abstractNumId w:val="6"/>
  </w:num>
  <w:num w:numId="4" w16cid:durableId="437064629">
    <w:abstractNumId w:val="0"/>
  </w:num>
  <w:num w:numId="5" w16cid:durableId="1844124668">
    <w:abstractNumId w:val="9"/>
  </w:num>
  <w:num w:numId="6" w16cid:durableId="1501850595">
    <w:abstractNumId w:val="5"/>
  </w:num>
  <w:num w:numId="7" w16cid:durableId="1688483049">
    <w:abstractNumId w:val="1"/>
  </w:num>
  <w:num w:numId="8" w16cid:durableId="1169977035">
    <w:abstractNumId w:val="2"/>
  </w:num>
  <w:num w:numId="9" w16cid:durableId="957562465">
    <w:abstractNumId w:val="7"/>
  </w:num>
  <w:num w:numId="10" w16cid:durableId="6066930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6DA"/>
    <w:rsid w:val="000B0652"/>
    <w:rsid w:val="00112F8B"/>
    <w:rsid w:val="0012279F"/>
    <w:rsid w:val="001316A5"/>
    <w:rsid w:val="00181B40"/>
    <w:rsid w:val="00191032"/>
    <w:rsid w:val="001F6468"/>
    <w:rsid w:val="002D410F"/>
    <w:rsid w:val="00316D51"/>
    <w:rsid w:val="003A0592"/>
    <w:rsid w:val="004036EE"/>
    <w:rsid w:val="00415482"/>
    <w:rsid w:val="00423FF5"/>
    <w:rsid w:val="005878D3"/>
    <w:rsid w:val="007C7F0F"/>
    <w:rsid w:val="007F76DA"/>
    <w:rsid w:val="00825E61"/>
    <w:rsid w:val="00960DDF"/>
    <w:rsid w:val="009C6DF3"/>
    <w:rsid w:val="00A1078B"/>
    <w:rsid w:val="00AA61F4"/>
    <w:rsid w:val="00B22E55"/>
    <w:rsid w:val="00B304D6"/>
    <w:rsid w:val="00B80360"/>
    <w:rsid w:val="00BD0B5A"/>
    <w:rsid w:val="00C02DF0"/>
    <w:rsid w:val="00C43B7A"/>
    <w:rsid w:val="00C45369"/>
    <w:rsid w:val="00C71452"/>
    <w:rsid w:val="00CF506B"/>
    <w:rsid w:val="00DF40EE"/>
    <w:rsid w:val="00EA2355"/>
    <w:rsid w:val="00ED75DE"/>
    <w:rsid w:val="00F2480B"/>
    <w:rsid w:val="00F94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A125F91"/>
  <w15:docId w15:val="{CA91E32A-0C2E-463E-8DC4-9D3399B5B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40" w:line="276" w:lineRule="auto"/>
    </w:pPr>
    <w:rPr>
      <w:rFonts w:ascii="Arial" w:hAnsi="Arial"/>
      <w:sz w:val="17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E618BF"/>
  </w:style>
  <w:style w:type="character" w:customStyle="1" w:styleId="FooterChar">
    <w:name w:val="Footer Char"/>
    <w:basedOn w:val="DefaultParagraphFont"/>
    <w:link w:val="Footer"/>
    <w:uiPriority w:val="99"/>
    <w:qFormat/>
    <w:rsid w:val="00E618BF"/>
  </w:style>
  <w:style w:type="character" w:customStyle="1" w:styleId="Heading1Char">
    <w:name w:val="Heading 1 Char"/>
    <w:basedOn w:val="DefaultParagraphFont"/>
    <w:link w:val="Heading1"/>
    <w:uiPriority w:val="9"/>
    <w:qFormat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leChar">
    <w:name w:val="Title Char"/>
    <w:basedOn w:val="DefaultParagraphFont"/>
    <w:link w:val="Title"/>
    <w:uiPriority w:val="10"/>
    <w:qFormat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qFormat/>
    <w:rsid w:val="00AA1D8D"/>
  </w:style>
  <w:style w:type="character" w:customStyle="1" w:styleId="BodyText2Char">
    <w:name w:val="Body Text 2 Char"/>
    <w:basedOn w:val="DefaultParagraphFont"/>
    <w:link w:val="BodyText2"/>
    <w:uiPriority w:val="99"/>
    <w:qFormat/>
    <w:rsid w:val="00AA1D8D"/>
  </w:style>
  <w:style w:type="character" w:customStyle="1" w:styleId="BodyText3Char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customStyle="1" w:styleId="MacroTextChar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qFormat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NoSpacing">
    <w:name w:val="No Spacing"/>
    <w:uiPriority w:val="1"/>
    <w:qFormat/>
    <w:rsid w:val="00FC693F"/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link w:val="ListParagraphChar"/>
    <w:uiPriority w:val="1"/>
    <w:qFormat/>
    <w:rsid w:val="00FC693F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after="120" w:line="480" w:lineRule="auto"/>
    </w:pPr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qFormat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5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qFormat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IndexHeading">
    <w:name w:val="index heading"/>
    <w:basedOn w:val="Heading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ListParagraphChar">
    <w:name w:val="List Paragraph Char"/>
    <w:basedOn w:val="DefaultParagraphFont"/>
    <w:link w:val="ListParagraph"/>
    <w:uiPriority w:val="34"/>
    <w:qFormat/>
    <w:rsid w:val="00B22E55"/>
    <w:rPr>
      <w:rFonts w:ascii="Arial" w:hAnsi="Arial"/>
      <w:sz w:val="17"/>
    </w:rPr>
  </w:style>
  <w:style w:type="table" w:customStyle="1" w:styleId="TableGrid1">
    <w:name w:val="Table Grid1"/>
    <w:basedOn w:val="TableNormal"/>
    <w:uiPriority w:val="59"/>
    <w:rsid w:val="001316A5"/>
    <w:rPr>
      <w:rFonts w:eastAsiaTheme="minorHAns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26" Type="http://schemas.openxmlformats.org/officeDocument/2006/relationships/footer" Target="footer8.xml"/><Relationship Id="rId3" Type="http://schemas.openxmlformats.org/officeDocument/2006/relationships/customXml" Target="../customXml/item3.xml"/><Relationship Id="rId21" Type="http://schemas.openxmlformats.org/officeDocument/2006/relationships/header" Target="header6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footer" Target="footer7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eader" Target="header8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23" Type="http://schemas.openxmlformats.org/officeDocument/2006/relationships/header" Target="header7.xml"/><Relationship Id="rId28" Type="http://schemas.openxmlformats.org/officeDocument/2006/relationships/footer" Target="footer9.xml"/><Relationship Id="rId10" Type="http://schemas.openxmlformats.org/officeDocument/2006/relationships/image" Target="media/image1.png"/><Relationship Id="rId19" Type="http://schemas.openxmlformats.org/officeDocument/2006/relationships/footer" Target="footer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footer" Target="footer6.xml"/><Relationship Id="rId27" Type="http://schemas.openxmlformats.org/officeDocument/2006/relationships/header" Target="header9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6da679-fa39-4d43-9b7e-3b572aad2e64">
      <Terms xmlns="http://schemas.microsoft.com/office/infopath/2007/PartnerControls"/>
    </lcf76f155ced4ddcb4097134ff3c332f>
    <TaxCatchAll xmlns="3894f3c0-50a5-4e73-b4ef-c81840c44fe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95476BCD46F944AEEDDA462D269E5D" ma:contentTypeVersion="12" ma:contentTypeDescription="Create a new document." ma:contentTypeScope="" ma:versionID="f6a3dbffb2096ca0723dcd263e9f7bb9">
  <xsd:schema xmlns:xsd="http://www.w3.org/2001/XMLSchema" xmlns:xs="http://www.w3.org/2001/XMLSchema" xmlns:p="http://schemas.microsoft.com/office/2006/metadata/properties" xmlns:ns2="d16da679-fa39-4d43-9b7e-3b572aad2e64" xmlns:ns3="3894f3c0-50a5-4e73-b4ef-c81840c44fe3" targetNamespace="http://schemas.microsoft.com/office/2006/metadata/properties" ma:root="true" ma:fieldsID="41cc84997edfe482988e14913f710f29" ns2:_="" ns3:_="">
    <xsd:import namespace="d16da679-fa39-4d43-9b7e-3b572aad2e64"/>
    <xsd:import namespace="3894f3c0-50a5-4e73-b4ef-c81840c44f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6da679-fa39-4d43-9b7e-3b572aad2e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21707c1-ca12-4848-b61a-3e9cbc92af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94f3c0-50a5-4e73-b4ef-c81840c44fe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169ed2aa-cb06-47e3-b061-e2ec2ed95606}" ma:internalName="TaxCatchAll" ma:showField="CatchAllData" ma:web="3894f3c0-50a5-4e73-b4ef-c81840c44f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69E478-77D7-473C-AF0B-E6011435757F}">
  <ds:schemaRefs>
    <ds:schemaRef ds:uri="http://schemas.microsoft.com/office/2006/metadata/properties"/>
    <ds:schemaRef ds:uri="http://schemas.microsoft.com/office/infopath/2007/PartnerControls"/>
    <ds:schemaRef ds:uri="d16da679-fa39-4d43-9b7e-3b572aad2e64"/>
    <ds:schemaRef ds:uri="3894f3c0-50a5-4e73-b4ef-c81840c44fe3"/>
  </ds:schemaRefs>
</ds:datastoreItem>
</file>

<file path=customXml/itemProps2.xml><?xml version="1.0" encoding="utf-8"?>
<ds:datastoreItem xmlns:ds="http://schemas.openxmlformats.org/officeDocument/2006/customXml" ds:itemID="{6E400697-EB4A-4517-984D-C2F438AEA2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6da679-fa39-4d43-9b7e-3b572aad2e64"/>
    <ds:schemaRef ds:uri="3894f3c0-50a5-4e73-b4ef-c81840c44f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5D555C-C861-4481-B634-3AB83EFA0A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7</Pages>
  <Words>2100</Words>
  <Characters>11976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dc:description>generated by python-docx</dc:description>
  <cp:lastModifiedBy>Laetitia Cassidy</cp:lastModifiedBy>
  <cp:revision>4</cp:revision>
  <dcterms:created xsi:type="dcterms:W3CDTF">2026-09-04T08:10:00Z</dcterms:created>
  <dcterms:modified xsi:type="dcterms:W3CDTF">2026-09-04T13:56:00Z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0x010100DF95476BCD46F944AEEDDA462D269E5D</vt:lpwstr>
  </property>
  <property fmtid="{D5CDD505-2E9C-101B-9397-08002B2CF9AE}" pid="3" name="MediaServiceImageTags">
    <vt:lpwstr/>
  </property>
</Properties>
</file>